
<file path=[Content_Types].xml><?xml version="1.0" encoding="utf-8"?>
<Types xmlns="http://schemas.openxmlformats.org/package/2006/content-types">
  <Default Extension="png" ContentType="image/png"/>
  <Default Extension="rels" ContentType="application/vnd.openxmlformats-package.relationships+xml"/>
  <Default Extension="wdp" ContentType="image/vnd.ms-photo"/>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Tabellenraster"/>
        <w:tblpPr w:leftFromText="141" w:rightFromText="141" w:vertAnchor="text" w:horzAnchor="margin" w:tblpY="-50"/>
        <w:tblW w:w="1004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113" w:type="dxa"/>
          <w:right w:w="0" w:type="dxa"/>
        </w:tblCellMar>
        <w:tblLook w:val="04A0" w:firstRow="1" w:lastRow="0" w:firstColumn="1" w:lastColumn="0" w:noHBand="0" w:noVBand="1"/>
      </w:tblPr>
      <w:tblGrid>
        <w:gridCol w:w="1134"/>
        <w:gridCol w:w="5103"/>
        <w:gridCol w:w="3798"/>
        <w:gridCol w:w="7"/>
      </w:tblGrid>
      <w:tr w:rsidR="00BA6AED" w14:paraId="2098BFC4" w14:textId="77777777" w:rsidTr="006B0D67">
        <w:trPr>
          <w:gridAfter w:val="1"/>
          <w:wAfter w:w="7" w:type="dxa"/>
          <w:trHeight w:val="851"/>
        </w:trPr>
        <w:tc>
          <w:tcPr>
            <w:tcW w:w="6237" w:type="dxa"/>
            <w:gridSpan w:val="2"/>
            <w:tcBorders>
              <w:left w:val="single" w:sz="48" w:space="0" w:color="860000"/>
            </w:tcBorders>
            <w:shd w:val="clear" w:color="auto" w:fill="auto"/>
            <w:vAlign w:val="center"/>
          </w:tcPr>
          <w:p w14:paraId="78786CFB" w14:textId="3F18391A" w:rsidR="00BA6AED" w:rsidRPr="00B54568" w:rsidRDefault="00705254" w:rsidP="005D7242">
            <w:r w:rsidRPr="00F45647">
              <w:rPr>
                <w:noProof/>
                <w:sz w:val="24"/>
                <w:szCs w:val="24"/>
              </w:rPr>
              <mc:AlternateContent>
                <mc:Choice Requires="wpg">
                  <w:drawing>
                    <wp:anchor distT="0" distB="0" distL="114300" distR="114300" simplePos="0" relativeHeight="251669503" behindDoc="1" locked="0" layoutInCell="1" allowOverlap="1" wp14:anchorId="4BD95715" wp14:editId="60A39A8D">
                      <wp:simplePos x="0" y="0"/>
                      <wp:positionH relativeFrom="column">
                        <wp:posOffset>-56515</wp:posOffset>
                      </wp:positionH>
                      <wp:positionV relativeFrom="page">
                        <wp:posOffset>6350</wp:posOffset>
                      </wp:positionV>
                      <wp:extent cx="3777615" cy="466725"/>
                      <wp:effectExtent l="57150" t="19050" r="70485" b="104775"/>
                      <wp:wrapNone/>
                      <wp:docPr id="1" name="Gruppieren 1"/>
                      <wp:cNvGraphicFramePr/>
                      <a:graphic xmlns:a="http://schemas.openxmlformats.org/drawingml/2006/main">
                        <a:graphicData uri="http://schemas.microsoft.com/office/word/2010/wordprocessingGroup">
                          <wpg:wgp>
                            <wpg:cNvGrpSpPr/>
                            <wpg:grpSpPr>
                              <a:xfrm>
                                <a:off x="0" y="0"/>
                                <a:ext cx="3777615" cy="466725"/>
                                <a:chOff x="40790" y="6798"/>
                                <a:chExt cx="3900919" cy="467045"/>
                              </a:xfrm>
                            </wpg:grpSpPr>
                            <wps:wsp>
                              <wps:cNvPr id="6" name="Pfeil: Fünfeck 6"/>
                              <wps:cNvSpPr/>
                              <wps:spPr>
                                <a:xfrm>
                                  <a:off x="40790" y="6798"/>
                                  <a:ext cx="1746878" cy="467045"/>
                                </a:xfrm>
                                <a:prstGeom prst="homePlate">
                                  <a:avLst>
                                    <a:gd name="adj" fmla="val 32351"/>
                                  </a:avLst>
                                </a:prstGeom>
                                <a:solidFill>
                                  <a:srgbClr val="FFE7E7"/>
                                </a:solidFill>
                                <a:ln w="12700">
                                  <a:solidFill>
                                    <a:schemeClr val="bg1">
                                      <a:lumMod val="75000"/>
                                    </a:schemeClr>
                                  </a:solidFill>
                                </a:ln>
                              </wps:spPr>
                              <wps:style>
                                <a:lnRef idx="1">
                                  <a:schemeClr val="accent1"/>
                                </a:lnRef>
                                <a:fillRef idx="3">
                                  <a:schemeClr val="accent1"/>
                                </a:fillRef>
                                <a:effectRef idx="2">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9" name="Pfeil: Chevron 9"/>
                              <wps:cNvSpPr/>
                              <wps:spPr>
                                <a:xfrm>
                                  <a:off x="1738216" y="6798"/>
                                  <a:ext cx="2203493" cy="467045"/>
                                </a:xfrm>
                                <a:prstGeom prst="chevron">
                                  <a:avLst>
                                    <a:gd name="adj" fmla="val 32351"/>
                                  </a:avLst>
                                </a:prstGeom>
                                <a:solidFill>
                                  <a:srgbClr val="FFE7E7"/>
                                </a:solidFill>
                                <a:ln w="12700">
                                  <a:solidFill>
                                    <a:schemeClr val="bg1">
                                      <a:lumMod val="75000"/>
                                    </a:schemeClr>
                                  </a:solidFill>
                                </a:ln>
                              </wps:spPr>
                              <wps:style>
                                <a:lnRef idx="1">
                                  <a:schemeClr val="accent1"/>
                                </a:lnRef>
                                <a:fillRef idx="3">
                                  <a:schemeClr val="accent1"/>
                                </a:fillRef>
                                <a:effectRef idx="2">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7" name="Textfeld 2"/>
                              <wps:cNvSpPr txBox="1">
                                <a:spLocks noChangeArrowheads="1"/>
                              </wps:cNvSpPr>
                              <wps:spPr bwMode="auto">
                                <a:xfrm>
                                  <a:off x="2107236" y="93262"/>
                                  <a:ext cx="1465727" cy="301152"/>
                                </a:xfrm>
                                <a:prstGeom prst="rect">
                                  <a:avLst/>
                                </a:prstGeom>
                                <a:noFill/>
                                <a:ln w="9525">
                                  <a:noFill/>
                                  <a:miter lim="800000"/>
                                  <a:headEnd/>
                                  <a:tailEnd/>
                                </a:ln>
                              </wps:spPr>
                              <wps:txbx>
                                <w:txbxContent>
                                  <w:p w14:paraId="46D44EF8" w14:textId="77777777" w:rsidR="00E213DE" w:rsidRPr="00705254" w:rsidRDefault="00E213DE" w:rsidP="000A29E1">
                                    <w:pPr>
                                      <w:spacing w:after="0" w:line="240" w:lineRule="auto"/>
                                      <w:rPr>
                                        <w:rFonts w:ascii="Abadi" w:hAnsi="Abadi" w:cstheme="majorHAnsi"/>
                                        <w:b/>
                                        <w:bCs/>
                                        <w:color w:val="404040" w:themeColor="text1" w:themeTint="BF"/>
                                        <w:sz w:val="40"/>
                                        <w:szCs w:val="40"/>
                                      </w:rPr>
                                    </w:pPr>
                                    <w:r w:rsidRPr="00705254">
                                      <w:rPr>
                                        <w:rFonts w:ascii="Abadi" w:hAnsi="Abadi" w:cstheme="majorHAnsi"/>
                                        <w:b/>
                                        <w:bCs/>
                                        <w:color w:val="404040" w:themeColor="text1" w:themeTint="BF"/>
                                        <w:sz w:val="40"/>
                                        <w:szCs w:val="40"/>
                                      </w:rPr>
                                      <w:t>Arbeitsblatt</w:t>
                                    </w:r>
                                  </w:p>
                                </w:txbxContent>
                              </wps:txbx>
                              <wps:bodyPr rot="0" vert="horz" wrap="square" lIns="0" tIns="0" rIns="0" bIns="0" anchor="t" anchorCtr="0">
                                <a:noAutofit/>
                              </wps:bodyPr>
                            </wps:wsp>
                            <wps:wsp>
                              <wps:cNvPr id="19" name="Textfeld 2"/>
                              <wps:cNvSpPr txBox="1">
                                <a:spLocks noChangeArrowheads="1"/>
                              </wps:cNvSpPr>
                              <wps:spPr bwMode="auto">
                                <a:xfrm>
                                  <a:off x="205045" y="42433"/>
                                  <a:ext cx="1327942" cy="387457"/>
                                </a:xfrm>
                                <a:prstGeom prst="rect">
                                  <a:avLst/>
                                </a:prstGeom>
                                <a:noFill/>
                                <a:ln w="9525">
                                  <a:noFill/>
                                  <a:miter lim="800000"/>
                                  <a:headEnd/>
                                  <a:tailEnd/>
                                </a:ln>
                              </wps:spPr>
                              <wps:txbx>
                                <w:txbxContent>
                                  <w:p w14:paraId="76066CA1" w14:textId="77777777" w:rsidR="00E213DE" w:rsidRPr="006B0D67" w:rsidRDefault="00E213DE" w:rsidP="00E213DE">
                                    <w:pPr>
                                      <w:spacing w:after="0" w:line="240" w:lineRule="auto"/>
                                      <w:rPr>
                                        <w:rFonts w:ascii="Abadi" w:hAnsi="Abadi" w:cstheme="majorHAnsi"/>
                                        <w:b/>
                                        <w:bCs/>
                                        <w:color w:val="404040" w:themeColor="text1" w:themeTint="BF"/>
                                        <w:sz w:val="40"/>
                                        <w:szCs w:val="40"/>
                                      </w:rPr>
                                    </w:pPr>
                                    <w:r w:rsidRPr="006B0D67">
                                      <w:rPr>
                                        <w:rFonts w:ascii="Abadi" w:hAnsi="Abadi" w:cstheme="majorHAnsi"/>
                                        <w:b/>
                                        <w:bCs/>
                                        <w:color w:val="404040" w:themeColor="text1" w:themeTint="BF"/>
                                        <w:sz w:val="40"/>
                                        <w:szCs w:val="40"/>
                                      </w:rPr>
                                      <w:t>Deutsch 7</w:t>
                                    </w:r>
                                  </w:p>
                                </w:txbxContent>
                              </wps:txbx>
                              <wps:bodyPr rot="0" vert="horz" wrap="square" lIns="0" tIns="0" rIns="0" bIns="0" anchor="ctr" anchorCtr="0">
                                <a:noAutofit/>
                              </wps:bodyPr>
                            </wps:wsp>
                          </wpg:wgp>
                        </a:graphicData>
                      </a:graphic>
                      <wp14:sizeRelH relativeFrom="margin">
                        <wp14:pctWidth>0</wp14:pctWidth>
                      </wp14:sizeRelH>
                      <wp14:sizeRelV relativeFrom="margin">
                        <wp14:pctHeight>0</wp14:pctHeight>
                      </wp14:sizeRelV>
                    </wp:anchor>
                  </w:drawing>
                </mc:Choice>
                <mc:Fallback>
                  <w:pict>
                    <v:group w14:anchorId="4BD95715" id="Gruppieren 1" o:spid="_x0000_s1034" style="position:absolute;margin-left:-4.45pt;margin-top:.5pt;width:297.45pt;height:36.75pt;z-index:-251646977;mso-position-vertical-relative:page;mso-width-relative:margin;mso-height-relative:margin" coordorigin="407,67" coordsize="39009,46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">
                      <v:shape id="Pfeil: Fünfeck 6" o:spid="_x0000_s1035" type="#_x0000_t15" style="position:absolute;left:407;top:67;width:17469;height:467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" adj="19732" fillcolor="#ffe7e7" strokecolor="#bfbfbf [2412]" strokeweight="1pt">
                        <v:shadow on="t" color="black" opacity="22937f" origin=",.5" offset="0,.63889mm"/>
                      </v:shape>
                      <v:shape id="Pfeil: Chevron 9" o:spid="_x0000_s1036" type="#_x0000_t55" style="position:absolute;left:17382;top:67;width:22035;height:467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" adj="20119" fillcolor="#ffe7e7" strokecolor="#bfbfbf [2412]" strokeweight="1pt">
                        <v:shadow on="t" color="black" opacity="22937f" origin=",.5" offset="0,.63889mm"/>
                      </v:shape>
                      <v:shape id="_x0000_s1037" type="#_x0000_t202" style="position:absolute;left:21072;top:932;width:14657;height:301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" filled="f" stroked="f">
                        <v:textbox inset="0,0,0,0">
                          <w:txbxContent>
                            <w:p w14:paraId="46D44EF8" w14:textId="77777777" w:rsidR="00E213DE" w:rsidRPr="00705254" w:rsidRDefault="00E213DE" w:rsidP="000A29E1">
                              <w:pPr>
                                <w:spacing w:after="0" w:line="240" w:lineRule="auto"/>
                                <w:rPr>
                                  <w:rFonts w:ascii="Abadi" w:hAnsi="Abadi" w:cstheme="majorHAnsi"/>
                                  <w:b/>
                                  <w:bCs/>
                                  <w:color w:val="404040" w:themeColor="text1" w:themeTint="BF"/>
                                  <w:sz w:val="40"/>
                                  <w:szCs w:val="40"/>
                                </w:rPr>
                              </w:pPr>
                              <w:r w:rsidRPr="00705254">
                                <w:rPr>
                                  <w:rFonts w:ascii="Abadi" w:hAnsi="Abadi" w:cstheme="majorHAnsi"/>
                                  <w:b/>
                                  <w:bCs/>
                                  <w:color w:val="404040" w:themeColor="text1" w:themeTint="BF"/>
                                  <w:sz w:val="40"/>
                                  <w:szCs w:val="40"/>
                                </w:rPr>
                                <w:t>Arbeitsblatt</w:t>
                              </w:r>
                            </w:p>
                          </w:txbxContent>
                        </v:textbox>
                      </v:shape>
                      <v:shape id="_x0000_s1038" type="#_x0000_t202" style="position:absolute;left:2050;top:424;width:13279;height:387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" filled="f" stroked="f">
                        <v:textbox inset="0,0,0,0">
                          <w:txbxContent>
                            <w:p w14:paraId="76066CA1" w14:textId="77777777" w:rsidR="00E213DE" w:rsidRPr="006B0D67" w:rsidRDefault="00E213DE" w:rsidP="00E213DE">
                              <w:pPr>
                                <w:spacing w:after="0" w:line="240" w:lineRule="auto"/>
                                <w:rPr>
                                  <w:rFonts w:ascii="Abadi" w:hAnsi="Abadi" w:cstheme="majorHAnsi"/>
                                  <w:b/>
                                  <w:bCs/>
                                  <w:color w:val="404040" w:themeColor="text1" w:themeTint="BF"/>
                                  <w:sz w:val="40"/>
                                  <w:szCs w:val="40"/>
                                </w:rPr>
                              </w:pPr>
                              <w:r w:rsidRPr="006B0D67">
                                <w:rPr>
                                  <w:rFonts w:ascii="Abadi" w:hAnsi="Abadi" w:cstheme="majorHAnsi"/>
                                  <w:b/>
                                  <w:bCs/>
                                  <w:color w:val="404040" w:themeColor="text1" w:themeTint="BF"/>
                                  <w:sz w:val="40"/>
                                  <w:szCs w:val="40"/>
                                </w:rPr>
                                <w:t>Deutsch 7</w:t>
                              </w:r>
                            </w:p>
                          </w:txbxContent>
                        </v:textbox>
                      </v:shape>
                      <w10:wrap anchory="page"/>
                    </v:group>
                  </w:pict>
                </mc:Fallback>
              </mc:AlternateContent>
            </w:r>
          </w:p>
        </w:tc>
        <w:tc>
          <w:tcPr>
            <w:tcW w:w="3798" w:type="dxa"/>
            <w:vAlign w:val="bottom"/>
          </w:tcPr>
          <w:p w14:paraId="3EF9CED2" w14:textId="77777777" w:rsidR="00BA6AED" w:rsidRDefault="00BA6AED" w:rsidP="005D7242">
            <w:pPr>
              <w:pStyle w:val="MK4Meta"/>
              <w:spacing w:after="160"/>
              <w:jc w:val="right"/>
              <w:rPr>
                <w:rFonts w:ascii="Aptos" w:hAnsi="Aptos"/>
                <w:sz w:val="22"/>
                <w:szCs w:val="24"/>
              </w:rPr>
            </w:pPr>
            <w:proofErr w:type="spellStart"/>
            <w:r w:rsidRPr="00A70BA7">
              <w:rPr>
                <w:rFonts w:ascii="Aptos" w:hAnsi="Aptos"/>
                <w:sz w:val="22"/>
                <w:szCs w:val="24"/>
              </w:rPr>
              <w:t>Klasse</w:t>
            </w:r>
            <w:proofErr w:type="spellEnd"/>
            <w:r w:rsidRPr="00A70BA7">
              <w:rPr>
                <w:rFonts w:ascii="Aptos" w:hAnsi="Aptos"/>
                <w:sz w:val="22"/>
                <w:szCs w:val="24"/>
              </w:rPr>
              <w:t>: ____</w:t>
            </w:r>
            <w:r>
              <w:rPr>
                <w:rFonts w:ascii="Aptos" w:hAnsi="Aptos"/>
                <w:sz w:val="22"/>
                <w:szCs w:val="24"/>
              </w:rPr>
              <w:t xml:space="preserve">   </w:t>
            </w:r>
            <w:r w:rsidRPr="00A70BA7">
              <w:rPr>
                <w:rFonts w:ascii="Aptos" w:hAnsi="Aptos"/>
                <w:sz w:val="22"/>
                <w:szCs w:val="24"/>
              </w:rPr>
              <w:t>Datum:</w:t>
            </w:r>
            <w:r>
              <w:rPr>
                <w:rFonts w:ascii="Aptos" w:hAnsi="Aptos"/>
                <w:sz w:val="22"/>
                <w:szCs w:val="24"/>
              </w:rPr>
              <w:t xml:space="preserve"> ________________</w:t>
            </w:r>
          </w:p>
          <w:p w14:paraId="10802F06" w14:textId="77777777" w:rsidR="00BA6AED" w:rsidRPr="00A70BA7" w:rsidRDefault="00BA6AED" w:rsidP="009822E4">
            <w:pPr>
              <w:pStyle w:val="MK4Meta"/>
              <w:spacing w:after="60"/>
              <w:jc w:val="right"/>
            </w:pPr>
            <w:r w:rsidRPr="00A70BA7">
              <w:rPr>
                <w:rFonts w:ascii="Aptos" w:hAnsi="Aptos"/>
                <w:sz w:val="22"/>
                <w:szCs w:val="24"/>
              </w:rPr>
              <w:t>Name:</w:t>
            </w:r>
            <w:r>
              <w:rPr>
                <w:rFonts w:ascii="Aptos" w:hAnsi="Aptos"/>
                <w:sz w:val="22"/>
                <w:szCs w:val="24"/>
              </w:rPr>
              <w:t xml:space="preserve">  _____________________________</w:t>
            </w:r>
          </w:p>
        </w:tc>
      </w:tr>
      <w:tr w:rsidR="00BA6AED" w14:paraId="16A79EE7" w14:textId="77777777" w:rsidTr="006B0D67">
        <w:trPr>
          <w:trHeight w:val="113"/>
        </w:trPr>
        <w:tc>
          <w:tcPr>
            <w:tcW w:w="10042" w:type="dxa"/>
            <w:gridSpan w:val="4"/>
            <w:tcBorders>
              <w:left w:val="single" w:sz="48" w:space="0" w:color="860000"/>
            </w:tcBorders>
          </w:tcPr>
          <w:p w14:paraId="1F0179BA" w14:textId="36A5EEB3" w:rsidR="00BA6AED" w:rsidRPr="00CB7335" w:rsidRDefault="00BA6AED" w:rsidP="005D7242">
            <w:pPr>
              <w:pStyle w:val="MK4Title"/>
              <w:spacing w:after="0"/>
              <w:rPr>
                <w:sz w:val="10"/>
                <w:szCs w:val="4"/>
              </w:rPr>
            </w:pPr>
          </w:p>
        </w:tc>
      </w:tr>
      <w:tr w:rsidR="00BA6AED" w:rsidRPr="008436D8" w14:paraId="498BD1AE" w14:textId="77777777" w:rsidTr="006B0D67">
        <w:trPr>
          <w:trHeight w:val="510"/>
        </w:trPr>
        <w:tc>
          <w:tcPr>
            <w:tcW w:w="1134" w:type="dxa"/>
            <w:vMerge w:val="restart"/>
            <w:tcBorders>
              <w:left w:val="single" w:sz="48" w:space="0" w:color="860000"/>
              <w:bottom w:val="single" w:sz="18" w:space="0" w:color="860000"/>
            </w:tcBorders>
            <w:shd w:val="clear" w:color="auto" w:fill="DEDEDE"/>
            <w:vAlign w:val="center"/>
          </w:tcPr>
          <w:p w14:paraId="3787BE96" w14:textId="7337407B" w:rsidR="00BA6AED" w:rsidRPr="008436D8" w:rsidRDefault="00E67473" w:rsidP="006B0D67">
            <w:pPr>
              <w:pStyle w:val="MK4Title"/>
              <w:spacing w:after="0"/>
              <w:jc w:val="right"/>
              <w:rPr>
                <w:i/>
                <w:iCs/>
                <w:sz w:val="28"/>
                <w:szCs w:val="20"/>
                <w:lang w:val="de-DE"/>
              </w:rPr>
            </w:pPr>
            <w:r w:rsidRPr="008436D8">
              <w:rPr>
                <w:noProof/>
                <w:lang w:val="de-DE"/>
              </w:rPr>
              <w:drawing>
                <wp:inline distT="0" distB="0" distL="0" distR="0" wp14:anchorId="5B5A6D0D" wp14:editId="3716729A">
                  <wp:extent cx="586800" cy="691200"/>
                  <wp:effectExtent l="0" t="0" r="0" b="0"/>
                  <wp:docPr id="40" name="Grafik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rotWithShape="1">
                          <a:blip r:embed="rId8">
                            <a:extLst>
                              <a:ext uri="{BEBA8EAE-BF5A-486C-A8C5-ECC9F3942E4B}">
                                <a14:imgProps xmlns:a14="http://schemas.microsoft.com/office/drawing/2010/main">
                                  <a14:imgLayer r:embed="rId9">
                                    <a14:imgEffect>
                                      <a14:backgroundRemoval t="4353" b="89964" l="5023" r="90411">
                                        <a14:foregroundMark x1="34551" y1="9794" x2="50989" y2="6651"/>
                                        <a14:foregroundMark x1="50989" y1="6651" x2="57839" y2="8343"/>
                                        <a14:foregroundMark x1="18569" y1="22128" x2="14003" y2="31439"/>
                                        <a14:foregroundMark x1="14003" y1="31439" x2="19939" y2="43652"/>
                                        <a14:foregroundMark x1="76256" y1="37243" x2="76865" y2="23821"/>
                                        <a14:foregroundMark x1="76256" y1="23096" x2="74429" y2="17533"/>
                                        <a14:foregroundMark x1="59665" y1="7013" x2="52511" y2="5320"/>
                                        <a14:foregroundMark x1="56164" y1="5441" x2="31507" y2="6530"/>
                                        <a14:foregroundMark x1="31507" y1="6530" x2="20244" y2="15357"/>
                                        <a14:foregroundMark x1="12785" y1="32164" x2="15982" y2="40629"/>
                                        <a14:foregroundMark x1="70167" y1="49335" x2="87062" y2="65417"/>
                                        <a14:foregroundMark x1="87062" y1="65417" x2="85540" y2="77388"/>
                                        <a14:foregroundMark x1="85540" y1="77388" x2="74125" y2="84885"/>
                                        <a14:foregroundMark x1="74125" y1="84885" x2="57534" y2="89964"/>
                                        <a14:foregroundMark x1="57534" y1="89964" x2="33942" y2="90810"/>
                                        <a14:foregroundMark x1="33942" y1="90810" x2="20852" y2="85732"/>
                                        <a14:foregroundMark x1="20852" y1="85732" x2="7915" y2="76542"/>
                                        <a14:foregroundMark x1="7915" y1="76542" x2="11416" y2="67352"/>
                                        <a14:foregroundMark x1="11416" y1="67352" x2="22070" y2="57316"/>
                                        <a14:foregroundMark x1="22070" y1="57316" x2="25266" y2="55744"/>
                                        <a14:foregroundMark x1="5023" y1="72914" x2="10046" y2="66747"/>
                                        <a14:foregroundMark x1="22831" y1="49456" x2="15373" y2="39299"/>
                                        <a14:foregroundMark x1="15373" y1="39299" x2="13242" y2="27932"/>
                                        <a14:foregroundMark x1="13242" y1="27932" x2="24810" y2="10036"/>
                                        <a14:foregroundMark x1="24810" y1="10036" x2="42314" y2="5079"/>
                                        <a14:foregroundMark x1="42314" y1="5079" x2="58600" y2="6771"/>
                                        <a14:foregroundMark x1="58600" y1="6771" x2="69711" y2="10520"/>
                                        <a14:foregroundMark x1="69711" y1="10520" x2="76865" y2="25877"/>
                                        <a14:foregroundMark x1="76865" y1="25877" x2="70167" y2="39178"/>
                                        <a14:foregroundMark x1="70167" y1="39178" x2="90411" y2="71221"/>
                                        <a14:foregroundMark x1="90411" y1="71221" x2="87215" y2="77025"/>
                                        <a14:foregroundMark x1="15982" y1="61548" x2="25875" y2="53325"/>
                                        <a14:foregroundMark x1="25875" y1="53325" x2="25875" y2="53083"/>
                                        <a14:foregroundMark x1="15525" y1="21161" x2="12177" y2="33615"/>
                                        <a14:foregroundMark x1="12177" y1="33615" x2="13090" y2="34946"/>
                                        <a14:foregroundMark x1="20700" y1="13422" x2="34551" y2="5200"/>
                                        <a14:foregroundMark x1="34551" y1="5200" x2="50989" y2="4716"/>
                                        <a14:foregroundMark x1="50989" y1="4716" x2="55403" y2="5320"/>
                                        <a14:foregroundMark x1="39726" y1="4353" x2="48554" y2="4353"/>
                                        <a14:foregroundMark x1="19330" y1="16566" x2="19482" y2="14389"/>
                                        <a14:backgroundMark x1="2588" y1="26844" x2="3805" y2="28537"/>
                                        <a14:backgroundMark x1="94825" y1="5683" x2="98935" y2="14994"/>
                                        <a14:backgroundMark x1="98935" y1="14994" x2="93455" y2="23458"/>
                                        <a14:backgroundMark x1="97565" y1="89601" x2="96956" y2="82346"/>
                                        <a14:backgroundMark x1="90107" y1="49698" x2="92085" y2="50302"/>
                                        <a14:backgroundMark x1="83714" y1="90447" x2="84932" y2="88271"/>
                                      </a14:backgroundRemoval>
                                    </a14:imgEffect>
                                  </a14:imgLayer>
                                </a14:imgProps>
                              </a:ext>
                              <a:ext uri="{28A0092B-C50C-407E-A947-70E740481C1C}">
                                <a14:useLocalDpi xmlns:a14="http://schemas.microsoft.com/office/drawing/2010/main" val="0"/>
                              </a:ext>
                            </a:extLst>
                          </a:blip>
                          <a:srcRect b="6402"/>
                          <a:stretch/>
                        </pic:blipFill>
                        <pic:spPr bwMode="auto">
                          <a:xfrm>
                            <a:off x="0" y="0"/>
                            <a:ext cx="586800" cy="691200"/>
                          </a:xfrm>
                          <a:prstGeom prst="rect">
                            <a:avLst/>
                          </a:prstGeom>
                          <a:noFill/>
                          <a:ln>
                            <a:noFill/>
                          </a:ln>
                          <a:extLst>
                            <a:ext uri="{53640926-AAD7-44D8-BBD7-CCE9431645EC}">
                              <a14:shadowObscured xmlns:a14="http://schemas.microsoft.com/office/drawing/2010/main"/>
                            </a:ext>
                          </a:extLst>
                        </pic:spPr>
                      </pic:pic>
                    </a:graphicData>
                  </a:graphic>
                </wp:inline>
              </w:drawing>
            </w:r>
          </w:p>
        </w:tc>
        <w:tc>
          <w:tcPr>
            <w:tcW w:w="8908" w:type="dxa"/>
            <w:gridSpan w:val="3"/>
            <w:shd w:val="clear" w:color="auto" w:fill="DEDEDE"/>
            <w:tcMar>
              <w:left w:w="170" w:type="dxa"/>
            </w:tcMar>
          </w:tcPr>
          <w:p w14:paraId="6DA762F2" w14:textId="553BD090" w:rsidR="00BA6AED" w:rsidRPr="0018383E" w:rsidRDefault="00BA6AED" w:rsidP="005D7242">
            <w:pPr>
              <w:pStyle w:val="MK4Title"/>
              <w:spacing w:before="360" w:after="0"/>
              <w:rPr>
                <w:rFonts w:ascii="Abadi" w:hAnsi="Abadi"/>
                <w:sz w:val="28"/>
                <w:szCs w:val="20"/>
                <w:lang w:val="de-DE"/>
              </w:rPr>
            </w:pPr>
            <w:r w:rsidRPr="0018383E">
              <w:rPr>
                <w:rFonts w:ascii="Abadi" w:hAnsi="Abadi"/>
                <w:b w:val="0"/>
                <w:bCs/>
                <w:sz w:val="22"/>
                <w:lang w:val="de-DE"/>
              </w:rPr>
              <w:t>Themenbereich: Schilderung</w:t>
            </w:r>
            <w:r w:rsidR="002C118A">
              <w:rPr>
                <w:rFonts w:ascii="Abadi" w:hAnsi="Abadi"/>
                <w:b w:val="0"/>
                <w:bCs/>
                <w:sz w:val="22"/>
                <w:lang w:val="de-DE"/>
              </w:rPr>
              <w:t xml:space="preserve"> </w:t>
            </w:r>
            <w:r w:rsidR="002C118A" w:rsidRPr="00BB13C5">
              <w:rPr>
                <w:rFonts w:ascii="Times New Roman" w:hAnsi="Times New Roman" w:cs="Times New Roman"/>
                <w:b w:val="0"/>
                <w:bCs/>
                <w:sz w:val="22"/>
                <w:lang w:val="de-DE"/>
              </w:rPr>
              <w:t>→</w:t>
            </w:r>
            <w:r w:rsidR="002C118A">
              <w:rPr>
                <w:rFonts w:ascii="Abadi" w:hAnsi="Abadi"/>
                <w:b w:val="0"/>
                <w:bCs/>
                <w:sz w:val="22"/>
                <w:lang w:val="de-DE"/>
              </w:rPr>
              <w:t xml:space="preserve"> </w:t>
            </w:r>
            <w:r w:rsidR="005D7242">
              <w:rPr>
                <w:rFonts w:ascii="Abadi" w:hAnsi="Abadi"/>
                <w:b w:val="0"/>
                <w:bCs/>
                <w:sz w:val="22"/>
                <w:lang w:val="de-DE"/>
              </w:rPr>
              <w:t>gemischte Übungen</w:t>
            </w:r>
          </w:p>
        </w:tc>
      </w:tr>
      <w:tr w:rsidR="00BA6AED" w:rsidRPr="008436D8" w14:paraId="50F46A6B" w14:textId="77777777" w:rsidTr="006B0D67">
        <w:trPr>
          <w:trHeight w:val="457"/>
        </w:trPr>
        <w:tc>
          <w:tcPr>
            <w:tcW w:w="1134" w:type="dxa"/>
            <w:vMerge/>
            <w:tcBorders>
              <w:top w:val="single" w:sz="18" w:space="0" w:color="860000"/>
              <w:left w:val="single" w:sz="48" w:space="0" w:color="860000"/>
              <w:bottom w:val="single" w:sz="18" w:space="0" w:color="860000"/>
            </w:tcBorders>
            <w:shd w:val="clear" w:color="auto" w:fill="DEDEDE"/>
          </w:tcPr>
          <w:p w14:paraId="13F7CC1E" w14:textId="77777777" w:rsidR="00BA6AED" w:rsidRPr="008436D8" w:rsidRDefault="00BA6AED" w:rsidP="005D7242">
            <w:pPr>
              <w:pStyle w:val="MK4Title"/>
              <w:spacing w:before="360" w:after="60"/>
              <w:rPr>
                <w:b w:val="0"/>
                <w:bCs/>
                <w:i/>
                <w:iCs/>
                <w:sz w:val="20"/>
                <w:szCs w:val="20"/>
                <w:lang w:val="de-DE"/>
              </w:rPr>
            </w:pPr>
          </w:p>
        </w:tc>
        <w:tc>
          <w:tcPr>
            <w:tcW w:w="8908" w:type="dxa"/>
            <w:gridSpan w:val="3"/>
            <w:tcBorders>
              <w:bottom w:val="single" w:sz="18" w:space="0" w:color="860000"/>
            </w:tcBorders>
            <w:shd w:val="clear" w:color="auto" w:fill="DEDEDE"/>
            <w:tcMar>
              <w:left w:w="170" w:type="dxa"/>
            </w:tcMar>
          </w:tcPr>
          <w:p w14:paraId="245E4E73" w14:textId="7039D11A" w:rsidR="00BA6AED" w:rsidRPr="005D7242" w:rsidRDefault="00BA6AED" w:rsidP="005D7242">
            <w:pPr>
              <w:pStyle w:val="MK4Title"/>
              <w:spacing w:before="60" w:after="120"/>
              <w:rPr>
                <w:b w:val="0"/>
                <w:bCs/>
                <w:i/>
                <w:iCs/>
                <w:sz w:val="36"/>
                <w:szCs w:val="36"/>
                <w:lang w:val="de-DE"/>
              </w:rPr>
            </w:pPr>
            <w:r w:rsidRPr="006B0D67">
              <w:rPr>
                <w:rFonts w:ascii="Abadi" w:hAnsi="Abadi"/>
                <w:bCs/>
                <w:color w:val="0D0D0D" w:themeColor="text1" w:themeTint="F2"/>
                <w:sz w:val="36"/>
                <w:szCs w:val="36"/>
                <w:lang w:val="de-DE"/>
              </w:rPr>
              <w:t>Textsortenmerkmale, Grammatik, Zeichensetzung</w:t>
            </w:r>
          </w:p>
        </w:tc>
      </w:tr>
      <w:tr w:rsidR="00BA6AED" w:rsidRPr="00F45647" w14:paraId="457BC271" w14:textId="77777777" w:rsidTr="009822E4">
        <w:trPr>
          <w:trHeight w:val="340"/>
        </w:trPr>
        <w:tc>
          <w:tcPr>
            <w:tcW w:w="1134" w:type="dxa"/>
            <w:tcBorders>
              <w:top w:val="single" w:sz="18" w:space="0" w:color="860000"/>
            </w:tcBorders>
            <w:shd w:val="clear" w:color="auto" w:fill="FFFFFF" w:themeFill="background1"/>
          </w:tcPr>
          <w:p w14:paraId="4BA36024" w14:textId="2BCAAAE0" w:rsidR="00BA6AED" w:rsidRPr="00B11C1B" w:rsidRDefault="00BA6AED" w:rsidP="005D7242">
            <w:pPr>
              <w:pStyle w:val="MK4Title"/>
              <w:spacing w:after="0"/>
              <w:rPr>
                <w:rFonts w:cs="Calibri"/>
                <w:b w:val="0"/>
                <w:bCs/>
                <w:i/>
                <w:iCs/>
                <w:sz w:val="12"/>
                <w:szCs w:val="12"/>
                <w:lang w:val="de-DE"/>
              </w:rPr>
            </w:pPr>
          </w:p>
        </w:tc>
        <w:tc>
          <w:tcPr>
            <w:tcW w:w="8908" w:type="dxa"/>
            <w:gridSpan w:val="3"/>
            <w:tcBorders>
              <w:top w:val="single" w:sz="18" w:space="0" w:color="860000"/>
            </w:tcBorders>
            <w:shd w:val="clear" w:color="auto" w:fill="FFFFFF" w:themeFill="background1"/>
          </w:tcPr>
          <w:p w14:paraId="55AC13AD" w14:textId="7F19A839" w:rsidR="00BA6AED" w:rsidRPr="00F45647" w:rsidRDefault="00BA6AED" w:rsidP="005D7242">
            <w:pPr>
              <w:pStyle w:val="MK4Title"/>
              <w:spacing w:before="60" w:after="60"/>
              <w:jc w:val="right"/>
              <w:rPr>
                <w:rFonts w:cs="Calibri"/>
                <w:b w:val="0"/>
                <w:color w:val="595959" w:themeColor="text1" w:themeTint="A6"/>
                <w:sz w:val="12"/>
                <w:szCs w:val="12"/>
                <w:lang w:val="de-DE"/>
              </w:rPr>
            </w:pPr>
            <w:r w:rsidRPr="00F45647">
              <w:rPr>
                <w:rFonts w:cs="Calibri"/>
                <w:b w:val="0"/>
                <w:color w:val="262626" w:themeColor="text1" w:themeTint="D9"/>
                <w:sz w:val="12"/>
                <w:szCs w:val="12"/>
                <w:lang w:val="de-DE"/>
              </w:rPr>
              <w:t xml:space="preserve"> mit „Checker-Challenges“ zur Differenzierung</w:t>
            </w:r>
          </w:p>
        </w:tc>
      </w:tr>
    </w:tbl>
    <w:p w14:paraId="2FB94924" w14:textId="0F2C311E" w:rsidR="00E213DE" w:rsidRPr="00ED4AF8" w:rsidRDefault="00BA3355" w:rsidP="00705254">
      <w:pPr>
        <w:pStyle w:val="MK4Title"/>
        <w:spacing w:before="240" w:after="200"/>
        <w:rPr>
          <w:rFonts w:ascii="Abadi" w:hAnsi="Abadi"/>
          <w:sz w:val="26"/>
          <w:szCs w:val="26"/>
          <w:lang w:val="de-DE"/>
        </w:rPr>
      </w:pPr>
      <w:r w:rsidRPr="00ED4AF8">
        <w:rPr>
          <w:rFonts w:ascii="Abadi" w:hAnsi="Abadi"/>
          <w:noProof/>
          <w:sz w:val="26"/>
          <w:szCs w:val="26"/>
        </w:rPr>
        <w:drawing>
          <wp:anchor distT="0" distB="0" distL="114300" distR="114300" simplePos="0" relativeHeight="251706368" behindDoc="0" locked="0" layoutInCell="1" allowOverlap="1" wp14:anchorId="7F9A3C83" wp14:editId="5AEE32DE">
            <wp:simplePos x="0" y="0"/>
            <wp:positionH relativeFrom="column">
              <wp:posOffset>5949950</wp:posOffset>
            </wp:positionH>
            <wp:positionV relativeFrom="paragraph">
              <wp:posOffset>1853726</wp:posOffset>
            </wp:positionV>
            <wp:extent cx="482600" cy="504190"/>
            <wp:effectExtent l="0" t="0" r="0" b="0"/>
            <wp:wrapNone/>
            <wp:docPr id="39" name="Grafik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flipH="1">
                      <a:off x="0" y="0"/>
                      <a:ext cx="482600" cy="50419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E213DE" w:rsidRPr="00ED4AF8">
        <w:rPr>
          <w:rFonts w:ascii="Abadi" w:hAnsi="Abadi"/>
          <w:sz w:val="26"/>
          <w:szCs w:val="26"/>
          <w:lang w:val="de-DE"/>
        </w:rPr>
        <w:t xml:space="preserve">Teil A </w:t>
      </w:r>
      <w:r w:rsidR="00F25813" w:rsidRPr="00ED4AF8">
        <w:rPr>
          <w:rFonts w:ascii="Abadi" w:hAnsi="Abadi"/>
          <w:sz w:val="26"/>
          <w:szCs w:val="26"/>
          <w:lang w:val="de-DE"/>
        </w:rPr>
        <w:t>–</w:t>
      </w:r>
      <w:r w:rsidR="00E213DE" w:rsidRPr="00ED4AF8">
        <w:rPr>
          <w:rFonts w:ascii="Abadi" w:hAnsi="Abadi"/>
          <w:sz w:val="26"/>
          <w:szCs w:val="26"/>
          <w:lang w:val="de-DE"/>
        </w:rPr>
        <w:t xml:space="preserve"> Textsortenmerkmale</w:t>
      </w:r>
      <w:r w:rsidR="00F25813" w:rsidRPr="00ED4AF8">
        <w:rPr>
          <w:rFonts w:ascii="Abadi" w:hAnsi="Abadi"/>
          <w:sz w:val="26"/>
          <w:szCs w:val="26"/>
          <w:lang w:val="de-DE"/>
        </w:rPr>
        <w:t xml:space="preserve"> der Schilderung</w:t>
      </w:r>
    </w:p>
    <w:tbl>
      <w:tblPr>
        <w:tblW w:w="0" w:type="auto"/>
        <w:tblBorders>
          <w:top w:val="single" w:sz="4" w:space="0" w:color="BFBFBF" w:themeColor="background1" w:themeShade="BF"/>
          <w:left w:val="single" w:sz="12" w:space="0" w:color="860000"/>
          <w:bottom w:val="single" w:sz="4" w:space="0" w:color="BFBFBF" w:themeColor="background1" w:themeShade="BF"/>
          <w:right w:val="single" w:sz="4" w:space="0" w:color="BFBFBF" w:themeColor="background1" w:themeShade="BF"/>
        </w:tblBorders>
        <w:shd w:val="clear" w:color="auto" w:fill="FFFFE3"/>
        <w:tblCellMar>
          <w:left w:w="340" w:type="dxa"/>
          <w:right w:w="227" w:type="dxa"/>
        </w:tblCellMar>
        <w:tblLook w:val="04A0" w:firstRow="1" w:lastRow="0" w:firstColumn="1" w:lastColumn="0" w:noHBand="0" w:noVBand="1"/>
      </w:tblPr>
      <w:tblGrid>
        <w:gridCol w:w="10055"/>
      </w:tblGrid>
      <w:tr w:rsidR="00E213DE" w:rsidRPr="008436D8" w14:paraId="1E22104A" w14:textId="77777777" w:rsidTr="00F25813">
        <w:trPr>
          <w:trHeight w:val="2836"/>
        </w:trPr>
        <w:tc>
          <w:tcPr>
            <w:tcW w:w="10055" w:type="dxa"/>
            <w:shd w:val="clear" w:color="auto" w:fill="FEF0F0"/>
          </w:tcPr>
          <w:p w14:paraId="7237BB13" w14:textId="38E519E0" w:rsidR="00E213DE" w:rsidRPr="00F45647" w:rsidRDefault="00E213DE" w:rsidP="0018383E">
            <w:pPr>
              <w:pStyle w:val="MK4TaskH"/>
              <w:spacing w:before="120" w:after="160"/>
              <w:rPr>
                <w:sz w:val="22"/>
                <w:szCs w:val="20"/>
                <w:lang w:val="de-DE"/>
              </w:rPr>
            </w:pPr>
            <w:r w:rsidRPr="00F45647">
              <w:rPr>
                <w:sz w:val="22"/>
                <w:szCs w:val="20"/>
                <w:u w:val="thick"/>
                <w:lang w:val="de-DE"/>
              </w:rPr>
              <w:t>INFO:</w:t>
            </w:r>
          </w:p>
          <w:p w14:paraId="5F10AF4D" w14:textId="3AF324D6" w:rsidR="00E213DE" w:rsidRPr="00642814" w:rsidRDefault="00E213DE" w:rsidP="00D17BD0">
            <w:pPr>
              <w:pStyle w:val="MK4Hint"/>
              <w:spacing w:before="120" w:after="120" w:line="312" w:lineRule="auto"/>
              <w:jc w:val="both"/>
              <w:rPr>
                <w:rFonts w:ascii="Aptos" w:hAnsi="Aptos"/>
                <w:i w:val="0"/>
                <w:color w:val="auto"/>
                <w:sz w:val="22"/>
                <w:lang w:val="de-DE"/>
              </w:rPr>
            </w:pPr>
            <w:r w:rsidRPr="00642814">
              <w:rPr>
                <w:rFonts w:ascii="Aptos" w:hAnsi="Aptos"/>
                <w:i w:val="0"/>
                <w:color w:val="auto"/>
                <w:sz w:val="22"/>
                <w:lang w:val="de-DE"/>
              </w:rPr>
              <w:t xml:space="preserve">Eine Schilderung beschreibt einen kurzen Moment </w:t>
            </w:r>
            <w:r>
              <w:rPr>
                <w:rFonts w:ascii="Aptos" w:hAnsi="Aptos"/>
                <w:i w:val="0"/>
                <w:color w:val="auto"/>
                <w:sz w:val="22"/>
                <w:lang w:val="de-DE"/>
              </w:rPr>
              <w:t xml:space="preserve">sehr </w:t>
            </w:r>
            <w:r w:rsidR="00C64585">
              <w:rPr>
                <w:rFonts w:ascii="Aptos" w:hAnsi="Aptos"/>
                <w:i w:val="0"/>
                <w:color w:val="auto"/>
                <w:sz w:val="22"/>
                <w:lang w:val="de-DE"/>
              </w:rPr>
              <w:t>genau</w:t>
            </w:r>
            <w:r w:rsidRPr="00642814">
              <w:rPr>
                <w:rFonts w:ascii="Aptos" w:hAnsi="Aptos"/>
                <w:i w:val="0"/>
                <w:color w:val="auto"/>
                <w:sz w:val="22"/>
                <w:lang w:val="de-DE"/>
              </w:rPr>
              <w:t>. Sie steht meist im Präsens und in der Ich</w:t>
            </w:r>
            <w:r w:rsidRPr="00642814">
              <w:rPr>
                <w:rFonts w:ascii="Cambria Math" w:hAnsi="Cambria Math" w:cs="Cambria Math"/>
                <w:i w:val="0"/>
                <w:color w:val="auto"/>
                <w:sz w:val="22"/>
                <w:lang w:val="de-DE"/>
              </w:rPr>
              <w:t>‑</w:t>
            </w:r>
            <w:r w:rsidRPr="00642814">
              <w:rPr>
                <w:rFonts w:ascii="Aptos" w:hAnsi="Aptos"/>
                <w:i w:val="0"/>
                <w:color w:val="auto"/>
                <w:sz w:val="22"/>
                <w:lang w:val="de-DE"/>
              </w:rPr>
              <w:t xml:space="preserve">Perspektive. Sie nutzt viele Sinneseindrücke, lebendige Verben, </w:t>
            </w:r>
            <w:r w:rsidR="00C64585">
              <w:rPr>
                <w:rFonts w:ascii="Aptos" w:hAnsi="Aptos"/>
                <w:i w:val="0"/>
                <w:color w:val="auto"/>
                <w:sz w:val="22"/>
                <w:lang w:val="de-DE"/>
              </w:rPr>
              <w:t xml:space="preserve">anschauliche </w:t>
            </w:r>
            <w:r w:rsidRPr="00642814">
              <w:rPr>
                <w:rFonts w:ascii="Aptos" w:hAnsi="Aptos"/>
                <w:i w:val="0"/>
                <w:color w:val="auto"/>
                <w:sz w:val="22"/>
                <w:lang w:val="de-DE"/>
              </w:rPr>
              <w:t xml:space="preserve">Adjektive und innere Monologe. Im </w:t>
            </w:r>
            <w:r w:rsidRPr="00F25813">
              <w:rPr>
                <w:rFonts w:ascii="Aptos" w:hAnsi="Aptos"/>
                <w:b/>
                <w:bCs/>
                <w:i w:val="0"/>
                <w:color w:val="auto"/>
                <w:sz w:val="22"/>
                <w:lang w:val="de-DE"/>
              </w:rPr>
              <w:t>Gegensatz zur Erzählung</w:t>
            </w:r>
            <w:r w:rsidRPr="00642814">
              <w:rPr>
                <w:rFonts w:ascii="Aptos" w:hAnsi="Aptos"/>
                <w:i w:val="0"/>
                <w:color w:val="auto"/>
                <w:sz w:val="22"/>
                <w:lang w:val="de-DE"/>
              </w:rPr>
              <w:t>, die eine Handlung mit Spannung und zeitlichem Ablauf über mehrere Erzählschritte aufbaut, bleibt die Schilderung in einem Augenblick stehen. Sie legt den Fokus auf das Aussehen, den Klang, das Gefühl und die „Stimmung“ dieses Augenblicks, ohne die Handlung wesentlich weiterzuentwickeln</w:t>
            </w:r>
            <w:r w:rsidRPr="00642814">
              <w:rPr>
                <w:rFonts w:ascii="Aptos" w:hAnsi="Aptos"/>
                <w:i w:val="0"/>
                <w:color w:val="auto"/>
                <w:szCs w:val="20"/>
                <w:lang w:val="de-DE"/>
              </w:rPr>
              <w:t xml:space="preserve">. </w:t>
            </w:r>
          </w:p>
        </w:tc>
      </w:tr>
    </w:tbl>
    <w:p w14:paraId="1BD7AF44" w14:textId="2BB24168" w:rsidR="00E213DE" w:rsidRPr="008436D8" w:rsidRDefault="00E213DE" w:rsidP="00E213DE">
      <w:pPr>
        <w:spacing w:after="120"/>
      </w:pPr>
    </w:p>
    <w:tbl>
      <w:tblPr>
        <w:tblW w:w="0" w:type="auto"/>
        <w:tblBorders>
          <w:top w:val="single" w:sz="4" w:space="0" w:color="E0E0E0"/>
          <w:left w:val="single" w:sz="4" w:space="0" w:color="E0E0E0"/>
          <w:bottom w:val="single" w:sz="4" w:space="0" w:color="E0E0E0"/>
          <w:right w:val="single" w:sz="4" w:space="0" w:color="E0E0E0"/>
          <w:insideH w:val="nil"/>
          <w:insideV w:val="nil"/>
        </w:tblBorders>
        <w:shd w:val="clear" w:color="auto" w:fill="FFFFF0"/>
        <w:tblLayout w:type="fixed"/>
        <w:tblCellMar>
          <w:left w:w="340" w:type="dxa"/>
          <w:right w:w="227" w:type="dxa"/>
        </w:tblCellMar>
        <w:tblLook w:val="04A0" w:firstRow="1" w:lastRow="0" w:firstColumn="1" w:lastColumn="0" w:noHBand="0" w:noVBand="1"/>
      </w:tblPr>
      <w:tblGrid>
        <w:gridCol w:w="10055"/>
      </w:tblGrid>
      <w:tr w:rsidR="00E213DE" w:rsidRPr="008436D8" w14:paraId="0474129B" w14:textId="77777777" w:rsidTr="00F25813">
        <w:tc>
          <w:tcPr>
            <w:tcW w:w="10055" w:type="dxa"/>
            <w:tcBorders>
              <w:top w:val="single" w:sz="4" w:space="0" w:color="BFBFBF" w:themeColor="background1" w:themeShade="BF"/>
              <w:left w:val="single" w:sz="12" w:space="0" w:color="860000"/>
              <w:right w:val="single" w:sz="4" w:space="0" w:color="BFBFBF" w:themeColor="background1" w:themeShade="BF"/>
            </w:tcBorders>
            <w:shd w:val="clear" w:color="auto" w:fill="FFFFF0"/>
          </w:tcPr>
          <w:p w14:paraId="3C6B8903" w14:textId="55E0BF0B" w:rsidR="00E213DE" w:rsidRPr="008436D8" w:rsidRDefault="00E213DE" w:rsidP="00D17BD0">
            <w:pPr>
              <w:pStyle w:val="MK4TaskH"/>
              <w:spacing w:before="80" w:after="160"/>
              <w:rPr>
                <w:lang w:val="de-DE"/>
              </w:rPr>
            </w:pPr>
            <w:r w:rsidRPr="008436D8">
              <w:rPr>
                <w:lang w:val="de-DE"/>
              </w:rPr>
              <w:t>Aufgabe 1 – Verstehen</w:t>
            </w:r>
          </w:p>
        </w:tc>
      </w:tr>
      <w:tr w:rsidR="00E213DE" w:rsidRPr="008436D8" w14:paraId="36BB0624" w14:textId="77777777" w:rsidTr="00F25813">
        <w:tc>
          <w:tcPr>
            <w:tcW w:w="10055" w:type="dxa"/>
            <w:tcBorders>
              <w:left w:val="single" w:sz="12" w:space="0" w:color="860000"/>
              <w:bottom w:val="single" w:sz="4" w:space="0" w:color="BFBFBF" w:themeColor="background1" w:themeShade="BF"/>
              <w:right w:val="single" w:sz="4" w:space="0" w:color="BFBFBF" w:themeColor="background1" w:themeShade="BF"/>
            </w:tcBorders>
            <w:shd w:val="clear" w:color="auto" w:fill="FFFFF0"/>
          </w:tcPr>
          <w:p w14:paraId="73FA87F7" w14:textId="77777777" w:rsidR="00E213DE" w:rsidRPr="00642814" w:rsidRDefault="00E213DE" w:rsidP="00D17BD0">
            <w:pPr>
              <w:pStyle w:val="MK4Task"/>
              <w:spacing w:after="120"/>
              <w:rPr>
                <w:rFonts w:ascii="Aptos" w:hAnsi="Aptos"/>
                <w:lang w:val="de-DE"/>
              </w:rPr>
            </w:pPr>
            <w:r w:rsidRPr="00642814">
              <w:rPr>
                <w:rFonts w:ascii="Aptos" w:hAnsi="Aptos"/>
                <w:lang w:val="de-DE"/>
              </w:rPr>
              <w:t xml:space="preserve">Markiere im Infotext mit </w:t>
            </w:r>
            <w:r w:rsidRPr="00642814">
              <w:rPr>
                <w:rFonts w:ascii="Aptos" w:hAnsi="Aptos"/>
                <w:color w:val="000000"/>
                <w:lang w:val="de-DE"/>
              </w:rPr>
              <w:t>zwei</w:t>
            </w:r>
            <w:r w:rsidRPr="00642814">
              <w:rPr>
                <w:rFonts w:ascii="Aptos" w:hAnsi="Aptos"/>
                <w:lang w:val="de-DE"/>
              </w:rPr>
              <w:t xml:space="preserve"> unterschiedlichen Farben:</w:t>
            </w:r>
          </w:p>
          <w:p w14:paraId="64741F4C" w14:textId="77777777" w:rsidR="00257E26" w:rsidRPr="00C04929" w:rsidRDefault="00257E26" w:rsidP="00257E26">
            <w:pPr>
              <w:pStyle w:val="MK4Hint"/>
              <w:spacing w:after="120"/>
              <w:ind w:left="340"/>
              <w:rPr>
                <w:rFonts w:ascii="Aptos" w:hAnsi="Aptos"/>
                <w:i w:val="0"/>
                <w:iCs/>
                <w:color w:val="262626" w:themeColor="text1" w:themeTint="D9"/>
                <w:lang w:val="de-DE"/>
              </w:rPr>
            </w:pPr>
            <w:r w:rsidRPr="00C04929">
              <w:rPr>
                <w:rFonts w:ascii="Aptos" w:hAnsi="Aptos"/>
                <w:i w:val="0"/>
                <w:iCs/>
                <w:color w:val="262626" w:themeColor="text1" w:themeTint="D9"/>
                <w:lang w:val="de-DE"/>
              </w:rPr>
              <w:t xml:space="preserve">a) Textstellen an denen Merkmale einer „Schilderung“ genannt werden </w:t>
            </w:r>
          </w:p>
          <w:p w14:paraId="274C573A" w14:textId="55E1A457" w:rsidR="00E213DE" w:rsidRPr="008436D8" w:rsidRDefault="00257E26" w:rsidP="00257E26">
            <w:pPr>
              <w:pStyle w:val="MK4Hint"/>
              <w:ind w:left="340"/>
              <w:rPr>
                <w:lang w:val="de-DE"/>
              </w:rPr>
            </w:pPr>
            <w:r w:rsidRPr="00C04929">
              <w:rPr>
                <w:rFonts w:ascii="Aptos" w:hAnsi="Aptos"/>
                <w:i w:val="0"/>
                <w:iCs/>
                <w:color w:val="262626" w:themeColor="text1" w:themeTint="D9"/>
                <w:lang w:val="de-DE"/>
              </w:rPr>
              <w:t>b) Textstellen an denen Merkmale einer „Erzählung“ genannt werden</w:t>
            </w:r>
          </w:p>
        </w:tc>
      </w:tr>
    </w:tbl>
    <w:p w14:paraId="3FE76427" w14:textId="1800D32F" w:rsidR="00E213DE" w:rsidRDefault="00E213DE" w:rsidP="00E213DE">
      <w:pPr>
        <w:spacing w:after="120"/>
      </w:pPr>
    </w:p>
    <w:tbl>
      <w:tblPr>
        <w:tblW w:w="10050" w:type="dxa"/>
        <w:tblBorders>
          <w:top w:val="single" w:sz="4" w:space="0" w:color="E0E0E0"/>
          <w:left w:val="single" w:sz="4" w:space="0" w:color="E0E0E0"/>
          <w:bottom w:val="single" w:sz="4" w:space="0" w:color="E0E0E0"/>
          <w:right w:val="single" w:sz="4" w:space="0" w:color="E0E0E0"/>
          <w:insideH w:val="nil"/>
          <w:insideV w:val="nil"/>
        </w:tblBorders>
        <w:shd w:val="clear" w:color="auto" w:fill="FFFFF5"/>
        <w:tblCellMar>
          <w:left w:w="340" w:type="dxa"/>
          <w:right w:w="227" w:type="dxa"/>
        </w:tblCellMar>
        <w:tblLook w:val="04A0" w:firstRow="1" w:lastRow="0" w:firstColumn="1" w:lastColumn="0" w:noHBand="0" w:noVBand="1"/>
      </w:tblPr>
      <w:tblGrid>
        <w:gridCol w:w="236"/>
        <w:gridCol w:w="9814"/>
      </w:tblGrid>
      <w:tr w:rsidR="00E213DE" w:rsidRPr="008436D8" w14:paraId="52192B2D" w14:textId="77777777" w:rsidTr="00F25813">
        <w:tc>
          <w:tcPr>
            <w:tcW w:w="10050" w:type="dxa"/>
            <w:gridSpan w:val="2"/>
            <w:tcBorders>
              <w:top w:val="single" w:sz="4" w:space="0" w:color="BFBFBF" w:themeColor="background1" w:themeShade="BF"/>
              <w:left w:val="single" w:sz="12" w:space="0" w:color="860000"/>
              <w:right w:val="single" w:sz="4" w:space="0" w:color="BFBFBF" w:themeColor="background1" w:themeShade="BF"/>
            </w:tcBorders>
            <w:shd w:val="clear" w:color="auto" w:fill="FFFFF0"/>
          </w:tcPr>
          <w:p w14:paraId="2AF9F42D" w14:textId="3552C005" w:rsidR="00E213DE" w:rsidRPr="008436D8" w:rsidRDefault="00E213DE" w:rsidP="00D17BD0">
            <w:pPr>
              <w:pStyle w:val="MK4TaskH"/>
              <w:spacing w:before="80" w:after="160"/>
              <w:rPr>
                <w:lang w:val="de-DE"/>
              </w:rPr>
            </w:pPr>
            <w:r w:rsidRPr="008436D8">
              <w:rPr>
                <w:lang w:val="de-DE"/>
              </w:rPr>
              <w:t>Aufgabe 2 – Anwenden</w:t>
            </w:r>
          </w:p>
        </w:tc>
      </w:tr>
      <w:tr w:rsidR="00E213DE" w:rsidRPr="008436D8" w14:paraId="0425DF13" w14:textId="77777777" w:rsidTr="00F25813">
        <w:tc>
          <w:tcPr>
            <w:tcW w:w="10050" w:type="dxa"/>
            <w:gridSpan w:val="2"/>
            <w:tcBorders>
              <w:left w:val="single" w:sz="12" w:space="0" w:color="860000"/>
              <w:bottom w:val="nil"/>
              <w:right w:val="single" w:sz="4" w:space="0" w:color="BFBFBF" w:themeColor="background1" w:themeShade="BF"/>
            </w:tcBorders>
            <w:shd w:val="clear" w:color="auto" w:fill="FFFFF5"/>
          </w:tcPr>
          <w:p w14:paraId="2A9A4C78" w14:textId="34548767" w:rsidR="00E213DE" w:rsidRPr="00642814" w:rsidRDefault="00E213DE" w:rsidP="00C04929">
            <w:pPr>
              <w:pStyle w:val="MK4Hint"/>
              <w:rPr>
                <w:rFonts w:ascii="Aptos" w:hAnsi="Aptos"/>
                <w:iCs/>
                <w:color w:val="auto"/>
                <w:sz w:val="18"/>
                <w:szCs w:val="18"/>
                <w:lang w:val="de-DE"/>
              </w:rPr>
            </w:pPr>
            <w:proofErr w:type="spellStart"/>
            <w:r w:rsidRPr="00642814">
              <w:rPr>
                <w:rFonts w:ascii="Aptos" w:hAnsi="Aptos"/>
                <w:i w:val="0"/>
                <w:color w:val="auto"/>
                <w:sz w:val="22"/>
                <w:lang w:val="de-DE"/>
              </w:rPr>
              <w:t>Lies</w:t>
            </w:r>
            <w:proofErr w:type="spellEnd"/>
            <w:r w:rsidRPr="00642814">
              <w:rPr>
                <w:rFonts w:ascii="Aptos" w:hAnsi="Aptos"/>
                <w:i w:val="0"/>
                <w:color w:val="auto"/>
                <w:sz w:val="22"/>
                <w:lang w:val="de-DE"/>
              </w:rPr>
              <w:t xml:space="preserve"> folgende Textausschnitte</w:t>
            </w:r>
            <w:r w:rsidR="00E72B6D">
              <w:rPr>
                <w:rFonts w:ascii="Aptos" w:hAnsi="Aptos"/>
                <w:i w:val="0"/>
                <w:color w:val="auto"/>
                <w:sz w:val="22"/>
                <w:lang w:val="de-DE"/>
              </w:rPr>
              <w:t>. E</w:t>
            </w:r>
            <w:r w:rsidRPr="00642814">
              <w:rPr>
                <w:rFonts w:ascii="Aptos" w:hAnsi="Aptos"/>
                <w:i w:val="0"/>
                <w:color w:val="auto"/>
                <w:sz w:val="22"/>
                <w:lang w:val="de-DE"/>
              </w:rPr>
              <w:t>ntscheid</w:t>
            </w:r>
            <w:r w:rsidR="00E72B6D">
              <w:rPr>
                <w:rFonts w:ascii="Aptos" w:hAnsi="Aptos"/>
                <w:i w:val="0"/>
                <w:color w:val="auto"/>
                <w:sz w:val="22"/>
                <w:lang w:val="de-DE"/>
              </w:rPr>
              <w:t>e</w:t>
            </w:r>
            <w:r w:rsidRPr="00642814">
              <w:rPr>
                <w:rFonts w:ascii="Aptos" w:hAnsi="Aptos"/>
                <w:i w:val="0"/>
                <w:color w:val="auto"/>
                <w:sz w:val="22"/>
                <w:lang w:val="de-DE"/>
              </w:rPr>
              <w:t xml:space="preserve">, ob es sich eher um eine Erzählung (E) oder um eine Schilderung (S) handelt. Begründe stichpunktartig anhand der Merkmale aus </w:t>
            </w:r>
            <w:proofErr w:type="spellStart"/>
            <w:r w:rsidRPr="00642814">
              <w:rPr>
                <w:rFonts w:ascii="Aptos" w:hAnsi="Aptos"/>
                <w:i w:val="0"/>
                <w:color w:val="auto"/>
                <w:sz w:val="22"/>
                <w:lang w:val="de-DE"/>
              </w:rPr>
              <w:t>Aufg</w:t>
            </w:r>
            <w:proofErr w:type="spellEnd"/>
            <w:r w:rsidRPr="00642814">
              <w:rPr>
                <w:rFonts w:ascii="Aptos" w:hAnsi="Aptos"/>
                <w:i w:val="0"/>
                <w:color w:val="auto"/>
                <w:sz w:val="22"/>
                <w:lang w:val="de-DE"/>
              </w:rPr>
              <w:t>. 1.</w:t>
            </w:r>
          </w:p>
          <w:tbl>
            <w:tblPr>
              <w:tblStyle w:val="Tabellenraster"/>
              <w:tblW w:w="0" w:type="auto"/>
              <w:tblLook w:val="04A0" w:firstRow="1" w:lastRow="0" w:firstColumn="1" w:lastColumn="0" w:noHBand="0" w:noVBand="1"/>
            </w:tblPr>
            <w:tblGrid>
              <w:gridCol w:w="4545"/>
              <w:gridCol w:w="1260"/>
              <w:gridCol w:w="3668"/>
            </w:tblGrid>
            <w:tr w:rsidR="00E213DE" w:rsidRPr="00642814" w14:paraId="4CE1798D" w14:textId="77777777" w:rsidTr="0005137C">
              <w:tc>
                <w:tcPr>
                  <w:tcW w:w="4545" w:type="dxa"/>
                  <w:shd w:val="clear" w:color="auto" w:fill="FFFFFF" w:themeFill="background1"/>
                </w:tcPr>
                <w:p w14:paraId="7C745961" w14:textId="02D39483" w:rsidR="00E213DE" w:rsidRPr="00642814" w:rsidRDefault="00E213DE" w:rsidP="00D17BD0">
                  <w:pPr>
                    <w:pStyle w:val="MK4Hint"/>
                    <w:spacing w:beforeLines="40" w:before="96" w:afterLines="40" w:after="96"/>
                    <w:rPr>
                      <w:rFonts w:ascii="Aptos" w:hAnsi="Aptos"/>
                      <w:lang w:val="de-DE"/>
                    </w:rPr>
                  </w:pPr>
                  <w:r w:rsidRPr="00642814">
                    <w:rPr>
                      <w:rFonts w:ascii="Aptos" w:hAnsi="Aptos"/>
                      <w:b/>
                      <w:bCs/>
                      <w:i w:val="0"/>
                      <w:color w:val="auto"/>
                      <w:szCs w:val="20"/>
                      <w:lang w:val="de-DE"/>
                    </w:rPr>
                    <w:t>Textausschnitt</w:t>
                  </w:r>
                </w:p>
              </w:tc>
              <w:tc>
                <w:tcPr>
                  <w:tcW w:w="1260" w:type="dxa"/>
                  <w:shd w:val="clear" w:color="auto" w:fill="FFFFFF" w:themeFill="background1"/>
                  <w:tcMar>
                    <w:left w:w="57" w:type="dxa"/>
                    <w:right w:w="57" w:type="dxa"/>
                  </w:tcMar>
                </w:tcPr>
                <w:p w14:paraId="1695CA83" w14:textId="77777777" w:rsidR="00E213DE" w:rsidRPr="00642814" w:rsidRDefault="00E213DE" w:rsidP="00D17BD0">
                  <w:pPr>
                    <w:pStyle w:val="MK4Hint"/>
                    <w:spacing w:beforeLines="40" w:before="96" w:afterLines="40" w:after="96"/>
                    <w:jc w:val="center"/>
                    <w:rPr>
                      <w:rFonts w:ascii="Aptos" w:hAnsi="Aptos"/>
                      <w:sz w:val="18"/>
                      <w:szCs w:val="18"/>
                      <w:lang w:val="de-DE"/>
                    </w:rPr>
                  </w:pPr>
                  <w:r w:rsidRPr="00642814">
                    <w:rPr>
                      <w:rFonts w:ascii="Aptos" w:hAnsi="Aptos"/>
                      <w:b/>
                      <w:bCs/>
                      <w:i w:val="0"/>
                      <w:color w:val="auto"/>
                      <w:sz w:val="18"/>
                      <w:szCs w:val="18"/>
                      <w:lang w:val="de-DE"/>
                    </w:rPr>
                    <w:t>„E“ oder „S“?</w:t>
                  </w:r>
                </w:p>
              </w:tc>
              <w:tc>
                <w:tcPr>
                  <w:tcW w:w="3668" w:type="dxa"/>
                  <w:shd w:val="clear" w:color="auto" w:fill="FFFFFF" w:themeFill="background1"/>
                </w:tcPr>
                <w:p w14:paraId="0B86C934" w14:textId="77777777" w:rsidR="00E213DE" w:rsidRPr="00642814" w:rsidRDefault="00E213DE" w:rsidP="00D17BD0">
                  <w:pPr>
                    <w:pStyle w:val="MK4Hint"/>
                    <w:spacing w:beforeLines="40" w:before="96" w:afterLines="40" w:after="96"/>
                    <w:jc w:val="center"/>
                    <w:rPr>
                      <w:rFonts w:ascii="Aptos" w:hAnsi="Aptos"/>
                      <w:lang w:val="de-DE"/>
                    </w:rPr>
                  </w:pPr>
                  <w:r w:rsidRPr="00642814">
                    <w:rPr>
                      <w:rFonts w:ascii="Aptos" w:hAnsi="Aptos"/>
                      <w:b/>
                      <w:bCs/>
                      <w:i w:val="0"/>
                      <w:color w:val="auto"/>
                      <w:szCs w:val="20"/>
                      <w:lang w:val="de-DE"/>
                    </w:rPr>
                    <w:t>Begründung</w:t>
                  </w:r>
                </w:p>
              </w:tc>
            </w:tr>
            <w:tr w:rsidR="0005137C" w:rsidRPr="00642814" w14:paraId="26BD369B" w14:textId="77777777" w:rsidTr="0005137C">
              <w:trPr>
                <w:trHeight w:val="311"/>
              </w:trPr>
              <w:tc>
                <w:tcPr>
                  <w:tcW w:w="4545" w:type="dxa"/>
                  <w:shd w:val="clear" w:color="auto" w:fill="FFFFFF" w:themeFill="background1"/>
                  <w:vAlign w:val="center"/>
                </w:tcPr>
                <w:p w14:paraId="0100EFC4" w14:textId="55093C15" w:rsidR="0005137C" w:rsidRPr="00642814" w:rsidRDefault="0005137C" w:rsidP="0005137C">
                  <w:pPr>
                    <w:pStyle w:val="MK4Hint"/>
                    <w:spacing w:beforeLines="40" w:before="96" w:afterLines="40" w:after="96"/>
                    <w:rPr>
                      <w:rFonts w:ascii="Aptos" w:hAnsi="Aptos"/>
                      <w:color w:val="262626" w:themeColor="text1" w:themeTint="D9"/>
                      <w:sz w:val="19"/>
                      <w:szCs w:val="19"/>
                      <w:lang w:val="de-DE"/>
                    </w:rPr>
                  </w:pPr>
                  <w:r w:rsidRPr="00642814">
                    <w:rPr>
                      <w:rFonts w:ascii="Aptos" w:hAnsi="Aptos" w:cs="Calibri"/>
                      <w:i w:val="0"/>
                      <w:iCs/>
                      <w:color w:val="262626" w:themeColor="text1" w:themeTint="D9"/>
                      <w:sz w:val="19"/>
                      <w:szCs w:val="19"/>
                      <w:lang w:val="de-DE"/>
                    </w:rPr>
                    <w:t xml:space="preserve">Plötzlich hörte ich ein Krachen – die Tür öffnete sich, und </w:t>
                  </w:r>
                  <w:r>
                    <w:rPr>
                      <w:rFonts w:ascii="Aptos" w:hAnsi="Aptos" w:cs="Calibri"/>
                      <w:i w:val="0"/>
                      <w:iCs/>
                      <w:color w:val="262626" w:themeColor="text1" w:themeTint="D9"/>
                      <w:sz w:val="19"/>
                      <w:szCs w:val="19"/>
                      <w:lang w:val="de-DE"/>
                    </w:rPr>
                    <w:t xml:space="preserve">langsam schob sich </w:t>
                  </w:r>
                  <w:r w:rsidRPr="00642814">
                    <w:rPr>
                      <w:rFonts w:ascii="Aptos" w:hAnsi="Aptos" w:cs="Calibri"/>
                      <w:i w:val="0"/>
                      <w:iCs/>
                      <w:color w:val="262626" w:themeColor="text1" w:themeTint="D9"/>
                      <w:sz w:val="19"/>
                      <w:szCs w:val="19"/>
                      <w:lang w:val="de-DE"/>
                    </w:rPr>
                    <w:t xml:space="preserve">ein Schatten </w:t>
                  </w:r>
                  <w:r>
                    <w:rPr>
                      <w:rFonts w:ascii="Aptos" w:hAnsi="Aptos" w:cs="Calibri"/>
                      <w:i w:val="0"/>
                      <w:iCs/>
                      <w:color w:val="262626" w:themeColor="text1" w:themeTint="D9"/>
                      <w:sz w:val="19"/>
                      <w:szCs w:val="19"/>
                      <w:lang w:val="de-DE"/>
                    </w:rPr>
                    <w:t>hinein.</w:t>
                  </w:r>
                </w:p>
              </w:tc>
              <w:tc>
                <w:tcPr>
                  <w:tcW w:w="1260" w:type="dxa"/>
                  <w:shd w:val="clear" w:color="auto" w:fill="FFFFFF" w:themeFill="background1"/>
                  <w:vAlign w:val="center"/>
                </w:tcPr>
                <w:p w14:paraId="1BFAE801" w14:textId="77777777" w:rsidR="0005137C" w:rsidRPr="00642814" w:rsidRDefault="0005137C" w:rsidP="0005137C">
                  <w:pPr>
                    <w:pStyle w:val="MK4Hint"/>
                    <w:spacing w:beforeLines="40" w:before="96" w:afterLines="40" w:after="96"/>
                    <w:jc w:val="center"/>
                    <w:rPr>
                      <w:rFonts w:ascii="Aptos" w:hAnsi="Aptos"/>
                      <w:color w:val="262626" w:themeColor="text1" w:themeTint="D9"/>
                      <w:lang w:val="de-DE"/>
                    </w:rPr>
                  </w:pPr>
                  <w:r w:rsidRPr="00642814">
                    <w:rPr>
                      <w:rFonts w:ascii="Aptos" w:hAnsi="Aptos" w:cs="Segoe UI Symbol"/>
                      <w:i w:val="0"/>
                      <w:color w:val="262626" w:themeColor="text1" w:themeTint="D9"/>
                      <w:szCs w:val="20"/>
                      <w:lang w:val="de-DE"/>
                    </w:rPr>
                    <w:t>☐</w:t>
                  </w:r>
                  <w:r w:rsidRPr="00642814">
                    <w:rPr>
                      <w:rFonts w:ascii="Aptos" w:hAnsi="Aptos"/>
                      <w:i w:val="0"/>
                      <w:color w:val="262626" w:themeColor="text1" w:themeTint="D9"/>
                      <w:szCs w:val="20"/>
                      <w:lang w:val="de-DE"/>
                    </w:rPr>
                    <w:t xml:space="preserve">E      </w:t>
                  </w:r>
                  <w:r w:rsidRPr="00642814">
                    <w:rPr>
                      <w:rFonts w:ascii="Aptos" w:hAnsi="Aptos" w:cs="Segoe UI Symbol"/>
                      <w:i w:val="0"/>
                      <w:color w:val="262626" w:themeColor="text1" w:themeTint="D9"/>
                      <w:szCs w:val="20"/>
                      <w:lang w:val="de-DE"/>
                    </w:rPr>
                    <w:t>☐</w:t>
                  </w:r>
                  <w:r w:rsidRPr="00642814">
                    <w:rPr>
                      <w:rFonts w:ascii="Aptos" w:hAnsi="Aptos"/>
                      <w:i w:val="0"/>
                      <w:color w:val="262626" w:themeColor="text1" w:themeTint="D9"/>
                      <w:szCs w:val="20"/>
                      <w:lang w:val="de-DE"/>
                    </w:rPr>
                    <w:t>S</w:t>
                  </w:r>
                </w:p>
              </w:tc>
              <w:tc>
                <w:tcPr>
                  <w:tcW w:w="3668" w:type="dxa"/>
                  <w:shd w:val="clear" w:color="auto" w:fill="FFFFFF" w:themeFill="background1"/>
                </w:tcPr>
                <w:p w14:paraId="03A331E1" w14:textId="31FFE45E" w:rsidR="0005137C" w:rsidRPr="0005137C" w:rsidRDefault="0005137C" w:rsidP="0005137C">
                  <w:pPr>
                    <w:pStyle w:val="MK4Hint"/>
                    <w:spacing w:beforeLines="40" w:before="96" w:afterLines="40" w:after="96"/>
                    <w:rPr>
                      <w:rFonts w:ascii="Aptos" w:hAnsi="Aptos"/>
                      <w:color w:val="FFFFFF" w:themeColor="background1"/>
                      <w:sz w:val="22"/>
                      <w:lang w:val="de-DE"/>
                    </w:rPr>
                  </w:pPr>
                  <w:r w:rsidRPr="0005137C">
                    <w:rPr>
                      <w:rFonts w:ascii="Comic Sans MS" w:hAnsi="Comic Sans MS"/>
                      <w:i w:val="0"/>
                      <w:iCs/>
                      <w:color w:val="FFFFFF" w:themeColor="background1"/>
                      <w:sz w:val="22"/>
                      <w:lang w:val="de-DE"/>
                    </w:rPr>
                    <w:t>Spannung, Handlung, Präteritum</w:t>
                  </w:r>
                </w:p>
              </w:tc>
            </w:tr>
            <w:tr w:rsidR="0005137C" w:rsidRPr="00642814" w14:paraId="1E49CE3C" w14:textId="77777777" w:rsidTr="0005137C">
              <w:trPr>
                <w:trHeight w:val="737"/>
              </w:trPr>
              <w:tc>
                <w:tcPr>
                  <w:tcW w:w="4545" w:type="dxa"/>
                  <w:shd w:val="clear" w:color="auto" w:fill="FFFFFF" w:themeFill="background1"/>
                  <w:vAlign w:val="center"/>
                </w:tcPr>
                <w:p w14:paraId="43E49A6F" w14:textId="77777777" w:rsidR="0005137C" w:rsidRPr="00642814" w:rsidRDefault="0005137C" w:rsidP="0005137C">
                  <w:pPr>
                    <w:pStyle w:val="MK4Hint"/>
                    <w:spacing w:beforeLines="40" w:before="96" w:afterLines="40" w:after="96"/>
                    <w:rPr>
                      <w:rFonts w:ascii="Aptos" w:hAnsi="Aptos" w:cs="Calibri"/>
                      <w:i w:val="0"/>
                      <w:iCs/>
                      <w:color w:val="262626" w:themeColor="text1" w:themeTint="D9"/>
                      <w:sz w:val="19"/>
                      <w:szCs w:val="19"/>
                      <w:lang w:val="de-DE"/>
                    </w:rPr>
                  </w:pPr>
                  <w:r w:rsidRPr="00642814">
                    <w:rPr>
                      <w:rFonts w:ascii="Aptos" w:hAnsi="Aptos" w:cs="Calibri"/>
                      <w:i w:val="0"/>
                      <w:iCs/>
                      <w:color w:val="262626" w:themeColor="text1" w:themeTint="D9"/>
                      <w:sz w:val="19"/>
                      <w:szCs w:val="19"/>
                      <w:lang w:val="de-DE"/>
                    </w:rPr>
                    <w:t>Die Sonne wärmt meine Haut, der Duft frisch gemähter Wiesen liegt in der Luft. Wie sehr habe ich dieses Gefühl vermisst! Hier könnte ich ewig liegen!</w:t>
                  </w:r>
                </w:p>
              </w:tc>
              <w:tc>
                <w:tcPr>
                  <w:tcW w:w="1260" w:type="dxa"/>
                  <w:shd w:val="clear" w:color="auto" w:fill="FFFFFF" w:themeFill="background1"/>
                  <w:vAlign w:val="center"/>
                </w:tcPr>
                <w:p w14:paraId="34056669" w14:textId="77777777" w:rsidR="0005137C" w:rsidRPr="00642814" w:rsidRDefault="0005137C" w:rsidP="0005137C">
                  <w:pPr>
                    <w:pStyle w:val="MK4Hint"/>
                    <w:spacing w:beforeLines="40" w:before="96" w:afterLines="40" w:after="96"/>
                    <w:jc w:val="center"/>
                    <w:rPr>
                      <w:rFonts w:ascii="Aptos" w:hAnsi="Aptos"/>
                      <w:color w:val="262626" w:themeColor="text1" w:themeTint="D9"/>
                      <w:lang w:val="de-DE"/>
                    </w:rPr>
                  </w:pPr>
                  <w:r w:rsidRPr="00642814">
                    <w:rPr>
                      <w:rFonts w:ascii="Aptos" w:hAnsi="Aptos" w:cs="Segoe UI Symbol"/>
                      <w:i w:val="0"/>
                      <w:color w:val="262626" w:themeColor="text1" w:themeTint="D9"/>
                      <w:szCs w:val="20"/>
                      <w:lang w:val="de-DE"/>
                    </w:rPr>
                    <w:t>☐</w:t>
                  </w:r>
                  <w:r w:rsidRPr="00642814">
                    <w:rPr>
                      <w:rFonts w:ascii="Aptos" w:hAnsi="Aptos"/>
                      <w:i w:val="0"/>
                      <w:color w:val="262626" w:themeColor="text1" w:themeTint="D9"/>
                      <w:szCs w:val="20"/>
                      <w:lang w:val="de-DE"/>
                    </w:rPr>
                    <w:t xml:space="preserve">E      </w:t>
                  </w:r>
                  <w:r w:rsidRPr="00642814">
                    <w:rPr>
                      <w:rFonts w:ascii="Aptos" w:hAnsi="Aptos" w:cs="Segoe UI Symbol"/>
                      <w:i w:val="0"/>
                      <w:color w:val="262626" w:themeColor="text1" w:themeTint="D9"/>
                      <w:szCs w:val="20"/>
                      <w:lang w:val="de-DE"/>
                    </w:rPr>
                    <w:t>☐</w:t>
                  </w:r>
                  <w:r w:rsidRPr="00642814">
                    <w:rPr>
                      <w:rFonts w:ascii="Aptos" w:hAnsi="Aptos"/>
                      <w:i w:val="0"/>
                      <w:color w:val="262626" w:themeColor="text1" w:themeTint="D9"/>
                      <w:szCs w:val="20"/>
                      <w:lang w:val="de-DE"/>
                    </w:rPr>
                    <w:t>S</w:t>
                  </w:r>
                </w:p>
              </w:tc>
              <w:tc>
                <w:tcPr>
                  <w:tcW w:w="3668" w:type="dxa"/>
                  <w:shd w:val="clear" w:color="auto" w:fill="FFFFFF" w:themeFill="background1"/>
                </w:tcPr>
                <w:p w14:paraId="4E369047" w14:textId="40E8BC45" w:rsidR="0005137C" w:rsidRPr="0005137C" w:rsidRDefault="0005137C" w:rsidP="0005137C">
                  <w:pPr>
                    <w:pStyle w:val="MK4Hint"/>
                    <w:spacing w:beforeLines="40" w:before="96" w:afterLines="40" w:after="96"/>
                    <w:rPr>
                      <w:rFonts w:ascii="Aptos" w:hAnsi="Aptos"/>
                      <w:color w:val="FFFFFF" w:themeColor="background1"/>
                      <w:sz w:val="22"/>
                      <w:lang w:val="de-DE"/>
                    </w:rPr>
                  </w:pPr>
                  <w:r w:rsidRPr="0005137C">
                    <w:rPr>
                      <w:rFonts w:ascii="Comic Sans MS" w:hAnsi="Comic Sans MS"/>
                      <w:i w:val="0"/>
                      <w:iCs/>
                      <w:color w:val="FFFFFF" w:themeColor="background1"/>
                      <w:sz w:val="22"/>
                      <w:lang w:val="de-DE"/>
                    </w:rPr>
                    <w:t>Stimmung, Gefühl, innerer Monolog</w:t>
                  </w:r>
                </w:p>
              </w:tc>
            </w:tr>
            <w:tr w:rsidR="0005137C" w:rsidRPr="00642814" w14:paraId="769818E8" w14:textId="77777777" w:rsidTr="0005137C">
              <w:trPr>
                <w:trHeight w:val="737"/>
              </w:trPr>
              <w:tc>
                <w:tcPr>
                  <w:tcW w:w="4545" w:type="dxa"/>
                  <w:shd w:val="clear" w:color="auto" w:fill="FFFFFF" w:themeFill="background1"/>
                  <w:vAlign w:val="center"/>
                </w:tcPr>
                <w:p w14:paraId="1079907E" w14:textId="77777777" w:rsidR="0005137C" w:rsidRPr="00642814" w:rsidRDefault="0005137C" w:rsidP="0005137C">
                  <w:pPr>
                    <w:pStyle w:val="MK4Hint"/>
                    <w:spacing w:beforeLines="40" w:before="96" w:afterLines="40" w:after="96"/>
                    <w:rPr>
                      <w:rFonts w:ascii="Aptos" w:hAnsi="Aptos"/>
                      <w:color w:val="262626" w:themeColor="text1" w:themeTint="D9"/>
                      <w:sz w:val="19"/>
                      <w:szCs w:val="19"/>
                      <w:lang w:val="de-DE"/>
                    </w:rPr>
                  </w:pPr>
                  <w:r w:rsidRPr="00642814">
                    <w:rPr>
                      <w:rFonts w:ascii="Aptos" w:hAnsi="Aptos" w:cs="Calibri"/>
                      <w:i w:val="0"/>
                      <w:iCs/>
                      <w:color w:val="262626" w:themeColor="text1" w:themeTint="D9"/>
                      <w:sz w:val="19"/>
                      <w:szCs w:val="19"/>
                      <w:lang w:val="de-DE"/>
                    </w:rPr>
                    <w:t>Der Regen prasselt gegen die Fensterscheiben. Wie kleine Bäche rinnen die Tropfen hinunter. Helle Blitze erleuchten stroboskopartig die Umrisse der Bäume.</w:t>
                  </w:r>
                </w:p>
              </w:tc>
              <w:tc>
                <w:tcPr>
                  <w:tcW w:w="1260" w:type="dxa"/>
                  <w:shd w:val="clear" w:color="auto" w:fill="FFFFFF" w:themeFill="background1"/>
                  <w:vAlign w:val="center"/>
                </w:tcPr>
                <w:p w14:paraId="22A8EA32" w14:textId="77777777" w:rsidR="0005137C" w:rsidRPr="00642814" w:rsidRDefault="0005137C" w:rsidP="0005137C">
                  <w:pPr>
                    <w:pStyle w:val="MK4Hint"/>
                    <w:spacing w:beforeLines="40" w:before="96" w:afterLines="40" w:after="96"/>
                    <w:jc w:val="center"/>
                    <w:rPr>
                      <w:rFonts w:ascii="Aptos" w:hAnsi="Aptos"/>
                      <w:color w:val="262626" w:themeColor="text1" w:themeTint="D9"/>
                      <w:lang w:val="de-DE"/>
                    </w:rPr>
                  </w:pPr>
                  <w:r w:rsidRPr="00642814">
                    <w:rPr>
                      <w:rFonts w:ascii="Aptos" w:hAnsi="Aptos" w:cs="Segoe UI Symbol"/>
                      <w:i w:val="0"/>
                      <w:color w:val="262626" w:themeColor="text1" w:themeTint="D9"/>
                      <w:szCs w:val="20"/>
                      <w:lang w:val="de-DE"/>
                    </w:rPr>
                    <w:t>☐</w:t>
                  </w:r>
                  <w:r w:rsidRPr="00642814">
                    <w:rPr>
                      <w:rFonts w:ascii="Aptos" w:hAnsi="Aptos"/>
                      <w:i w:val="0"/>
                      <w:color w:val="262626" w:themeColor="text1" w:themeTint="D9"/>
                      <w:szCs w:val="20"/>
                      <w:lang w:val="de-DE"/>
                    </w:rPr>
                    <w:t xml:space="preserve">E      </w:t>
                  </w:r>
                  <w:r w:rsidRPr="00642814">
                    <w:rPr>
                      <w:rFonts w:ascii="Aptos" w:hAnsi="Aptos" w:cs="Segoe UI Symbol"/>
                      <w:i w:val="0"/>
                      <w:color w:val="262626" w:themeColor="text1" w:themeTint="D9"/>
                      <w:szCs w:val="20"/>
                      <w:lang w:val="de-DE"/>
                    </w:rPr>
                    <w:t>☐</w:t>
                  </w:r>
                  <w:r w:rsidRPr="00642814">
                    <w:rPr>
                      <w:rFonts w:ascii="Aptos" w:hAnsi="Aptos"/>
                      <w:i w:val="0"/>
                      <w:color w:val="262626" w:themeColor="text1" w:themeTint="D9"/>
                      <w:szCs w:val="20"/>
                      <w:lang w:val="de-DE"/>
                    </w:rPr>
                    <w:t>S</w:t>
                  </w:r>
                </w:p>
              </w:tc>
              <w:tc>
                <w:tcPr>
                  <w:tcW w:w="3668" w:type="dxa"/>
                  <w:shd w:val="clear" w:color="auto" w:fill="FFFFFF" w:themeFill="background1"/>
                </w:tcPr>
                <w:p w14:paraId="452D5163" w14:textId="3B8B7FE7" w:rsidR="0005137C" w:rsidRPr="0005137C" w:rsidRDefault="0005137C" w:rsidP="0005137C">
                  <w:pPr>
                    <w:pStyle w:val="MK4Hint"/>
                    <w:spacing w:beforeLines="40" w:before="96" w:afterLines="40" w:after="96"/>
                    <w:rPr>
                      <w:rFonts w:ascii="Aptos" w:hAnsi="Aptos"/>
                      <w:color w:val="FFFFFF" w:themeColor="background1"/>
                      <w:sz w:val="22"/>
                      <w:lang w:val="de-DE"/>
                    </w:rPr>
                  </w:pPr>
                  <w:r w:rsidRPr="0005137C">
                    <w:rPr>
                      <w:rFonts w:ascii="Comic Sans MS" w:hAnsi="Comic Sans MS"/>
                      <w:i w:val="0"/>
                      <w:iCs/>
                      <w:color w:val="FFFFFF" w:themeColor="background1"/>
                      <w:sz w:val="22"/>
                      <w:lang w:val="de-DE"/>
                    </w:rPr>
                    <w:t>Genaue Beschreibung, Eindrücke, Stimmung</w:t>
                  </w:r>
                </w:p>
              </w:tc>
            </w:tr>
            <w:tr w:rsidR="0005137C" w:rsidRPr="00642814" w14:paraId="7ABBC978" w14:textId="77777777" w:rsidTr="0005137C">
              <w:trPr>
                <w:trHeight w:val="737"/>
              </w:trPr>
              <w:tc>
                <w:tcPr>
                  <w:tcW w:w="4545" w:type="dxa"/>
                  <w:shd w:val="clear" w:color="auto" w:fill="FFFFFF" w:themeFill="background1"/>
                  <w:vAlign w:val="center"/>
                </w:tcPr>
                <w:p w14:paraId="4400633C" w14:textId="77777777" w:rsidR="0005137C" w:rsidRPr="00642814" w:rsidRDefault="0005137C" w:rsidP="0005137C">
                  <w:pPr>
                    <w:pStyle w:val="MK4Hint"/>
                    <w:spacing w:beforeLines="40" w:before="96" w:afterLines="40" w:after="96"/>
                    <w:rPr>
                      <w:rFonts w:ascii="Aptos" w:hAnsi="Aptos"/>
                      <w:color w:val="262626" w:themeColor="text1" w:themeTint="D9"/>
                      <w:sz w:val="19"/>
                      <w:szCs w:val="19"/>
                      <w:lang w:val="de-DE"/>
                    </w:rPr>
                  </w:pPr>
                  <w:r w:rsidRPr="00642814">
                    <w:rPr>
                      <w:rFonts w:ascii="Aptos" w:hAnsi="Aptos" w:cs="Calibri"/>
                      <w:i w:val="0"/>
                      <w:iCs/>
                      <w:color w:val="262626" w:themeColor="text1" w:themeTint="D9"/>
                      <w:sz w:val="19"/>
                      <w:szCs w:val="19"/>
                      <w:lang w:val="de-DE"/>
                    </w:rPr>
                    <w:t>Ich rannte so schnell ich konnte, mein Herz klopfte wild. Keuchend und völlig erschöpft erreichte ich endlich den Eingang des Schulgebäudes</w:t>
                  </w:r>
                  <w:r>
                    <w:rPr>
                      <w:rFonts w:ascii="Aptos" w:hAnsi="Aptos" w:cs="Calibri"/>
                      <w:i w:val="0"/>
                      <w:iCs/>
                      <w:color w:val="262626" w:themeColor="text1" w:themeTint="D9"/>
                      <w:sz w:val="19"/>
                      <w:szCs w:val="19"/>
                      <w:lang w:val="de-DE"/>
                    </w:rPr>
                    <w:t>.</w:t>
                  </w:r>
                  <w:r w:rsidRPr="00642814">
                    <w:rPr>
                      <w:rFonts w:ascii="Aptos" w:hAnsi="Aptos" w:cs="Calibri"/>
                      <w:i w:val="0"/>
                      <w:iCs/>
                      <w:color w:val="262626" w:themeColor="text1" w:themeTint="D9"/>
                      <w:sz w:val="19"/>
                      <w:szCs w:val="19"/>
                      <w:lang w:val="de-DE"/>
                    </w:rPr>
                    <w:t xml:space="preserve"> </w:t>
                  </w:r>
                  <w:r>
                    <w:rPr>
                      <w:rFonts w:ascii="Aptos" w:hAnsi="Aptos" w:cs="Calibri"/>
                      <w:i w:val="0"/>
                      <w:iCs/>
                      <w:color w:val="262626" w:themeColor="text1" w:themeTint="D9"/>
                      <w:sz w:val="19"/>
                      <w:szCs w:val="19"/>
                      <w:lang w:val="de-DE"/>
                    </w:rPr>
                    <w:t>E</w:t>
                  </w:r>
                  <w:r w:rsidRPr="00642814">
                    <w:rPr>
                      <w:rFonts w:ascii="Aptos" w:hAnsi="Aptos" w:cs="Calibri"/>
                      <w:i w:val="0"/>
                      <w:iCs/>
                      <w:color w:val="262626" w:themeColor="text1" w:themeTint="D9"/>
                      <w:sz w:val="19"/>
                      <w:szCs w:val="19"/>
                      <w:lang w:val="de-DE"/>
                    </w:rPr>
                    <w:t xml:space="preserve">ilig lief </w:t>
                  </w:r>
                  <w:r>
                    <w:rPr>
                      <w:rFonts w:ascii="Aptos" w:hAnsi="Aptos" w:cs="Calibri"/>
                      <w:i w:val="0"/>
                      <w:iCs/>
                      <w:color w:val="262626" w:themeColor="text1" w:themeTint="D9"/>
                      <w:sz w:val="19"/>
                      <w:szCs w:val="19"/>
                      <w:lang w:val="de-DE"/>
                    </w:rPr>
                    <w:t xml:space="preserve">ich </w:t>
                  </w:r>
                  <w:r w:rsidRPr="00642814">
                    <w:rPr>
                      <w:rFonts w:ascii="Aptos" w:hAnsi="Aptos" w:cs="Calibri"/>
                      <w:i w:val="0"/>
                      <w:iCs/>
                      <w:color w:val="262626" w:themeColor="text1" w:themeTint="D9"/>
                      <w:sz w:val="19"/>
                      <w:szCs w:val="19"/>
                      <w:lang w:val="de-DE"/>
                    </w:rPr>
                    <w:t>die Treppe hinauf und stürmte ins Klassenzimmer.</w:t>
                  </w:r>
                </w:p>
              </w:tc>
              <w:tc>
                <w:tcPr>
                  <w:tcW w:w="1260" w:type="dxa"/>
                  <w:shd w:val="clear" w:color="auto" w:fill="FFFFFF" w:themeFill="background1"/>
                  <w:vAlign w:val="center"/>
                </w:tcPr>
                <w:p w14:paraId="5DEBBE73" w14:textId="77777777" w:rsidR="0005137C" w:rsidRPr="00642814" w:rsidRDefault="0005137C" w:rsidP="0005137C">
                  <w:pPr>
                    <w:pStyle w:val="MK4Hint"/>
                    <w:spacing w:beforeLines="40" w:before="96" w:afterLines="40" w:after="96"/>
                    <w:jc w:val="center"/>
                    <w:rPr>
                      <w:rFonts w:ascii="Aptos" w:hAnsi="Aptos"/>
                      <w:color w:val="262626" w:themeColor="text1" w:themeTint="D9"/>
                      <w:lang w:val="de-DE"/>
                    </w:rPr>
                  </w:pPr>
                  <w:r w:rsidRPr="00642814">
                    <w:rPr>
                      <w:rFonts w:ascii="Aptos" w:hAnsi="Aptos" w:cs="Segoe UI Symbol"/>
                      <w:i w:val="0"/>
                      <w:color w:val="262626" w:themeColor="text1" w:themeTint="D9"/>
                      <w:szCs w:val="20"/>
                      <w:lang w:val="de-DE"/>
                    </w:rPr>
                    <w:t>☐</w:t>
                  </w:r>
                  <w:r w:rsidRPr="00642814">
                    <w:rPr>
                      <w:rFonts w:ascii="Aptos" w:hAnsi="Aptos"/>
                      <w:i w:val="0"/>
                      <w:color w:val="262626" w:themeColor="text1" w:themeTint="D9"/>
                      <w:szCs w:val="20"/>
                      <w:lang w:val="de-DE"/>
                    </w:rPr>
                    <w:t xml:space="preserve">E      </w:t>
                  </w:r>
                  <w:r w:rsidRPr="00642814">
                    <w:rPr>
                      <w:rFonts w:ascii="Aptos" w:hAnsi="Aptos" w:cs="Segoe UI Symbol"/>
                      <w:i w:val="0"/>
                      <w:color w:val="262626" w:themeColor="text1" w:themeTint="D9"/>
                      <w:szCs w:val="20"/>
                      <w:lang w:val="de-DE"/>
                    </w:rPr>
                    <w:t>☐</w:t>
                  </w:r>
                  <w:r w:rsidRPr="00642814">
                    <w:rPr>
                      <w:rFonts w:ascii="Aptos" w:hAnsi="Aptos"/>
                      <w:i w:val="0"/>
                      <w:color w:val="262626" w:themeColor="text1" w:themeTint="D9"/>
                      <w:szCs w:val="20"/>
                      <w:lang w:val="de-DE"/>
                    </w:rPr>
                    <w:t>S</w:t>
                  </w:r>
                </w:p>
              </w:tc>
              <w:tc>
                <w:tcPr>
                  <w:tcW w:w="3668" w:type="dxa"/>
                  <w:shd w:val="clear" w:color="auto" w:fill="FFFFFF" w:themeFill="background1"/>
                </w:tcPr>
                <w:p w14:paraId="37F630D2" w14:textId="71B69CC7" w:rsidR="0005137C" w:rsidRPr="0005137C" w:rsidRDefault="0005137C" w:rsidP="0005137C">
                  <w:pPr>
                    <w:pStyle w:val="MK4Hint"/>
                    <w:spacing w:beforeLines="40" w:before="96" w:afterLines="40" w:after="96"/>
                    <w:rPr>
                      <w:rFonts w:ascii="Aptos" w:hAnsi="Aptos"/>
                      <w:color w:val="FFFFFF" w:themeColor="background1"/>
                      <w:sz w:val="22"/>
                      <w:lang w:val="de-DE"/>
                    </w:rPr>
                  </w:pPr>
                  <w:r w:rsidRPr="0005137C">
                    <w:rPr>
                      <w:rFonts w:ascii="Comic Sans MS" w:hAnsi="Comic Sans MS"/>
                      <w:i w:val="0"/>
                      <w:iCs/>
                      <w:color w:val="FFFFFF" w:themeColor="background1"/>
                      <w:sz w:val="22"/>
                      <w:lang w:val="de-DE"/>
                    </w:rPr>
                    <w:t>Mehrere Handlungsschritte zeitlicher Ablauf, Veränderung</w:t>
                  </w:r>
                </w:p>
              </w:tc>
            </w:tr>
          </w:tbl>
          <w:p w14:paraId="112CF0FD" w14:textId="77777777" w:rsidR="00E213DE" w:rsidRPr="00642814" w:rsidRDefault="00E213DE" w:rsidP="00D17BD0">
            <w:pPr>
              <w:pStyle w:val="MK4Hint"/>
              <w:rPr>
                <w:rFonts w:ascii="Aptos" w:hAnsi="Aptos"/>
                <w:lang w:val="de-DE"/>
              </w:rPr>
            </w:pPr>
          </w:p>
        </w:tc>
      </w:tr>
      <w:tr w:rsidR="00E213DE" w:rsidRPr="008436D8" w14:paraId="6A528662" w14:textId="77777777" w:rsidTr="00F25813">
        <w:trPr>
          <w:trHeight w:val="113"/>
        </w:trPr>
        <w:tc>
          <w:tcPr>
            <w:tcW w:w="236" w:type="dxa"/>
            <w:tcBorders>
              <w:top w:val="nil"/>
              <w:left w:val="single" w:sz="12" w:space="0" w:color="860000"/>
              <w:bottom w:val="single" w:sz="4" w:space="0" w:color="BFBFBF" w:themeColor="background1" w:themeShade="BF"/>
              <w:right w:val="nil"/>
            </w:tcBorders>
            <w:shd w:val="clear" w:color="auto" w:fill="FFFFF5"/>
            <w:tcMar>
              <w:left w:w="0" w:type="dxa"/>
              <w:right w:w="0" w:type="dxa"/>
            </w:tcMar>
          </w:tcPr>
          <w:p w14:paraId="3BEB821E" w14:textId="77777777" w:rsidR="00E213DE" w:rsidRPr="005D500C" w:rsidRDefault="00E213DE" w:rsidP="00D17BD0">
            <w:pPr>
              <w:pStyle w:val="MK4Hint"/>
              <w:spacing w:after="0"/>
              <w:rPr>
                <w:i w:val="0"/>
                <w:color w:val="auto"/>
                <w:szCs w:val="20"/>
                <w:lang w:val="de-DE"/>
              </w:rPr>
            </w:pPr>
          </w:p>
        </w:tc>
        <w:tc>
          <w:tcPr>
            <w:tcW w:w="9814" w:type="dxa"/>
            <w:tcBorders>
              <w:top w:val="nil"/>
              <w:left w:val="nil"/>
              <w:bottom w:val="single" w:sz="4" w:space="0" w:color="BFBFBF" w:themeColor="background1" w:themeShade="BF"/>
              <w:right w:val="single" w:sz="4" w:space="0" w:color="BFBFBF" w:themeColor="background1" w:themeShade="BF"/>
            </w:tcBorders>
            <w:shd w:val="clear" w:color="auto" w:fill="FFFFF5"/>
          </w:tcPr>
          <w:p w14:paraId="54EB84CD" w14:textId="77777777" w:rsidR="00E213DE" w:rsidRPr="00DA0F10" w:rsidRDefault="00E213DE" w:rsidP="00D17BD0">
            <w:pPr>
              <w:pStyle w:val="MK4Hint"/>
              <w:spacing w:before="40" w:after="80"/>
              <w:jc w:val="center"/>
              <w:rPr>
                <w:rFonts w:cs="Calibri"/>
                <w:i w:val="0"/>
                <w:iCs/>
                <w:sz w:val="16"/>
                <w:szCs w:val="16"/>
                <w:lang w:val="de-DE"/>
              </w:rPr>
            </w:pPr>
            <w:r w:rsidRPr="00DA0F10">
              <w:rPr>
                <w:rFonts w:ascii="Segoe UI Emoji" w:hAnsi="Segoe UI Emoji" w:cs="Segoe UI Emoji"/>
                <w:i w:val="0"/>
                <w:iCs/>
                <w:color w:val="E2AC00"/>
                <w:sz w:val="16"/>
                <w:szCs w:val="16"/>
                <w:lang w:val="de-DE"/>
              </w:rPr>
              <w:t>🟢</w:t>
            </w:r>
            <w:r w:rsidRPr="00DA0F10">
              <w:rPr>
                <w:rFonts w:cs="Calibri"/>
                <w:i w:val="0"/>
                <w:iCs/>
                <w:sz w:val="16"/>
                <w:szCs w:val="16"/>
                <w:lang w:val="de-DE"/>
              </w:rPr>
              <w:t xml:space="preserve"> </w:t>
            </w:r>
            <w:r w:rsidRPr="00E62786">
              <w:rPr>
                <w:rFonts w:ascii="Aptos" w:hAnsi="Aptos" w:cs="Calibri"/>
                <w:i w:val="0"/>
                <w:iCs/>
                <w:sz w:val="15"/>
                <w:szCs w:val="15"/>
                <w:lang w:val="de-DE"/>
              </w:rPr>
              <w:t>Tipp: Erzählung = Handlung, Ereignisse, Spannung, Veränderung | Schilderung = eine Situation, genaue Beschreibung, Stimmung, Eindrücke</w:t>
            </w:r>
          </w:p>
        </w:tc>
      </w:tr>
    </w:tbl>
    <w:p w14:paraId="7AFA5C9A" w14:textId="77777777" w:rsidR="00E213DE" w:rsidRDefault="00E213DE" w:rsidP="00E213DE">
      <w:r>
        <w:br w:type="page"/>
      </w:r>
    </w:p>
    <w:p w14:paraId="71BF7B93" w14:textId="388B954F" w:rsidR="00E213DE" w:rsidRDefault="00BA3355" w:rsidP="00E213DE">
      <w:pPr>
        <w:spacing w:after="0"/>
      </w:pPr>
      <w:r w:rsidRPr="00ED4AF8">
        <w:rPr>
          <w:rFonts w:ascii="Abadi" w:hAnsi="Abadi"/>
          <w:noProof/>
          <w:sz w:val="26"/>
          <w:szCs w:val="26"/>
        </w:rPr>
        <w:lastRenderedPageBreak/>
        <w:drawing>
          <wp:anchor distT="0" distB="0" distL="114300" distR="114300" simplePos="0" relativeHeight="251704320" behindDoc="0" locked="0" layoutInCell="1" allowOverlap="1" wp14:anchorId="5DEBD1D6" wp14:editId="7F3F55EF">
            <wp:simplePos x="0" y="0"/>
            <wp:positionH relativeFrom="column">
              <wp:posOffset>5991064</wp:posOffset>
            </wp:positionH>
            <wp:positionV relativeFrom="paragraph">
              <wp:posOffset>92075</wp:posOffset>
            </wp:positionV>
            <wp:extent cx="378093" cy="395008"/>
            <wp:effectExtent l="0" t="0" r="3175" b="5080"/>
            <wp:wrapNone/>
            <wp:docPr id="38" name="Grafik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flipH="1">
                      <a:off x="0" y="0"/>
                      <a:ext cx="378093" cy="395008"/>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59F4AB84" w14:textId="508803E7" w:rsidR="00E213DE" w:rsidRPr="006B0D67" w:rsidRDefault="00E213DE" w:rsidP="006B0D67">
      <w:pPr>
        <w:pStyle w:val="MK4Title"/>
        <w:spacing w:after="200"/>
        <w:rPr>
          <w:rFonts w:ascii="Abadi" w:hAnsi="Abadi"/>
          <w:sz w:val="26"/>
          <w:szCs w:val="26"/>
          <w:lang w:val="de-DE"/>
        </w:rPr>
      </w:pPr>
      <w:r w:rsidRPr="006B0D67">
        <w:rPr>
          <w:rFonts w:ascii="Abadi" w:hAnsi="Abadi"/>
          <w:noProof/>
          <w:sz w:val="26"/>
          <w:szCs w:val="26"/>
          <w:lang w:val="de-DE"/>
        </w:rPr>
        <mc:AlternateContent>
          <mc:Choice Requires="wps">
            <w:drawing>
              <wp:anchor distT="45720" distB="45720" distL="114300" distR="114300" simplePos="0" relativeHeight="251687936" behindDoc="0" locked="0" layoutInCell="1" allowOverlap="1" wp14:anchorId="3040ED9F" wp14:editId="6010469B">
                <wp:simplePos x="0" y="0"/>
                <wp:positionH relativeFrom="margin">
                  <wp:posOffset>4609585</wp:posOffset>
                </wp:positionH>
                <wp:positionV relativeFrom="paragraph">
                  <wp:posOffset>87211</wp:posOffset>
                </wp:positionV>
                <wp:extent cx="1713925" cy="1242203"/>
                <wp:effectExtent l="38100" t="38100" r="114935" b="110490"/>
                <wp:wrapNone/>
                <wp:docPr id="21"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13925" cy="1242203"/>
                        </a:xfrm>
                        <a:prstGeom prst="rect">
                          <a:avLst/>
                        </a:prstGeom>
                        <a:solidFill>
                          <a:srgbClr val="FEF0F0"/>
                        </a:solidFill>
                        <a:ln w="9525">
                          <a:solidFill>
                            <a:srgbClr val="000000"/>
                          </a:solidFill>
                          <a:miter lim="800000"/>
                          <a:headEnd/>
                          <a:tailEnd/>
                        </a:ln>
                        <a:effectLst>
                          <a:outerShdw blurRad="50800" dist="38100" dir="2700000" algn="tl" rotWithShape="0">
                            <a:prstClr val="black">
                              <a:alpha val="40000"/>
                            </a:prstClr>
                          </a:outerShdw>
                        </a:effectLst>
                      </wps:spPr>
                      <wps:txbx>
                        <w:txbxContent>
                          <w:p w14:paraId="76F7065F" w14:textId="77777777" w:rsidR="00E213DE" w:rsidRDefault="00E213DE" w:rsidP="00E213DE">
                            <w:pPr>
                              <w:spacing w:before="120" w:after="120"/>
                              <w:rPr>
                                <w:rFonts w:ascii="Calibri" w:hAnsi="Calibri" w:cs="Calibri"/>
                                <w:sz w:val="18"/>
                                <w:szCs w:val="18"/>
                              </w:rPr>
                            </w:pPr>
                            <w:r w:rsidRPr="00D336C4">
                              <w:rPr>
                                <w:rFonts w:ascii="Calibri" w:hAnsi="Calibri" w:cs="Calibri"/>
                                <w:b/>
                                <w:bCs/>
                                <w:sz w:val="18"/>
                                <w:szCs w:val="18"/>
                              </w:rPr>
                              <w:t>da</w:t>
                            </w:r>
                            <w:r w:rsidRPr="00D336C4">
                              <w:rPr>
                                <w:rFonts w:ascii="Calibri" w:hAnsi="Calibri" w:cs="Calibri"/>
                                <w:b/>
                                <w:bCs/>
                                <w:sz w:val="18"/>
                                <w:szCs w:val="18"/>
                                <w:u w:val="single" w:color="000000" w:themeColor="text1"/>
                              </w:rPr>
                              <w:t>s</w:t>
                            </w:r>
                            <w:r w:rsidRPr="00D336C4">
                              <w:rPr>
                                <w:rFonts w:ascii="Calibri" w:hAnsi="Calibri" w:cs="Calibri"/>
                                <w:sz w:val="18"/>
                                <w:szCs w:val="18"/>
                              </w:rPr>
                              <w:t xml:space="preserve"> = </w:t>
                            </w:r>
                            <w:r w:rsidRPr="00E8334E">
                              <w:rPr>
                                <w:rFonts w:ascii="Calibri" w:hAnsi="Calibri" w:cs="Calibri"/>
                                <w:b/>
                                <w:bCs/>
                                <w:color w:val="1C1C1C"/>
                                <w:sz w:val="18"/>
                                <w:szCs w:val="18"/>
                              </w:rPr>
                              <w:t xml:space="preserve">Artikel </w:t>
                            </w:r>
                            <w:r w:rsidRPr="00D336C4">
                              <w:rPr>
                                <w:rFonts w:ascii="Calibri" w:hAnsi="Calibri" w:cs="Calibri"/>
                                <w:sz w:val="18"/>
                                <w:szCs w:val="18"/>
                              </w:rPr>
                              <w:t xml:space="preserve">(vor einem Nomen) </w:t>
                            </w:r>
                            <w:r w:rsidRPr="00E8334E">
                              <w:rPr>
                                <w:rFonts w:ascii="Calibri" w:hAnsi="Calibri" w:cs="Calibri"/>
                                <w:b/>
                                <w:bCs/>
                                <w:sz w:val="18"/>
                                <w:szCs w:val="18"/>
                              </w:rPr>
                              <w:t>oder Pronomen</w:t>
                            </w:r>
                            <w:r w:rsidRPr="00D336C4">
                              <w:rPr>
                                <w:rFonts w:ascii="Calibri" w:hAnsi="Calibri" w:cs="Calibri"/>
                                <w:sz w:val="18"/>
                                <w:szCs w:val="18"/>
                              </w:rPr>
                              <w:t xml:space="preserve"> (kann man durch „welches“, „jenes“ oder „dieses“ ersetzen)  </w:t>
                            </w:r>
                          </w:p>
                          <w:p w14:paraId="7DBC6EC2" w14:textId="77777777" w:rsidR="00E213DE" w:rsidRPr="00D336C4" w:rsidRDefault="00E213DE" w:rsidP="00E213DE">
                            <w:pPr>
                              <w:spacing w:before="120" w:after="120"/>
                              <w:rPr>
                                <w:rFonts w:ascii="Calibri" w:hAnsi="Calibri" w:cs="Calibri"/>
                                <w:sz w:val="18"/>
                                <w:szCs w:val="18"/>
                              </w:rPr>
                            </w:pPr>
                            <w:r w:rsidRPr="00D336C4">
                              <w:rPr>
                                <w:rFonts w:ascii="Calibri" w:hAnsi="Calibri" w:cs="Calibri"/>
                                <w:b/>
                                <w:bCs/>
                                <w:sz w:val="18"/>
                                <w:szCs w:val="18"/>
                              </w:rPr>
                              <w:t>da</w:t>
                            </w:r>
                            <w:r w:rsidRPr="00D336C4">
                              <w:rPr>
                                <w:rFonts w:ascii="Calibri" w:hAnsi="Calibri" w:cs="Calibri"/>
                                <w:b/>
                                <w:bCs/>
                                <w:sz w:val="18"/>
                                <w:szCs w:val="18"/>
                                <w:u w:val="single" w:color="000000" w:themeColor="text1"/>
                              </w:rPr>
                              <w:t>ss</w:t>
                            </w:r>
                            <w:r w:rsidRPr="00D336C4">
                              <w:rPr>
                                <w:rFonts w:ascii="Calibri" w:hAnsi="Calibri" w:cs="Calibri"/>
                                <w:sz w:val="18"/>
                                <w:szCs w:val="18"/>
                              </w:rPr>
                              <w:t xml:space="preserve"> = </w:t>
                            </w:r>
                            <w:r w:rsidRPr="00E8334E">
                              <w:rPr>
                                <w:rFonts w:ascii="Calibri" w:hAnsi="Calibri" w:cs="Calibri"/>
                                <w:b/>
                                <w:bCs/>
                                <w:sz w:val="18"/>
                                <w:szCs w:val="18"/>
                              </w:rPr>
                              <w:t>Konjunktion</w:t>
                            </w:r>
                            <w:r w:rsidRPr="00D336C4">
                              <w:rPr>
                                <w:rFonts w:ascii="Calibri" w:hAnsi="Calibri" w:cs="Calibri"/>
                                <w:sz w:val="18"/>
                                <w:szCs w:val="18"/>
                              </w:rPr>
                              <w:t xml:space="preserve"> (leitet einen Nebensatz ein)</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040ED9F" id="_x0000_s1039" type="#_x0000_t202" style="position:absolute;margin-left:362.95pt;margin-top:6.85pt;width:134.95pt;height:97.8pt;z-index:251687936;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" fillcolor="#fef0f0">
                <v:shadow on="t" color="black" opacity="26214f" origin="-.5,-.5" offset=".74836mm,.74836mm"/>
                <v:textbox>
                  <w:txbxContent>
                    <w:p w14:paraId="76F7065F" w14:textId="77777777" w:rsidR="00E213DE" w:rsidRDefault="00E213DE" w:rsidP="00E213DE">
                      <w:pPr>
                        <w:spacing w:before="120" w:after="120"/>
                        <w:rPr>
                          <w:rFonts w:ascii="Calibri" w:hAnsi="Calibri" w:cs="Calibri"/>
                          <w:sz w:val="18"/>
                          <w:szCs w:val="18"/>
                        </w:rPr>
                      </w:pPr>
                      <w:proofErr w:type="gramStart"/>
                      <w:r w:rsidRPr="00D336C4">
                        <w:rPr>
                          <w:rFonts w:ascii="Calibri" w:hAnsi="Calibri" w:cs="Calibri"/>
                          <w:b/>
                          <w:bCs/>
                          <w:sz w:val="18"/>
                          <w:szCs w:val="18"/>
                        </w:rPr>
                        <w:t>da</w:t>
                      </w:r>
                      <w:r w:rsidRPr="00D336C4">
                        <w:rPr>
                          <w:rFonts w:ascii="Calibri" w:hAnsi="Calibri" w:cs="Calibri"/>
                          <w:b/>
                          <w:bCs/>
                          <w:sz w:val="18"/>
                          <w:szCs w:val="18"/>
                          <w:u w:val="single" w:color="000000" w:themeColor="text1"/>
                        </w:rPr>
                        <w:t>s</w:t>
                      </w:r>
                      <w:proofErr w:type="gramEnd"/>
                      <w:r w:rsidRPr="00D336C4">
                        <w:rPr>
                          <w:rFonts w:ascii="Calibri" w:hAnsi="Calibri" w:cs="Calibri"/>
                          <w:sz w:val="18"/>
                          <w:szCs w:val="18"/>
                        </w:rPr>
                        <w:t xml:space="preserve"> = </w:t>
                      </w:r>
                      <w:r w:rsidRPr="00E8334E">
                        <w:rPr>
                          <w:rFonts w:ascii="Calibri" w:hAnsi="Calibri" w:cs="Calibri"/>
                          <w:b/>
                          <w:bCs/>
                          <w:color w:val="1C1C1C"/>
                          <w:sz w:val="18"/>
                          <w:szCs w:val="18"/>
                        </w:rPr>
                        <w:t xml:space="preserve">Artikel </w:t>
                      </w:r>
                      <w:r w:rsidRPr="00D336C4">
                        <w:rPr>
                          <w:rFonts w:ascii="Calibri" w:hAnsi="Calibri" w:cs="Calibri"/>
                          <w:sz w:val="18"/>
                          <w:szCs w:val="18"/>
                        </w:rPr>
                        <w:t xml:space="preserve">(vor einem Nomen) </w:t>
                      </w:r>
                      <w:r w:rsidRPr="00E8334E">
                        <w:rPr>
                          <w:rFonts w:ascii="Calibri" w:hAnsi="Calibri" w:cs="Calibri"/>
                          <w:b/>
                          <w:bCs/>
                          <w:sz w:val="18"/>
                          <w:szCs w:val="18"/>
                        </w:rPr>
                        <w:t>oder Pronomen</w:t>
                      </w:r>
                      <w:r w:rsidRPr="00D336C4">
                        <w:rPr>
                          <w:rFonts w:ascii="Calibri" w:hAnsi="Calibri" w:cs="Calibri"/>
                          <w:sz w:val="18"/>
                          <w:szCs w:val="18"/>
                        </w:rPr>
                        <w:t xml:space="preserve"> (kann man durch „welches“, „jenes“ oder „dieses“ ersetzen)  </w:t>
                      </w:r>
                    </w:p>
                    <w:p w14:paraId="7DBC6EC2" w14:textId="77777777" w:rsidR="00E213DE" w:rsidRPr="00D336C4" w:rsidRDefault="00E213DE" w:rsidP="00E213DE">
                      <w:pPr>
                        <w:spacing w:before="120" w:after="120"/>
                        <w:rPr>
                          <w:rFonts w:ascii="Calibri" w:hAnsi="Calibri" w:cs="Calibri"/>
                          <w:sz w:val="18"/>
                          <w:szCs w:val="18"/>
                        </w:rPr>
                      </w:pPr>
                      <w:r w:rsidRPr="00D336C4">
                        <w:rPr>
                          <w:rFonts w:ascii="Calibri" w:hAnsi="Calibri" w:cs="Calibri"/>
                          <w:b/>
                          <w:bCs/>
                          <w:sz w:val="18"/>
                          <w:szCs w:val="18"/>
                        </w:rPr>
                        <w:t>da</w:t>
                      </w:r>
                      <w:r w:rsidRPr="00D336C4">
                        <w:rPr>
                          <w:rFonts w:ascii="Calibri" w:hAnsi="Calibri" w:cs="Calibri"/>
                          <w:b/>
                          <w:bCs/>
                          <w:sz w:val="18"/>
                          <w:szCs w:val="18"/>
                          <w:u w:val="single" w:color="000000" w:themeColor="text1"/>
                        </w:rPr>
                        <w:t>ss</w:t>
                      </w:r>
                      <w:r w:rsidRPr="00D336C4">
                        <w:rPr>
                          <w:rFonts w:ascii="Calibri" w:hAnsi="Calibri" w:cs="Calibri"/>
                          <w:sz w:val="18"/>
                          <w:szCs w:val="18"/>
                        </w:rPr>
                        <w:t xml:space="preserve"> = </w:t>
                      </w:r>
                      <w:r w:rsidRPr="00E8334E">
                        <w:rPr>
                          <w:rFonts w:ascii="Calibri" w:hAnsi="Calibri" w:cs="Calibri"/>
                          <w:b/>
                          <w:bCs/>
                          <w:sz w:val="18"/>
                          <w:szCs w:val="18"/>
                        </w:rPr>
                        <w:t>Konjunktion</w:t>
                      </w:r>
                      <w:r w:rsidRPr="00D336C4">
                        <w:rPr>
                          <w:rFonts w:ascii="Calibri" w:hAnsi="Calibri" w:cs="Calibri"/>
                          <w:sz w:val="18"/>
                          <w:szCs w:val="18"/>
                        </w:rPr>
                        <w:t xml:space="preserve"> (leitet einen Nebensatz ein)</w:t>
                      </w:r>
                    </w:p>
                  </w:txbxContent>
                </v:textbox>
                <w10:wrap anchorx="margin"/>
              </v:shape>
            </w:pict>
          </mc:Fallback>
        </mc:AlternateContent>
      </w:r>
      <w:r w:rsidRPr="006B0D67">
        <w:rPr>
          <w:rFonts w:ascii="Abadi" w:hAnsi="Abadi"/>
          <w:sz w:val="26"/>
          <w:szCs w:val="26"/>
          <w:lang w:val="de-DE"/>
        </w:rPr>
        <w:t>Teil B: Grammatik und Zeichensetzung</w:t>
      </w:r>
    </w:p>
    <w:tbl>
      <w:tblPr>
        <w:tblpPr w:leftFromText="141" w:rightFromText="141" w:vertAnchor="text" w:horzAnchor="margin" w:tblpY="64"/>
        <w:tblW w:w="0" w:type="auto"/>
        <w:tblBorders>
          <w:top w:val="single" w:sz="4" w:space="0" w:color="E0E0E0"/>
          <w:left w:val="single" w:sz="4" w:space="0" w:color="E0E0E0"/>
          <w:bottom w:val="single" w:sz="4" w:space="0" w:color="E0E0E0"/>
          <w:right w:val="single" w:sz="4" w:space="0" w:color="E0E0E0"/>
          <w:insideH w:val="nil"/>
          <w:insideV w:val="nil"/>
        </w:tblBorders>
        <w:shd w:val="clear" w:color="auto" w:fill="FFFFF0"/>
        <w:tblLayout w:type="fixed"/>
        <w:tblCellMar>
          <w:left w:w="340" w:type="dxa"/>
          <w:right w:w="227" w:type="dxa"/>
        </w:tblCellMar>
        <w:tblLook w:val="04A0" w:firstRow="1" w:lastRow="0" w:firstColumn="1" w:lastColumn="0" w:noHBand="0" w:noVBand="1"/>
      </w:tblPr>
      <w:tblGrid>
        <w:gridCol w:w="10055"/>
      </w:tblGrid>
      <w:tr w:rsidR="00E213DE" w:rsidRPr="008436D8" w14:paraId="25BB03A1" w14:textId="77777777" w:rsidTr="00BA2233">
        <w:tc>
          <w:tcPr>
            <w:tcW w:w="10055" w:type="dxa"/>
            <w:tcBorders>
              <w:top w:val="single" w:sz="4" w:space="0" w:color="BFBFBF" w:themeColor="background1" w:themeShade="BF"/>
              <w:left w:val="single" w:sz="12" w:space="0" w:color="860000"/>
              <w:right w:val="single" w:sz="4" w:space="0" w:color="BFBFBF" w:themeColor="background1" w:themeShade="BF"/>
            </w:tcBorders>
            <w:shd w:val="clear" w:color="auto" w:fill="FFFFF0"/>
          </w:tcPr>
          <w:p w14:paraId="1A64BD33" w14:textId="2C1CFCE2" w:rsidR="00E213DE" w:rsidRPr="00DA45BA" w:rsidRDefault="00E213DE" w:rsidP="00D17BD0">
            <w:pPr>
              <w:pStyle w:val="MK4TaskH"/>
              <w:spacing w:before="80" w:after="160"/>
              <w:rPr>
                <w:b w:val="0"/>
                <w:bCs/>
                <w:szCs w:val="24"/>
                <w:lang w:val="de-DE"/>
              </w:rPr>
            </w:pPr>
            <w:r w:rsidRPr="00DA1D2E">
              <w:rPr>
                <w:lang w:val="de-DE"/>
              </w:rPr>
              <w:t>Aufgabe 3 – Setze richtig ein: „das“ oder „dass“?</w:t>
            </w:r>
            <w:r w:rsidRPr="00DA45BA">
              <w:rPr>
                <w:bCs/>
                <w:szCs w:val="24"/>
                <w:lang w:val="de-DE"/>
              </w:rPr>
              <w:t xml:space="preserve"> </w:t>
            </w:r>
          </w:p>
        </w:tc>
      </w:tr>
      <w:tr w:rsidR="00E213DE" w:rsidRPr="008436D8" w14:paraId="7147F67D" w14:textId="77777777" w:rsidTr="00BA2233">
        <w:tc>
          <w:tcPr>
            <w:tcW w:w="10055" w:type="dxa"/>
            <w:tcBorders>
              <w:left w:val="single" w:sz="12" w:space="0" w:color="860000"/>
              <w:bottom w:val="single" w:sz="4" w:space="0" w:color="BFBFBF" w:themeColor="background1" w:themeShade="BF"/>
              <w:right w:val="single" w:sz="4" w:space="0" w:color="BFBFBF" w:themeColor="background1" w:themeShade="BF"/>
            </w:tcBorders>
            <w:shd w:val="clear" w:color="auto" w:fill="FFFFF0"/>
          </w:tcPr>
          <w:p w14:paraId="1286F083" w14:textId="3A1FBF42" w:rsidR="00E213DE" w:rsidRPr="00C611AC" w:rsidRDefault="00E213DE" w:rsidP="00C04929">
            <w:pPr>
              <w:pStyle w:val="Listenabsatz"/>
              <w:numPr>
                <w:ilvl w:val="0"/>
                <w:numId w:val="15"/>
              </w:numPr>
              <w:spacing w:after="80"/>
              <w:ind w:left="584" w:hanging="357"/>
              <w:contextualSpacing w:val="0"/>
              <w:rPr>
                <w:rFonts w:ascii="Aptos" w:hAnsi="Aptos" w:cs="Calibri"/>
              </w:rPr>
            </w:pPr>
            <w:r w:rsidRPr="00C611AC">
              <w:rPr>
                <w:rFonts w:ascii="Aptos" w:hAnsi="Aptos" w:cs="Calibri"/>
              </w:rPr>
              <w:t>Ich hoffe,</w:t>
            </w:r>
            <w:r w:rsidRPr="00D336C4">
              <w:rPr>
                <w:rFonts w:ascii="Calibri" w:hAnsi="Calibri" w:cs="Calibri"/>
              </w:rPr>
              <w:t xml:space="preserve"> </w:t>
            </w:r>
            <w:r w:rsidRPr="009335A4">
              <w:rPr>
                <w:rFonts w:ascii="Comic Sans MS" w:hAnsi="Comic Sans MS"/>
                <w:color w:val="FFFFF0"/>
                <w:w w:val="120"/>
                <w:u w:val="single" w:color="000000" w:themeColor="text1"/>
              </w:rPr>
              <w:t>dass</w:t>
            </w:r>
            <w:r w:rsidRPr="007C4855">
              <w:t xml:space="preserve"> </w:t>
            </w:r>
            <w:r w:rsidRPr="00C611AC">
              <w:rPr>
                <w:rFonts w:ascii="Aptos" w:hAnsi="Aptos" w:cs="Calibri"/>
              </w:rPr>
              <w:t>es bald aufhört zu regnen.</w:t>
            </w:r>
          </w:p>
          <w:p w14:paraId="5DC58DD5" w14:textId="6539BF79" w:rsidR="00E213DE" w:rsidRDefault="00E213DE" w:rsidP="00C04929">
            <w:pPr>
              <w:pStyle w:val="Listenabsatz"/>
              <w:numPr>
                <w:ilvl w:val="0"/>
                <w:numId w:val="15"/>
              </w:numPr>
              <w:spacing w:after="80"/>
              <w:ind w:left="584" w:hanging="357"/>
              <w:contextualSpacing w:val="0"/>
            </w:pPr>
            <w:r w:rsidRPr="009335A4">
              <w:rPr>
                <w:rFonts w:ascii="Comic Sans MS" w:hAnsi="Comic Sans MS"/>
                <w:color w:val="FFFFF0"/>
                <w:w w:val="120"/>
                <w:u w:val="single" w:color="000000" w:themeColor="text1"/>
              </w:rPr>
              <w:t>Das</w:t>
            </w:r>
            <w:r w:rsidRPr="00D802A8">
              <w:rPr>
                <w:rFonts w:ascii="Comic Sans MS" w:hAnsi="Comic Sans MS"/>
                <w:color w:val="0070C0"/>
                <w:u w:val="single" w:color="000000" w:themeColor="text1"/>
              </w:rPr>
              <w:t xml:space="preserve"> </w:t>
            </w:r>
            <w:r w:rsidR="009335A4" w:rsidRPr="009335A4">
              <w:rPr>
                <w:rFonts w:ascii="Comic Sans MS" w:hAnsi="Comic Sans MS"/>
                <w:color w:val="0070C0"/>
              </w:rPr>
              <w:t xml:space="preserve"> </w:t>
            </w:r>
            <w:r w:rsidRPr="00C611AC">
              <w:rPr>
                <w:rFonts w:ascii="Aptos" w:hAnsi="Aptos" w:cs="Calibri"/>
              </w:rPr>
              <w:t>Haus</w:t>
            </w:r>
            <w:r w:rsidRPr="00D336C4">
              <w:rPr>
                <w:rFonts w:ascii="Calibri" w:hAnsi="Calibri" w:cs="Calibri"/>
              </w:rPr>
              <w:t>,</w:t>
            </w:r>
            <w:r w:rsidRPr="007C4855">
              <w:t xml:space="preserve"> </w:t>
            </w:r>
            <w:r w:rsidRPr="009335A4">
              <w:rPr>
                <w:rFonts w:ascii="Comic Sans MS" w:hAnsi="Comic Sans MS"/>
                <w:color w:val="FFFFF0"/>
                <w:w w:val="120"/>
                <w:u w:val="single" w:color="000000" w:themeColor="text1"/>
              </w:rPr>
              <w:t>das</w:t>
            </w:r>
            <w:r w:rsidR="009335A4">
              <w:rPr>
                <w:rFonts w:ascii="Comic Sans MS" w:hAnsi="Comic Sans MS"/>
                <w:color w:val="4F81BD" w:themeColor="accent1"/>
                <w:w w:val="120"/>
                <w:u w:val="single" w:color="000000" w:themeColor="text1"/>
              </w:rPr>
              <w:t xml:space="preserve"> </w:t>
            </w:r>
            <w:r w:rsidRPr="00D025BB">
              <w:rPr>
                <w:rFonts w:ascii="Calibri" w:hAnsi="Calibri" w:cs="Calibri"/>
              </w:rPr>
              <w:t xml:space="preserve"> </w:t>
            </w:r>
            <w:r w:rsidRPr="00C611AC">
              <w:rPr>
                <w:rFonts w:ascii="Aptos" w:hAnsi="Aptos" w:cs="Calibri"/>
              </w:rPr>
              <w:t>ganz am Ende der Straße emporragt, ist riesig</w:t>
            </w:r>
            <w:r w:rsidRPr="00C611AC">
              <w:rPr>
                <w:rFonts w:ascii="Aptos" w:hAnsi="Aptos" w:cstheme="majorHAnsi"/>
              </w:rPr>
              <w:t>.</w:t>
            </w:r>
          </w:p>
          <w:p w14:paraId="7EDEFFB7" w14:textId="73736C48" w:rsidR="00E213DE" w:rsidRDefault="00E213DE" w:rsidP="00C04929">
            <w:pPr>
              <w:pStyle w:val="Listenabsatz"/>
              <w:numPr>
                <w:ilvl w:val="0"/>
                <w:numId w:val="15"/>
              </w:numPr>
              <w:spacing w:after="80"/>
              <w:ind w:left="584" w:hanging="357"/>
              <w:contextualSpacing w:val="0"/>
              <w:rPr>
                <w:rFonts w:ascii="Calibri" w:hAnsi="Calibri" w:cs="Calibri"/>
              </w:rPr>
            </w:pPr>
            <w:r w:rsidRPr="00C611AC">
              <w:rPr>
                <w:rFonts w:ascii="Aptos" w:hAnsi="Aptos" w:cs="Calibri"/>
              </w:rPr>
              <w:t>Ich finde</w:t>
            </w:r>
            <w:r w:rsidRPr="007C4855">
              <w:t xml:space="preserve"> </w:t>
            </w:r>
            <w:r w:rsidRPr="009335A4">
              <w:rPr>
                <w:rFonts w:ascii="Comic Sans MS" w:hAnsi="Comic Sans MS"/>
                <w:color w:val="FFFFF0"/>
                <w:w w:val="120"/>
                <w:u w:val="single" w:color="000000" w:themeColor="text1"/>
              </w:rPr>
              <w:t>das</w:t>
            </w:r>
            <w:r w:rsidR="009335A4">
              <w:rPr>
                <w:rFonts w:ascii="Comic Sans MS" w:hAnsi="Comic Sans MS"/>
                <w:color w:val="4F81BD" w:themeColor="accent1"/>
                <w:w w:val="120"/>
                <w:u w:val="single" w:color="000000" w:themeColor="text1"/>
              </w:rPr>
              <w:t xml:space="preserve"> </w:t>
            </w:r>
            <w:r w:rsidRPr="00D802A8">
              <w:rPr>
                <w:color w:val="0070C0"/>
              </w:rPr>
              <w:t xml:space="preserve"> </w:t>
            </w:r>
            <w:r w:rsidRPr="00C611AC">
              <w:rPr>
                <w:rFonts w:ascii="Aptos" w:hAnsi="Aptos" w:cs="Calibri"/>
              </w:rPr>
              <w:t>Kleid so schön,</w:t>
            </w:r>
            <w:r w:rsidRPr="00D336C4">
              <w:rPr>
                <w:rFonts w:ascii="Calibri" w:hAnsi="Calibri" w:cs="Calibri"/>
              </w:rPr>
              <w:t xml:space="preserve"> </w:t>
            </w:r>
            <w:r w:rsidRPr="009335A4">
              <w:rPr>
                <w:rFonts w:ascii="Comic Sans MS" w:hAnsi="Comic Sans MS"/>
                <w:color w:val="FFFFF0"/>
                <w:w w:val="120"/>
                <w:u w:val="single" w:color="000000" w:themeColor="text1"/>
              </w:rPr>
              <w:t>dass</w:t>
            </w:r>
            <w:r>
              <w:t xml:space="preserve"> </w:t>
            </w:r>
            <w:r w:rsidRPr="00C611AC">
              <w:rPr>
                <w:rFonts w:ascii="Aptos" w:hAnsi="Aptos" w:cs="Calibri"/>
              </w:rPr>
              <w:t xml:space="preserve">ich es </w:t>
            </w:r>
            <w:r>
              <w:rPr>
                <w:rFonts w:ascii="Aptos" w:hAnsi="Aptos" w:cs="Calibri"/>
              </w:rPr>
              <w:t xml:space="preserve">gleich </w:t>
            </w:r>
            <w:r w:rsidRPr="00C611AC">
              <w:rPr>
                <w:rFonts w:ascii="Aptos" w:hAnsi="Aptos" w:cs="Calibri"/>
              </w:rPr>
              <w:t>kaufen möchte.</w:t>
            </w:r>
          </w:p>
          <w:p w14:paraId="4C04F96E" w14:textId="2E0DF281" w:rsidR="00E213DE" w:rsidRPr="002B6D63" w:rsidRDefault="00E213DE" w:rsidP="00C04929">
            <w:pPr>
              <w:pStyle w:val="Listenabsatz"/>
              <w:numPr>
                <w:ilvl w:val="0"/>
                <w:numId w:val="15"/>
              </w:numPr>
              <w:spacing w:after="0"/>
              <w:ind w:left="584" w:hanging="357"/>
              <w:contextualSpacing w:val="0"/>
              <w:rPr>
                <w:rFonts w:ascii="Calibri" w:hAnsi="Calibri" w:cs="Calibri"/>
              </w:rPr>
            </w:pPr>
            <w:r w:rsidRPr="00C611AC">
              <w:rPr>
                <w:rFonts w:ascii="Aptos" w:hAnsi="Aptos" w:cs="Calibri"/>
              </w:rPr>
              <w:t>Während ich im warmen Licht der Nachmittagssonne sitze und</w:t>
            </w:r>
            <w:r w:rsidRPr="007C2284">
              <w:rPr>
                <w:rFonts w:asciiTheme="majorHAnsi" w:hAnsiTheme="majorHAnsi" w:cstheme="majorHAnsi"/>
              </w:rPr>
              <w:t xml:space="preserve"> </w:t>
            </w:r>
            <w:r w:rsidRPr="009335A4">
              <w:rPr>
                <w:rFonts w:ascii="Comic Sans MS" w:hAnsi="Comic Sans MS"/>
                <w:color w:val="FFFFF0"/>
                <w:w w:val="120"/>
                <w:u w:val="single" w:color="000000" w:themeColor="text1"/>
              </w:rPr>
              <w:t>das</w:t>
            </w:r>
            <w:r w:rsidR="009335A4">
              <w:rPr>
                <w:rFonts w:ascii="Comic Sans MS" w:hAnsi="Comic Sans MS"/>
                <w:color w:val="4F81BD" w:themeColor="accent1"/>
                <w:w w:val="120"/>
                <w:u w:val="single" w:color="000000" w:themeColor="text1"/>
              </w:rPr>
              <w:t xml:space="preserve"> </w:t>
            </w:r>
            <w:r w:rsidRPr="007C2284">
              <w:rPr>
                <w:rFonts w:asciiTheme="majorHAnsi" w:hAnsiTheme="majorHAnsi" w:cstheme="majorHAnsi"/>
              </w:rPr>
              <w:t xml:space="preserve"> </w:t>
            </w:r>
            <w:r w:rsidRPr="00C611AC">
              <w:rPr>
                <w:rFonts w:ascii="Aptos" w:hAnsi="Aptos" w:cs="Calibri"/>
              </w:rPr>
              <w:t>leise Rascheln der Blätter höre, spüre ich,</w:t>
            </w:r>
            <w:r w:rsidRPr="007C2284">
              <w:rPr>
                <w:rFonts w:asciiTheme="majorHAnsi" w:hAnsiTheme="majorHAnsi" w:cstheme="majorHAnsi"/>
              </w:rPr>
              <w:t xml:space="preserve"> </w:t>
            </w:r>
            <w:r w:rsidRPr="009335A4">
              <w:rPr>
                <w:rFonts w:ascii="Comic Sans MS" w:hAnsi="Comic Sans MS"/>
                <w:color w:val="FFFFF0"/>
                <w:w w:val="120"/>
                <w:u w:val="single" w:color="000000" w:themeColor="text1"/>
              </w:rPr>
              <w:t>dass</w:t>
            </w:r>
            <w:r w:rsidRPr="007C2284">
              <w:rPr>
                <w:rFonts w:asciiTheme="majorHAnsi" w:hAnsiTheme="majorHAnsi" w:cstheme="majorHAnsi"/>
              </w:rPr>
              <w:t xml:space="preserve"> </w:t>
            </w:r>
            <w:r w:rsidRPr="00C611AC">
              <w:rPr>
                <w:rFonts w:ascii="Aptos" w:hAnsi="Aptos" w:cs="Calibri"/>
              </w:rPr>
              <w:t>die Luft schwer vom Duft der Blumen ist</w:t>
            </w:r>
            <w:r>
              <w:rPr>
                <w:rFonts w:ascii="Aptos" w:hAnsi="Aptos" w:cs="Calibri"/>
              </w:rPr>
              <w:t>.</w:t>
            </w:r>
          </w:p>
          <w:p w14:paraId="75E1C4CD" w14:textId="449CF382" w:rsidR="00E213DE" w:rsidRPr="00643014" w:rsidRDefault="00E213DE" w:rsidP="00D17BD0">
            <w:pPr>
              <w:pStyle w:val="Listenabsatz"/>
              <w:spacing w:before="300" w:after="80" w:line="312" w:lineRule="auto"/>
              <w:ind w:left="1021"/>
              <w:contextualSpacing w:val="0"/>
              <w:rPr>
                <w:rFonts w:asciiTheme="majorHAnsi" w:hAnsiTheme="majorHAnsi" w:cstheme="majorHAnsi"/>
              </w:rPr>
            </w:pPr>
            <w:r w:rsidRPr="00AF20EB">
              <w:rPr>
                <w:rFonts w:ascii="Aptos" w:hAnsi="Aptos" w:cs="Calibri"/>
                <w:b/>
                <w:bCs/>
                <w:noProof/>
                <w:highlight w:val="lightGray"/>
              </w:rPr>
              <w:drawing>
                <wp:anchor distT="0" distB="0" distL="114300" distR="114300" simplePos="0" relativeHeight="251686912" behindDoc="0" locked="0" layoutInCell="1" allowOverlap="1" wp14:anchorId="0E45D18D" wp14:editId="57E00D00">
                  <wp:simplePos x="0" y="0"/>
                  <wp:positionH relativeFrom="column">
                    <wp:posOffset>-24425</wp:posOffset>
                  </wp:positionH>
                  <wp:positionV relativeFrom="paragraph">
                    <wp:posOffset>182245</wp:posOffset>
                  </wp:positionV>
                  <wp:extent cx="504825" cy="534035"/>
                  <wp:effectExtent l="0" t="0" r="9525" b="0"/>
                  <wp:wrapSquare wrapText="bothSides"/>
                  <wp:docPr id="26" name="Bild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cstate="screen">
                            <a:extLst>
                              <a:ext uri="{28A0092B-C50C-407E-A947-70E740481C1C}">
                                <a14:useLocalDpi xmlns:a14="http://schemas.microsoft.com/office/drawing/2010/main"/>
                              </a:ext>
                            </a:extLst>
                          </a:blip>
                          <a:srcRect/>
                          <a:stretch>
                            <a:fillRect/>
                          </a:stretch>
                        </pic:blipFill>
                        <pic:spPr bwMode="auto">
                          <a:xfrm>
                            <a:off x="0" y="0"/>
                            <a:ext cx="504825" cy="534035"/>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AF20EB">
              <w:rPr>
                <w:rFonts w:ascii="Aptos" w:hAnsi="Aptos" w:cs="Calibri"/>
                <w:b/>
                <w:bCs/>
                <w:noProof/>
                <w:highlight w:val="lightGray"/>
              </w:rPr>
              <w:t>Checker-Challenge:</w:t>
            </w:r>
            <w:r>
              <w:rPr>
                <w:rFonts w:ascii="Segoe UI Emoji" w:hAnsi="Segoe UI Emoji" w:cs="Segoe UI Emoji"/>
              </w:rPr>
              <w:t xml:space="preserve"> </w:t>
            </w:r>
            <w:r w:rsidRPr="00BA79FF">
              <w:rPr>
                <w:rFonts w:asciiTheme="majorHAnsi" w:hAnsiTheme="majorHAnsi" w:cstheme="majorHAnsi"/>
                <w:b/>
                <w:bCs/>
              </w:rPr>
              <w:t xml:space="preserve"> </w:t>
            </w:r>
            <w:r w:rsidRPr="009335A4">
              <w:rPr>
                <w:rFonts w:ascii="Comic Sans MS" w:hAnsi="Comic Sans MS"/>
                <w:color w:val="FFFFF0"/>
                <w:w w:val="120"/>
                <w:u w:val="single" w:color="000000" w:themeColor="text1"/>
              </w:rPr>
              <w:t>Dass</w:t>
            </w:r>
            <w:r w:rsidRPr="007C2284">
              <w:rPr>
                <w:rFonts w:asciiTheme="majorHAnsi" w:hAnsiTheme="majorHAnsi" w:cstheme="majorHAnsi"/>
              </w:rPr>
              <w:t xml:space="preserve"> </w:t>
            </w:r>
            <w:r w:rsidR="009335A4">
              <w:rPr>
                <w:rFonts w:asciiTheme="majorHAnsi" w:hAnsiTheme="majorHAnsi" w:cstheme="majorHAnsi"/>
              </w:rPr>
              <w:t xml:space="preserve"> </w:t>
            </w:r>
            <w:r w:rsidRPr="009335A4">
              <w:rPr>
                <w:rFonts w:ascii="Comic Sans MS" w:hAnsi="Comic Sans MS"/>
                <w:color w:val="FFFFF0"/>
                <w:w w:val="120"/>
                <w:u w:val="single" w:color="000000" w:themeColor="text1"/>
              </w:rPr>
              <w:t>das</w:t>
            </w:r>
            <w:r w:rsidR="009335A4">
              <w:rPr>
                <w:rFonts w:ascii="Comic Sans MS" w:hAnsi="Comic Sans MS"/>
                <w:color w:val="4F81BD" w:themeColor="accent1"/>
                <w:w w:val="120"/>
                <w:u w:val="single" w:color="000000" w:themeColor="text1"/>
              </w:rPr>
              <w:t xml:space="preserve"> </w:t>
            </w:r>
            <w:r w:rsidRPr="007C2284">
              <w:rPr>
                <w:rFonts w:asciiTheme="majorHAnsi" w:hAnsiTheme="majorHAnsi" w:cstheme="majorHAnsi"/>
              </w:rPr>
              <w:t xml:space="preserve"> </w:t>
            </w:r>
            <w:r w:rsidRPr="00C611AC">
              <w:rPr>
                <w:rFonts w:ascii="Aptos" w:hAnsi="Aptos" w:cs="Calibri"/>
              </w:rPr>
              <w:t>Summen der Bienen,</w:t>
            </w:r>
            <w:r w:rsidRPr="007C2284">
              <w:rPr>
                <w:rFonts w:asciiTheme="majorHAnsi" w:hAnsiTheme="majorHAnsi" w:cstheme="majorHAnsi"/>
              </w:rPr>
              <w:t xml:space="preserve"> </w:t>
            </w:r>
            <w:r w:rsidRPr="009335A4">
              <w:rPr>
                <w:rFonts w:ascii="Comic Sans MS" w:hAnsi="Comic Sans MS"/>
                <w:color w:val="FFFFF0"/>
                <w:w w:val="120"/>
                <w:u w:val="single" w:color="000000" w:themeColor="text1"/>
              </w:rPr>
              <w:t>das</w:t>
            </w:r>
            <w:r w:rsidR="009335A4">
              <w:rPr>
                <w:rFonts w:ascii="Comic Sans MS" w:hAnsi="Comic Sans MS"/>
                <w:color w:val="4F81BD" w:themeColor="accent1"/>
                <w:w w:val="120"/>
                <w:u w:val="single" w:color="000000" w:themeColor="text1"/>
              </w:rPr>
              <w:t xml:space="preserve"> </w:t>
            </w:r>
            <w:r w:rsidRPr="007C2284">
              <w:rPr>
                <w:rFonts w:asciiTheme="majorHAnsi" w:hAnsiTheme="majorHAnsi" w:cstheme="majorHAnsi"/>
              </w:rPr>
              <w:t xml:space="preserve"> </w:t>
            </w:r>
            <w:r w:rsidRPr="00C611AC">
              <w:rPr>
                <w:rFonts w:ascii="Aptos" w:hAnsi="Aptos" w:cs="Calibri"/>
              </w:rPr>
              <w:t>zwischen den Büschen erklingt,</w:t>
            </w:r>
            <w:r w:rsidRPr="00D336C4">
              <w:rPr>
                <w:rFonts w:ascii="Calibri" w:hAnsi="Calibri" w:cs="Calibri"/>
              </w:rPr>
              <w:t xml:space="preserve"> </w:t>
            </w:r>
            <w:r w:rsidRPr="00C611AC">
              <w:rPr>
                <w:rFonts w:ascii="Aptos" w:hAnsi="Aptos" w:cs="Calibri"/>
              </w:rPr>
              <w:t>mich schläfrig macht, führt dazu,</w:t>
            </w:r>
            <w:r w:rsidRPr="007C2284">
              <w:rPr>
                <w:rFonts w:asciiTheme="majorHAnsi" w:hAnsiTheme="majorHAnsi" w:cstheme="majorHAnsi"/>
              </w:rPr>
              <w:t xml:space="preserve"> </w:t>
            </w:r>
            <w:r w:rsidRPr="009335A4">
              <w:rPr>
                <w:rFonts w:ascii="Comic Sans MS" w:hAnsi="Comic Sans MS"/>
                <w:color w:val="FFFFF0"/>
                <w:w w:val="120"/>
                <w:u w:val="single" w:color="000000" w:themeColor="text1"/>
              </w:rPr>
              <w:t>dass</w:t>
            </w:r>
            <w:r w:rsidRPr="007C2284">
              <w:rPr>
                <w:rFonts w:asciiTheme="majorHAnsi" w:hAnsiTheme="majorHAnsi" w:cstheme="majorHAnsi"/>
              </w:rPr>
              <w:t xml:space="preserve"> </w:t>
            </w:r>
            <w:r w:rsidRPr="00C611AC">
              <w:rPr>
                <w:rFonts w:ascii="Aptos" w:hAnsi="Aptos" w:cs="Calibri"/>
              </w:rPr>
              <w:t>ich gar nicht merke, wie die Zeit vergeht und</w:t>
            </w:r>
            <w:r>
              <w:rPr>
                <w:rFonts w:ascii="Calibri" w:hAnsi="Calibri" w:cs="Calibri"/>
              </w:rPr>
              <w:t xml:space="preserve"> </w:t>
            </w:r>
            <w:r w:rsidRPr="009335A4">
              <w:rPr>
                <w:rFonts w:ascii="Comic Sans MS" w:hAnsi="Comic Sans MS"/>
                <w:color w:val="FFFFF0"/>
                <w:w w:val="120"/>
                <w:u w:val="single" w:color="000000" w:themeColor="text1"/>
              </w:rPr>
              <w:t>das</w:t>
            </w:r>
            <w:r w:rsidR="009335A4">
              <w:rPr>
                <w:rFonts w:ascii="Comic Sans MS" w:hAnsi="Comic Sans MS"/>
                <w:color w:val="4F81BD" w:themeColor="accent1"/>
                <w:w w:val="120"/>
                <w:u w:val="single" w:color="000000" w:themeColor="text1"/>
              </w:rPr>
              <w:t xml:space="preserve"> </w:t>
            </w:r>
            <w:r w:rsidRPr="007C2284">
              <w:rPr>
                <w:rFonts w:asciiTheme="majorHAnsi" w:hAnsiTheme="majorHAnsi" w:cstheme="majorHAnsi"/>
              </w:rPr>
              <w:t xml:space="preserve"> </w:t>
            </w:r>
            <w:r w:rsidRPr="00C611AC">
              <w:rPr>
                <w:rFonts w:ascii="Aptos" w:hAnsi="Aptos" w:cs="Calibri"/>
              </w:rPr>
              <w:t>goldene Sonnenlicht langsam einem sanften Abendrot weicht.</w:t>
            </w:r>
          </w:p>
        </w:tc>
      </w:tr>
    </w:tbl>
    <w:p w14:paraId="70C809BA" w14:textId="77777777" w:rsidR="00E213DE" w:rsidRDefault="00E213DE" w:rsidP="00E213DE"/>
    <w:tbl>
      <w:tblPr>
        <w:tblW w:w="0" w:type="auto"/>
        <w:tblBorders>
          <w:top w:val="single" w:sz="4" w:space="0" w:color="E0E0E0"/>
          <w:left w:val="single" w:sz="4" w:space="0" w:color="E0E0E0"/>
          <w:bottom w:val="single" w:sz="4" w:space="0" w:color="E0E0E0"/>
          <w:right w:val="single" w:sz="4" w:space="0" w:color="E0E0E0"/>
          <w:insideH w:val="nil"/>
          <w:insideV w:val="nil"/>
        </w:tblBorders>
        <w:shd w:val="clear" w:color="auto" w:fill="FFFFF0"/>
        <w:tblCellMar>
          <w:left w:w="340" w:type="dxa"/>
          <w:right w:w="227" w:type="dxa"/>
        </w:tblCellMar>
        <w:tblLook w:val="04A0" w:firstRow="1" w:lastRow="0" w:firstColumn="1" w:lastColumn="0" w:noHBand="0" w:noVBand="1"/>
      </w:tblPr>
      <w:tblGrid>
        <w:gridCol w:w="10055"/>
      </w:tblGrid>
      <w:tr w:rsidR="00E213DE" w:rsidRPr="008436D8" w14:paraId="78AFC144" w14:textId="77777777" w:rsidTr="00BA2233">
        <w:tc>
          <w:tcPr>
            <w:tcW w:w="10055" w:type="dxa"/>
            <w:tcBorders>
              <w:top w:val="single" w:sz="4" w:space="0" w:color="BFBFBF" w:themeColor="background1" w:themeShade="BF"/>
              <w:left w:val="single" w:sz="12" w:space="0" w:color="860000"/>
              <w:right w:val="single" w:sz="4" w:space="0" w:color="BFBFBF" w:themeColor="background1" w:themeShade="BF"/>
            </w:tcBorders>
            <w:shd w:val="clear" w:color="auto" w:fill="FFFFF0"/>
          </w:tcPr>
          <w:p w14:paraId="452A0933" w14:textId="77777777" w:rsidR="00E213DE" w:rsidRPr="008436D8" w:rsidRDefault="00E213DE" w:rsidP="00D17BD0">
            <w:pPr>
              <w:pStyle w:val="MK4TaskH"/>
              <w:spacing w:before="80" w:after="160"/>
              <w:rPr>
                <w:lang w:val="de-DE"/>
              </w:rPr>
            </w:pPr>
            <w:r w:rsidRPr="00DA1D2E">
              <w:rPr>
                <w:lang w:val="de-DE"/>
              </w:rPr>
              <w:t xml:space="preserve">Aufgabe 4 – Setze passende </w:t>
            </w:r>
            <w:r w:rsidRPr="0005137C">
              <w:rPr>
                <w:u w:val="single" w:color="000000" w:themeColor="text1"/>
                <w:lang w:val="de-DE"/>
              </w:rPr>
              <w:t>Pronomen</w:t>
            </w:r>
            <w:r>
              <w:t xml:space="preserve"> </w:t>
            </w:r>
            <w:r w:rsidRPr="00DA1D2E">
              <w:rPr>
                <w:lang w:val="de-DE"/>
              </w:rPr>
              <w:t>ein.</w:t>
            </w:r>
          </w:p>
        </w:tc>
      </w:tr>
      <w:tr w:rsidR="00E213DE" w:rsidRPr="008436D8" w14:paraId="6EDA2A0D" w14:textId="77777777" w:rsidTr="00BA2233">
        <w:tc>
          <w:tcPr>
            <w:tcW w:w="10055" w:type="dxa"/>
            <w:tcBorders>
              <w:left w:val="single" w:sz="12" w:space="0" w:color="860000"/>
              <w:bottom w:val="single" w:sz="4" w:space="0" w:color="BFBFBF" w:themeColor="background1" w:themeShade="BF"/>
              <w:right w:val="single" w:sz="4" w:space="0" w:color="BFBFBF" w:themeColor="background1" w:themeShade="BF"/>
            </w:tcBorders>
            <w:shd w:val="clear" w:color="auto" w:fill="FFFFF0"/>
          </w:tcPr>
          <w:p w14:paraId="09964272" w14:textId="77777777" w:rsidR="00E213DE" w:rsidRDefault="00E213DE" w:rsidP="00C04929">
            <w:pPr>
              <w:pStyle w:val="Listenabsatz"/>
              <w:numPr>
                <w:ilvl w:val="0"/>
                <w:numId w:val="16"/>
              </w:numPr>
              <w:spacing w:after="80"/>
              <w:ind w:left="584" w:hanging="357"/>
              <w:contextualSpacing w:val="0"/>
              <w:rPr>
                <w:rFonts w:asciiTheme="majorHAnsi" w:hAnsiTheme="majorHAnsi" w:cstheme="majorHAnsi"/>
              </w:rPr>
            </w:pPr>
            <w:r w:rsidRPr="00C611AC">
              <w:rPr>
                <w:rFonts w:ascii="Aptos" w:hAnsi="Aptos" w:cs="Calibri"/>
              </w:rPr>
              <w:t>Puh, wie das riecht. Fast hätte ich</w:t>
            </w:r>
            <w:r w:rsidRPr="009335A4">
              <w:rPr>
                <w:rFonts w:asciiTheme="majorHAnsi" w:hAnsiTheme="majorHAnsi" w:cstheme="majorHAnsi"/>
                <w:color w:val="4F81BD" w:themeColor="accent1"/>
              </w:rPr>
              <w:t xml:space="preserve"> </w:t>
            </w:r>
            <w:r w:rsidRPr="009335A4">
              <w:rPr>
                <w:rStyle w:val="Fett"/>
                <w:rFonts w:ascii="Comic Sans MS" w:hAnsi="Comic Sans MS" w:cstheme="majorHAnsi"/>
                <w:color w:val="FFFFF0"/>
                <w:w w:val="120"/>
                <w:u w:val="single" w:color="000000" w:themeColor="text1"/>
              </w:rPr>
              <w:t>mich</w:t>
            </w:r>
            <w:r w:rsidRPr="009335A4">
              <w:rPr>
                <w:rFonts w:asciiTheme="majorHAnsi" w:hAnsiTheme="majorHAnsi" w:cstheme="majorHAnsi"/>
                <w:color w:val="4F81BD" w:themeColor="accent1"/>
              </w:rPr>
              <w:t xml:space="preserve"> </w:t>
            </w:r>
            <w:r w:rsidRPr="00C611AC">
              <w:rPr>
                <w:rFonts w:ascii="Aptos" w:hAnsi="Aptos" w:cs="Calibri"/>
              </w:rPr>
              <w:t>übergeben</w:t>
            </w:r>
            <w:r w:rsidRPr="00D336C4">
              <w:rPr>
                <w:rFonts w:ascii="Calibri" w:hAnsi="Calibri" w:cs="Calibri"/>
              </w:rPr>
              <w:t>.</w:t>
            </w:r>
            <w:r>
              <w:rPr>
                <w:rFonts w:asciiTheme="majorHAnsi" w:hAnsiTheme="majorHAnsi" w:cstheme="majorHAnsi"/>
              </w:rPr>
              <w:t xml:space="preserve"> </w:t>
            </w:r>
          </w:p>
          <w:p w14:paraId="647FC2E3" w14:textId="21F0336E" w:rsidR="00E213DE" w:rsidRPr="00C611AC" w:rsidRDefault="00E213DE" w:rsidP="00C04929">
            <w:pPr>
              <w:pStyle w:val="Listenabsatz"/>
              <w:numPr>
                <w:ilvl w:val="0"/>
                <w:numId w:val="16"/>
              </w:numPr>
              <w:spacing w:after="80"/>
              <w:ind w:left="584" w:hanging="357"/>
              <w:contextualSpacing w:val="0"/>
              <w:rPr>
                <w:rFonts w:ascii="Aptos" w:hAnsi="Aptos" w:cs="Calibri"/>
              </w:rPr>
            </w:pPr>
            <w:r w:rsidRPr="00C611AC">
              <w:rPr>
                <w:rFonts w:ascii="Aptos" w:hAnsi="Aptos" w:cs="Calibri"/>
              </w:rPr>
              <w:t>Die Schwalben am Himmel beobachtend, staune</w:t>
            </w:r>
            <w:r>
              <w:rPr>
                <w:rFonts w:ascii="Calibri" w:hAnsi="Calibri" w:cs="Calibri"/>
              </w:rPr>
              <w:t xml:space="preserve"> </w:t>
            </w:r>
            <w:r w:rsidRPr="009335A4">
              <w:rPr>
                <w:rStyle w:val="Fett"/>
                <w:rFonts w:ascii="Comic Sans MS" w:hAnsi="Comic Sans MS" w:cstheme="majorHAnsi"/>
                <w:b w:val="0"/>
                <w:bCs w:val="0"/>
                <w:color w:val="FFFFF0"/>
                <w:w w:val="120"/>
                <w:u w:val="single" w:color="000000" w:themeColor="text1"/>
              </w:rPr>
              <w:t>ich</w:t>
            </w:r>
            <w:r w:rsidR="009335A4">
              <w:rPr>
                <w:rStyle w:val="Fett"/>
                <w:rFonts w:ascii="Comic Sans MS" w:hAnsi="Comic Sans MS" w:cstheme="majorHAnsi"/>
                <w:b w:val="0"/>
                <w:bCs w:val="0"/>
                <w:color w:val="4F81BD" w:themeColor="accent1"/>
                <w:w w:val="120"/>
                <w:u w:val="single" w:color="000000" w:themeColor="text1"/>
              </w:rPr>
              <w:t xml:space="preserve"> </w:t>
            </w:r>
            <w:r w:rsidRPr="00C611AC">
              <w:rPr>
                <w:rFonts w:ascii="Aptos" w:hAnsi="Aptos" w:cs="Calibri"/>
              </w:rPr>
              <w:t>, wie schnell</w:t>
            </w:r>
            <w:r w:rsidRPr="008F2AA8">
              <w:rPr>
                <w:rFonts w:asciiTheme="majorHAnsi" w:hAnsiTheme="majorHAnsi" w:cstheme="majorHAnsi"/>
              </w:rPr>
              <w:t xml:space="preserve"> </w:t>
            </w:r>
            <w:r w:rsidRPr="009335A4">
              <w:rPr>
                <w:rStyle w:val="Fett"/>
                <w:rFonts w:ascii="Comic Sans MS" w:hAnsi="Comic Sans MS" w:cstheme="majorHAnsi"/>
                <w:b w:val="0"/>
                <w:bCs w:val="0"/>
                <w:color w:val="FFFFF0"/>
                <w:w w:val="120"/>
                <w:u w:val="single" w:color="000000" w:themeColor="text1"/>
              </w:rPr>
              <w:t>sie</w:t>
            </w:r>
            <w:r>
              <w:rPr>
                <w:rStyle w:val="Fett"/>
                <w:rFonts w:ascii="Comic Sans MS" w:hAnsi="Comic Sans MS" w:cstheme="majorHAnsi"/>
                <w:b w:val="0"/>
                <w:bCs w:val="0"/>
                <w:color w:val="4F81BD" w:themeColor="accent1"/>
                <w:w w:val="120"/>
                <w:u w:val="single" w:color="000000" w:themeColor="text1"/>
              </w:rPr>
              <w:t xml:space="preserve"> </w:t>
            </w:r>
            <w:r>
              <w:rPr>
                <w:rStyle w:val="Fett"/>
                <w:rFonts w:ascii="Comic Sans MS" w:hAnsi="Comic Sans MS"/>
                <w:color w:val="4F81BD" w:themeColor="accent1"/>
                <w:w w:val="120"/>
                <w:u w:val="single" w:color="000000" w:themeColor="text1"/>
              </w:rPr>
              <w:t xml:space="preserve">  </w:t>
            </w:r>
            <w:r w:rsidRPr="008F2AA8">
              <w:rPr>
                <w:rFonts w:asciiTheme="majorHAnsi" w:hAnsiTheme="majorHAnsi" w:cstheme="majorHAnsi"/>
              </w:rPr>
              <w:t xml:space="preserve"> </w:t>
            </w:r>
            <w:r w:rsidRPr="00C611AC">
              <w:rPr>
                <w:rFonts w:ascii="Aptos" w:hAnsi="Aptos" w:cs="Calibri"/>
              </w:rPr>
              <w:t>fliegen können.</w:t>
            </w:r>
          </w:p>
          <w:p w14:paraId="14647681" w14:textId="77777777" w:rsidR="00E213DE" w:rsidRPr="00D336C4" w:rsidRDefault="00E213DE" w:rsidP="00C04929">
            <w:pPr>
              <w:pStyle w:val="Listenabsatz"/>
              <w:numPr>
                <w:ilvl w:val="0"/>
                <w:numId w:val="16"/>
              </w:numPr>
              <w:spacing w:after="80"/>
              <w:ind w:left="584" w:hanging="357"/>
              <w:contextualSpacing w:val="0"/>
              <w:rPr>
                <w:rFonts w:ascii="Calibri" w:hAnsi="Calibri" w:cs="Calibri"/>
              </w:rPr>
            </w:pPr>
            <w:r w:rsidRPr="00C611AC">
              <w:rPr>
                <w:rFonts w:ascii="Aptos" w:hAnsi="Aptos" w:cs="Calibri"/>
              </w:rPr>
              <w:t>Die ältere Dame,</w:t>
            </w:r>
            <w:r>
              <w:rPr>
                <w:rFonts w:asciiTheme="majorHAnsi" w:hAnsiTheme="majorHAnsi" w:cstheme="majorHAnsi"/>
              </w:rPr>
              <w:t xml:space="preserve"> </w:t>
            </w:r>
            <w:r w:rsidRPr="009335A4">
              <w:rPr>
                <w:rStyle w:val="Fett"/>
                <w:rFonts w:ascii="Comic Sans MS" w:hAnsi="Comic Sans MS" w:cstheme="majorHAnsi"/>
                <w:b w:val="0"/>
                <w:bCs w:val="0"/>
                <w:color w:val="FFFFF0"/>
                <w:w w:val="120"/>
                <w:u w:val="single" w:color="000000" w:themeColor="text1"/>
              </w:rPr>
              <w:t>deren</w:t>
            </w:r>
            <w:r w:rsidRPr="00DA45BA">
              <w:rPr>
                <w:rFonts w:asciiTheme="majorHAnsi" w:hAnsiTheme="majorHAnsi" w:cstheme="majorHAnsi"/>
                <w:b/>
                <w:bCs/>
                <w:color w:val="0070C0"/>
                <w:w w:val="120"/>
              </w:rPr>
              <w:t xml:space="preserve"> </w:t>
            </w:r>
            <w:r>
              <w:rPr>
                <w:rFonts w:ascii="Aptos" w:hAnsi="Aptos" w:cs="Calibri"/>
              </w:rPr>
              <w:t>Ta</w:t>
            </w:r>
            <w:r w:rsidRPr="00C611AC">
              <w:rPr>
                <w:rFonts w:ascii="Aptos" w:hAnsi="Aptos" w:cs="Calibri"/>
              </w:rPr>
              <w:t xml:space="preserve">sche auf den Boden gefallen ist, </w:t>
            </w:r>
            <w:r>
              <w:rPr>
                <w:rFonts w:ascii="Aptos" w:hAnsi="Aptos" w:cs="Calibri"/>
              </w:rPr>
              <w:t xml:space="preserve">freut </w:t>
            </w:r>
            <w:r w:rsidRPr="009335A4">
              <w:rPr>
                <w:rStyle w:val="Fett"/>
                <w:rFonts w:ascii="Comic Sans MS" w:hAnsi="Comic Sans MS" w:cstheme="majorHAnsi"/>
                <w:b w:val="0"/>
                <w:bCs w:val="0"/>
                <w:color w:val="FFFFF0"/>
                <w:w w:val="120"/>
                <w:u w:val="single" w:color="000000" w:themeColor="text1"/>
              </w:rPr>
              <w:t>sich</w:t>
            </w:r>
            <w:r w:rsidRPr="00C611AC">
              <w:rPr>
                <w:rFonts w:ascii="Aptos" w:hAnsi="Aptos" w:cs="Calibri"/>
              </w:rPr>
              <w:t>, dass Paul</w:t>
            </w:r>
            <w:r>
              <w:rPr>
                <w:rFonts w:asciiTheme="majorHAnsi" w:hAnsiTheme="majorHAnsi" w:cstheme="majorHAnsi"/>
              </w:rPr>
              <w:t xml:space="preserve"> </w:t>
            </w:r>
            <w:r w:rsidRPr="009335A4">
              <w:rPr>
                <w:rStyle w:val="Fett"/>
                <w:rFonts w:ascii="Comic Sans MS" w:hAnsi="Comic Sans MS" w:cstheme="majorHAnsi"/>
                <w:b w:val="0"/>
                <w:bCs w:val="0"/>
                <w:color w:val="FFFFF0"/>
                <w:w w:val="120"/>
                <w:u w:val="single" w:color="000000" w:themeColor="text1"/>
              </w:rPr>
              <w:t>ihr</w:t>
            </w:r>
            <w:r w:rsidRPr="009870F0">
              <w:rPr>
                <w:rStyle w:val="Fett"/>
                <w:rFonts w:ascii="Comic Sans MS" w:hAnsi="Comic Sans MS"/>
                <w:b w:val="0"/>
                <w:bCs w:val="0"/>
                <w:color w:val="4F81BD" w:themeColor="accent1"/>
                <w:w w:val="120"/>
              </w:rPr>
              <w:t xml:space="preserve"> </w:t>
            </w:r>
            <w:r w:rsidRPr="00C611AC">
              <w:rPr>
                <w:rFonts w:ascii="Aptos" w:hAnsi="Aptos" w:cs="Calibri"/>
              </w:rPr>
              <w:t>hilft.</w:t>
            </w:r>
          </w:p>
          <w:p w14:paraId="6D22E5E3" w14:textId="60D87769" w:rsidR="00E213DE" w:rsidRPr="00427E34" w:rsidRDefault="00E213DE" w:rsidP="00D17BD0">
            <w:pPr>
              <w:spacing w:before="300" w:after="80"/>
              <w:ind w:left="1021"/>
              <w:rPr>
                <w:rFonts w:asciiTheme="majorHAnsi" w:hAnsiTheme="majorHAnsi" w:cstheme="majorHAnsi"/>
              </w:rPr>
            </w:pPr>
            <w:r w:rsidRPr="00AF20EB">
              <w:rPr>
                <w:rFonts w:ascii="Aptos" w:hAnsi="Aptos" w:cs="Calibri"/>
                <w:b/>
                <w:bCs/>
                <w:noProof/>
                <w:highlight w:val="lightGray"/>
              </w:rPr>
              <w:drawing>
                <wp:anchor distT="0" distB="0" distL="114300" distR="114300" simplePos="0" relativeHeight="251691008" behindDoc="0" locked="0" layoutInCell="1" allowOverlap="1" wp14:anchorId="2C946FDB" wp14:editId="416196B9">
                  <wp:simplePos x="0" y="0"/>
                  <wp:positionH relativeFrom="column">
                    <wp:posOffset>-24130</wp:posOffset>
                  </wp:positionH>
                  <wp:positionV relativeFrom="paragraph">
                    <wp:posOffset>144145</wp:posOffset>
                  </wp:positionV>
                  <wp:extent cx="504000" cy="532800"/>
                  <wp:effectExtent l="0" t="0" r="0" b="635"/>
                  <wp:wrapSquare wrapText="bothSides"/>
                  <wp:docPr id="27" name="Bild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2" cstate="screen">
                            <a:extLst>
                              <a:ext uri="{28A0092B-C50C-407E-A947-70E740481C1C}">
                                <a14:useLocalDpi xmlns:a14="http://schemas.microsoft.com/office/drawing/2010/main"/>
                              </a:ext>
                            </a:extLst>
                          </a:blip>
                          <a:srcRect/>
                          <a:stretch>
                            <a:fillRect/>
                          </a:stretch>
                        </pic:blipFill>
                        <pic:spPr bwMode="auto">
                          <a:xfrm>
                            <a:off x="0" y="0"/>
                            <a:ext cx="504000" cy="5328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AF20EB">
              <w:rPr>
                <w:rFonts w:ascii="Aptos" w:hAnsi="Aptos" w:cs="Calibri"/>
                <w:b/>
                <w:bCs/>
                <w:highlight w:val="lightGray"/>
              </w:rPr>
              <w:t>Checker-Challenge</w:t>
            </w:r>
            <w:r w:rsidR="0005137C" w:rsidRPr="00AF20EB">
              <w:rPr>
                <w:rFonts w:ascii="Calibri" w:hAnsi="Calibri" w:cs="Calibri"/>
                <w:b/>
                <w:bCs/>
                <w:highlight w:val="lightGray"/>
              </w:rPr>
              <w:t xml:space="preserve"> </w:t>
            </w:r>
            <w:r w:rsidR="0005137C" w:rsidRPr="00AF20EB">
              <w:rPr>
                <w:rFonts w:ascii="Calibri" w:hAnsi="Calibri" w:cs="Calibri"/>
                <w:b/>
                <w:bCs/>
                <w:sz w:val="16"/>
                <w:szCs w:val="16"/>
                <w:highlight w:val="lightGray"/>
              </w:rPr>
              <w:t>(sehr schwer!)</w:t>
            </w:r>
            <w:r w:rsidRPr="00AF20EB">
              <w:rPr>
                <w:rFonts w:ascii="Aptos" w:hAnsi="Aptos" w:cs="Calibri"/>
                <w:b/>
                <w:bCs/>
                <w:highlight w:val="lightGray"/>
              </w:rPr>
              <w:t>:</w:t>
            </w:r>
            <w:r w:rsidRPr="00AF20EB">
              <w:rPr>
                <w:rFonts w:ascii="Aptos" w:hAnsi="Aptos" w:cs="Calibri"/>
                <w:b/>
                <w:bCs/>
                <w:sz w:val="18"/>
                <w:szCs w:val="18"/>
              </w:rPr>
              <w:t xml:space="preserve"> </w:t>
            </w:r>
            <w:r w:rsidRPr="00C611AC">
              <w:rPr>
                <w:rFonts w:ascii="Aptos" w:hAnsi="Aptos" w:cs="Calibri"/>
              </w:rPr>
              <w:t xml:space="preserve">Als der Wind </w:t>
            </w:r>
            <w:r>
              <w:rPr>
                <w:rFonts w:ascii="Aptos" w:hAnsi="Aptos" w:cs="Calibri"/>
              </w:rPr>
              <w:t xml:space="preserve">sanft </w:t>
            </w:r>
            <w:r w:rsidRPr="00C611AC">
              <w:rPr>
                <w:rFonts w:ascii="Aptos" w:hAnsi="Aptos" w:cs="Calibri"/>
              </w:rPr>
              <w:t>durch die Bäume weht und</w:t>
            </w:r>
            <w:r w:rsidRPr="00427E34">
              <w:rPr>
                <w:rFonts w:asciiTheme="majorHAnsi" w:hAnsiTheme="majorHAnsi" w:cstheme="majorHAnsi"/>
                <w:b/>
                <w:bCs/>
              </w:rPr>
              <w:t xml:space="preserve"> </w:t>
            </w:r>
            <w:r w:rsidRPr="009335A4">
              <w:rPr>
                <w:rStyle w:val="Fett"/>
                <w:rFonts w:ascii="Comic Sans MS" w:hAnsi="Comic Sans MS" w:cstheme="majorHAnsi"/>
                <w:b w:val="0"/>
                <w:bCs w:val="0"/>
                <w:color w:val="FFFFF0"/>
                <w:w w:val="120"/>
                <w:u w:val="single" w:color="000000" w:themeColor="text1"/>
              </w:rPr>
              <w:t>ich</w:t>
            </w:r>
            <w:r w:rsidRPr="00427E34">
              <w:rPr>
                <w:rFonts w:asciiTheme="majorHAnsi" w:hAnsiTheme="majorHAnsi" w:cstheme="majorHAnsi"/>
                <w:b/>
                <w:bCs/>
              </w:rPr>
              <w:t xml:space="preserve"> </w:t>
            </w:r>
            <w:r>
              <w:rPr>
                <w:rFonts w:asciiTheme="majorHAnsi" w:hAnsiTheme="majorHAnsi" w:cstheme="majorHAnsi"/>
                <w:b/>
                <w:bCs/>
              </w:rPr>
              <w:t xml:space="preserve">  </w:t>
            </w:r>
            <w:r w:rsidRPr="009335A4">
              <w:rPr>
                <w:rStyle w:val="Fett"/>
                <w:rFonts w:ascii="Comic Sans MS" w:hAnsi="Comic Sans MS" w:cstheme="majorHAnsi"/>
                <w:b w:val="0"/>
                <w:bCs w:val="0"/>
                <w:color w:val="FFFFF0"/>
                <w:w w:val="120"/>
                <w:u w:val="single" w:color="000000" w:themeColor="text1"/>
              </w:rPr>
              <w:t>ihm</w:t>
            </w:r>
            <w:r w:rsidRPr="00427E34">
              <w:rPr>
                <w:rFonts w:asciiTheme="majorHAnsi" w:hAnsiTheme="majorHAnsi" w:cstheme="majorHAnsi"/>
              </w:rPr>
              <w:t xml:space="preserve"> </w:t>
            </w:r>
            <w:r w:rsidRPr="00C611AC">
              <w:rPr>
                <w:rFonts w:ascii="Aptos" w:hAnsi="Aptos" w:cs="Calibri"/>
              </w:rPr>
              <w:t xml:space="preserve">lausche, spüre </w:t>
            </w:r>
            <w:r w:rsidRPr="00C611AC">
              <w:rPr>
                <w:rFonts w:ascii="Aptos" w:hAnsi="Aptos" w:cs="Calibri"/>
                <w:b/>
                <w:bCs/>
              </w:rPr>
              <w:t>ich</w:t>
            </w:r>
            <w:r w:rsidRPr="00C611AC">
              <w:rPr>
                <w:rFonts w:ascii="Aptos" w:hAnsi="Aptos" w:cs="Calibri"/>
              </w:rPr>
              <w:t>,</w:t>
            </w:r>
            <w:r w:rsidRPr="00D336C4">
              <w:rPr>
                <w:rFonts w:ascii="Calibri" w:hAnsi="Calibri" w:cs="Calibri"/>
              </w:rPr>
              <w:t xml:space="preserve"> </w:t>
            </w:r>
            <w:r w:rsidRPr="00C611AC">
              <w:rPr>
                <w:rFonts w:ascii="Aptos" w:hAnsi="Aptos" w:cs="Calibri"/>
              </w:rPr>
              <w:t>dass</w:t>
            </w:r>
            <w:r w:rsidRPr="00427E34">
              <w:rPr>
                <w:rFonts w:asciiTheme="majorHAnsi" w:hAnsiTheme="majorHAnsi" w:cstheme="majorHAnsi"/>
              </w:rPr>
              <w:t xml:space="preserve"> </w:t>
            </w:r>
            <w:r w:rsidRPr="009335A4">
              <w:rPr>
                <w:rStyle w:val="Fett"/>
                <w:rFonts w:ascii="Comic Sans MS" w:hAnsi="Comic Sans MS" w:cstheme="majorHAnsi"/>
                <w:b w:val="0"/>
                <w:bCs w:val="0"/>
                <w:color w:val="FFFFF0"/>
                <w:w w:val="120"/>
                <w:u w:val="single" w:color="000000" w:themeColor="text1"/>
              </w:rPr>
              <w:t>mich</w:t>
            </w:r>
            <w:r w:rsidRPr="00427E34">
              <w:rPr>
                <w:rStyle w:val="Fett"/>
                <w:rFonts w:asciiTheme="majorHAnsi" w:hAnsiTheme="majorHAnsi" w:cstheme="majorHAnsi"/>
              </w:rPr>
              <w:t xml:space="preserve"> </w:t>
            </w:r>
            <w:r>
              <w:rPr>
                <w:rStyle w:val="Fett"/>
                <w:rFonts w:asciiTheme="majorHAnsi" w:hAnsiTheme="majorHAnsi" w:cstheme="majorHAnsi"/>
              </w:rPr>
              <w:t xml:space="preserve"> </w:t>
            </w:r>
            <w:r>
              <w:rPr>
                <w:rStyle w:val="Fett"/>
              </w:rPr>
              <w:t xml:space="preserve"> </w:t>
            </w:r>
            <w:r w:rsidRPr="009335A4">
              <w:rPr>
                <w:rStyle w:val="Fett"/>
                <w:rFonts w:ascii="Comic Sans MS" w:hAnsi="Comic Sans MS" w:cstheme="majorHAnsi"/>
                <w:b w:val="0"/>
                <w:bCs w:val="0"/>
                <w:color w:val="FFFFF0"/>
                <w:w w:val="120"/>
                <w:u w:val="single" w:color="000000" w:themeColor="text1"/>
              </w:rPr>
              <w:t>das</w:t>
            </w:r>
            <w:r w:rsidRPr="00C611AC">
              <w:rPr>
                <w:rFonts w:ascii="Aptos" w:hAnsi="Aptos" w:cs="Calibri"/>
              </w:rPr>
              <w:t>, was ich in diesem Moment fühle, stärker berührt, als</w:t>
            </w:r>
            <w:r w:rsidRPr="00427E34">
              <w:rPr>
                <w:rFonts w:asciiTheme="majorHAnsi" w:hAnsiTheme="majorHAnsi" w:cstheme="majorHAnsi"/>
              </w:rPr>
              <w:t xml:space="preserve"> </w:t>
            </w:r>
            <w:r w:rsidRPr="009335A4">
              <w:rPr>
                <w:rStyle w:val="Fett"/>
                <w:rFonts w:ascii="Comic Sans MS" w:hAnsi="Comic Sans MS" w:cstheme="majorHAnsi"/>
                <w:b w:val="0"/>
                <w:bCs w:val="0"/>
                <w:color w:val="FFFFF0"/>
                <w:w w:val="120"/>
                <w:u w:val="single" w:color="000000" w:themeColor="text1"/>
              </w:rPr>
              <w:t>ich</w:t>
            </w:r>
            <w:r w:rsidRPr="00D336C4">
              <w:rPr>
                <w:rFonts w:ascii="Calibri" w:hAnsi="Calibri" w:cs="Calibri"/>
              </w:rPr>
              <w:t xml:space="preserve"> </w:t>
            </w:r>
            <w:r w:rsidRPr="00C611AC">
              <w:rPr>
                <w:rFonts w:ascii="Aptos" w:hAnsi="Aptos" w:cs="Calibri"/>
              </w:rPr>
              <w:t>es</w:t>
            </w:r>
            <w:r w:rsidRPr="00427E34">
              <w:rPr>
                <w:rFonts w:asciiTheme="majorHAnsi" w:hAnsiTheme="majorHAnsi" w:cstheme="majorHAnsi"/>
                <w:b/>
                <w:bCs/>
              </w:rPr>
              <w:t xml:space="preserve"> </w:t>
            </w:r>
            <w:r w:rsidRPr="009335A4">
              <w:rPr>
                <w:rStyle w:val="Fett"/>
                <w:rFonts w:ascii="Comic Sans MS" w:hAnsi="Comic Sans MS" w:cstheme="majorHAnsi"/>
                <w:b w:val="0"/>
                <w:bCs w:val="0"/>
                <w:color w:val="FFFFF0"/>
                <w:w w:val="120"/>
                <w:u w:val="single" w:color="000000" w:themeColor="text1"/>
              </w:rPr>
              <w:t>mir</w:t>
            </w:r>
            <w:r w:rsidR="009335A4">
              <w:rPr>
                <w:rStyle w:val="Fett"/>
                <w:rFonts w:ascii="Comic Sans MS" w:hAnsi="Comic Sans MS" w:cstheme="majorHAnsi"/>
                <w:b w:val="0"/>
                <w:bCs w:val="0"/>
                <w:color w:val="4F81BD" w:themeColor="accent1"/>
                <w:w w:val="120"/>
                <w:u w:val="single" w:color="000000" w:themeColor="text1"/>
              </w:rPr>
              <w:t xml:space="preserve"> </w:t>
            </w:r>
            <w:r w:rsidRPr="00427E34">
              <w:rPr>
                <w:rFonts w:asciiTheme="majorHAnsi" w:hAnsiTheme="majorHAnsi" w:cstheme="majorHAnsi"/>
              </w:rPr>
              <w:t xml:space="preserve"> </w:t>
            </w:r>
            <w:r w:rsidRPr="00C611AC">
              <w:rPr>
                <w:rFonts w:ascii="Aptos" w:hAnsi="Aptos" w:cs="Calibri"/>
              </w:rPr>
              <w:t>selbst</w:t>
            </w:r>
            <w:r w:rsidRPr="00D336C4">
              <w:rPr>
                <w:rFonts w:ascii="Calibri" w:hAnsi="Calibri" w:cs="Calibri"/>
              </w:rPr>
              <w:t xml:space="preserve"> </w:t>
            </w:r>
            <w:r w:rsidRPr="00C611AC">
              <w:rPr>
                <w:rFonts w:ascii="Aptos" w:hAnsi="Aptos" w:cs="Calibri"/>
              </w:rPr>
              <w:t>eingestehen will.</w:t>
            </w:r>
          </w:p>
        </w:tc>
      </w:tr>
    </w:tbl>
    <w:p w14:paraId="428C26D7" w14:textId="77777777" w:rsidR="00E213DE" w:rsidRDefault="00E213DE" w:rsidP="00E213DE">
      <w:pPr>
        <w:pStyle w:val="StandardWeb"/>
        <w:spacing w:before="0" w:beforeAutospacing="0" w:after="200" w:afterAutospacing="0"/>
      </w:pPr>
    </w:p>
    <w:tbl>
      <w:tblPr>
        <w:tblW w:w="0" w:type="auto"/>
        <w:tblBorders>
          <w:top w:val="single" w:sz="4" w:space="0" w:color="E0E0E0"/>
          <w:left w:val="single" w:sz="4" w:space="0" w:color="E0E0E0"/>
          <w:bottom w:val="single" w:sz="4" w:space="0" w:color="E0E0E0"/>
          <w:right w:val="single" w:sz="4" w:space="0" w:color="E0E0E0"/>
          <w:insideH w:val="nil"/>
          <w:insideV w:val="nil"/>
        </w:tblBorders>
        <w:shd w:val="clear" w:color="auto" w:fill="FFFFF0"/>
        <w:tblCellMar>
          <w:left w:w="340" w:type="dxa"/>
          <w:right w:w="227" w:type="dxa"/>
        </w:tblCellMar>
        <w:tblLook w:val="04A0" w:firstRow="1" w:lastRow="0" w:firstColumn="1" w:lastColumn="0" w:noHBand="0" w:noVBand="1"/>
      </w:tblPr>
      <w:tblGrid>
        <w:gridCol w:w="10055"/>
      </w:tblGrid>
      <w:tr w:rsidR="00E213DE" w:rsidRPr="008436D8" w14:paraId="3B1D3062" w14:textId="77777777" w:rsidTr="00C04929">
        <w:tc>
          <w:tcPr>
            <w:tcW w:w="10055" w:type="dxa"/>
            <w:tcBorders>
              <w:top w:val="single" w:sz="4" w:space="0" w:color="BFBFBF" w:themeColor="background1" w:themeShade="BF"/>
              <w:left w:val="single" w:sz="12" w:space="0" w:color="860000"/>
              <w:right w:val="single" w:sz="4" w:space="0" w:color="BFBFBF" w:themeColor="background1" w:themeShade="BF"/>
            </w:tcBorders>
            <w:shd w:val="clear" w:color="auto" w:fill="FFFFF0"/>
          </w:tcPr>
          <w:p w14:paraId="15BAD229" w14:textId="77777777" w:rsidR="00E213DE" w:rsidRPr="00D336C4" w:rsidRDefault="00E213DE" w:rsidP="00D17BD0">
            <w:pPr>
              <w:pStyle w:val="MK4TaskH"/>
              <w:spacing w:before="80" w:after="160"/>
              <w:rPr>
                <w:rFonts w:cs="Calibri"/>
                <w:lang w:val="de-DE"/>
              </w:rPr>
            </w:pPr>
            <w:r w:rsidRPr="00DA1D2E">
              <w:rPr>
                <w:lang w:val="de-DE"/>
              </w:rPr>
              <w:t>Aufgabe 5 – Ergänze alle fehlenden Kommas:</w:t>
            </w:r>
          </w:p>
        </w:tc>
      </w:tr>
      <w:tr w:rsidR="00E213DE" w:rsidRPr="008436D8" w14:paraId="71A4B55F" w14:textId="77777777" w:rsidTr="00C04929">
        <w:tc>
          <w:tcPr>
            <w:tcW w:w="10055" w:type="dxa"/>
            <w:tcBorders>
              <w:left w:val="single" w:sz="12" w:space="0" w:color="860000"/>
              <w:bottom w:val="single" w:sz="4" w:space="0" w:color="BFBFBF" w:themeColor="background1" w:themeShade="BF"/>
              <w:right w:val="single" w:sz="4" w:space="0" w:color="BFBFBF" w:themeColor="background1" w:themeShade="BF"/>
            </w:tcBorders>
            <w:shd w:val="clear" w:color="auto" w:fill="FFFFF0"/>
          </w:tcPr>
          <w:p w14:paraId="6C71815F" w14:textId="77777777" w:rsidR="00C04929" w:rsidRDefault="00E213DE" w:rsidP="00C04929">
            <w:pPr>
              <w:pStyle w:val="Listenabsatz"/>
              <w:numPr>
                <w:ilvl w:val="0"/>
                <w:numId w:val="17"/>
              </w:numPr>
              <w:spacing w:after="80"/>
              <w:ind w:left="584" w:hanging="357"/>
              <w:contextualSpacing w:val="0"/>
              <w:rPr>
                <w:rFonts w:ascii="Aptos" w:hAnsi="Aptos" w:cs="Calibri"/>
              </w:rPr>
            </w:pPr>
            <w:r w:rsidRPr="00C611AC">
              <w:rPr>
                <w:rFonts w:ascii="Aptos" w:hAnsi="Aptos" w:cs="Calibri"/>
              </w:rPr>
              <w:t>Bevor  ich  die  Straße  überquere  die  vom  Verkehr  fast  ununterbrochen  belebt  wird  nehme  ich  die  ersten  neugierigen  Blicke  der  Besucher  wahr.</w:t>
            </w:r>
          </w:p>
          <w:p w14:paraId="4F650604" w14:textId="7CDE04F7" w:rsidR="00E213DE" w:rsidRPr="00C04929" w:rsidRDefault="00E213DE" w:rsidP="00C04929">
            <w:pPr>
              <w:pStyle w:val="Listenabsatz"/>
              <w:numPr>
                <w:ilvl w:val="0"/>
                <w:numId w:val="17"/>
              </w:numPr>
              <w:spacing w:after="80"/>
              <w:ind w:left="584" w:hanging="357"/>
              <w:contextualSpacing w:val="0"/>
              <w:rPr>
                <w:rFonts w:ascii="Aptos" w:hAnsi="Aptos" w:cs="Calibri"/>
              </w:rPr>
            </w:pPr>
            <w:r w:rsidRPr="00C04929">
              <w:rPr>
                <w:rFonts w:ascii="Aptos" w:hAnsi="Aptos" w:cs="Calibri"/>
              </w:rPr>
              <w:t>Ich  trete  auf  den  Platz  vor  dem  Gebäude  der  von  alten  Linden  gesäumt  ist  während  die  Fassade  des  Museums  die  im  Sonnenlicht  schimmert  einen  ersten  Eindruck  von  der  Ausstellung  vermittelt.</w:t>
            </w:r>
          </w:p>
        </w:tc>
      </w:tr>
    </w:tbl>
    <w:p w14:paraId="56CEE942" w14:textId="77777777" w:rsidR="00E213DE" w:rsidRDefault="00E213DE" w:rsidP="00E213DE">
      <w:pPr>
        <w:pStyle w:val="StandardWeb"/>
        <w:spacing w:before="0" w:beforeAutospacing="0" w:after="200" w:afterAutospacing="0"/>
      </w:pPr>
    </w:p>
    <w:tbl>
      <w:tblPr>
        <w:tblW w:w="0" w:type="auto"/>
        <w:tblBorders>
          <w:top w:val="single" w:sz="4" w:space="0" w:color="E0E0E0"/>
          <w:left w:val="single" w:sz="4" w:space="0" w:color="E0E0E0"/>
          <w:bottom w:val="single" w:sz="4" w:space="0" w:color="E0E0E0"/>
          <w:right w:val="single" w:sz="4" w:space="0" w:color="E0E0E0"/>
          <w:insideH w:val="nil"/>
          <w:insideV w:val="nil"/>
        </w:tblBorders>
        <w:shd w:val="clear" w:color="auto" w:fill="FFFFF0"/>
        <w:tblCellMar>
          <w:left w:w="340" w:type="dxa"/>
          <w:right w:w="227" w:type="dxa"/>
        </w:tblCellMar>
        <w:tblLook w:val="04A0" w:firstRow="1" w:lastRow="0" w:firstColumn="1" w:lastColumn="0" w:noHBand="0" w:noVBand="1"/>
      </w:tblPr>
      <w:tblGrid>
        <w:gridCol w:w="10055"/>
      </w:tblGrid>
      <w:tr w:rsidR="00E213DE" w:rsidRPr="008436D8" w14:paraId="1521B027" w14:textId="77777777" w:rsidTr="00C04929">
        <w:tc>
          <w:tcPr>
            <w:tcW w:w="10055" w:type="dxa"/>
            <w:tcBorders>
              <w:top w:val="single" w:sz="4" w:space="0" w:color="BFBFBF" w:themeColor="background1" w:themeShade="BF"/>
              <w:left w:val="single" w:sz="12" w:space="0" w:color="860000"/>
              <w:right w:val="single" w:sz="4" w:space="0" w:color="BFBFBF" w:themeColor="background1" w:themeShade="BF"/>
            </w:tcBorders>
            <w:shd w:val="clear" w:color="auto" w:fill="FFFFF0"/>
          </w:tcPr>
          <w:p w14:paraId="5AD76A9B" w14:textId="77777777" w:rsidR="00E213DE" w:rsidRPr="00D336C4" w:rsidRDefault="00E213DE" w:rsidP="00D17BD0">
            <w:pPr>
              <w:pStyle w:val="MK4TaskH"/>
              <w:spacing w:before="80" w:after="160"/>
              <w:rPr>
                <w:rFonts w:cs="Calibri"/>
                <w:lang w:val="de-DE"/>
              </w:rPr>
            </w:pPr>
            <w:r>
              <w:rPr>
                <w:rFonts w:cs="Calibri"/>
                <w:noProof/>
              </w:rPr>
              <w:t>Aufgabe 6</w:t>
            </w:r>
            <w:r>
              <w:rPr>
                <w:lang w:val="de-DE"/>
              </w:rPr>
              <w:t xml:space="preserve"> – </w:t>
            </w:r>
            <w:r w:rsidRPr="00D336C4">
              <w:rPr>
                <w:rFonts w:cs="Calibri"/>
                <w:lang w:val="de-DE"/>
              </w:rPr>
              <w:t xml:space="preserve">Ergänze </w:t>
            </w:r>
            <w:r w:rsidRPr="00D336C4">
              <w:rPr>
                <w:rFonts w:cs="Calibri"/>
                <w:u w:val="single" w:color="000000" w:themeColor="text1"/>
                <w:lang w:val="de-DE"/>
              </w:rPr>
              <w:t>alle</w:t>
            </w:r>
            <w:r w:rsidRPr="00D336C4">
              <w:rPr>
                <w:rFonts w:cs="Calibri"/>
                <w:lang w:val="de-DE"/>
              </w:rPr>
              <w:t xml:space="preserve"> fehlenden Satzzeichen ( . / , / ! / ?) </w:t>
            </w:r>
          </w:p>
        </w:tc>
      </w:tr>
      <w:tr w:rsidR="00E213DE" w:rsidRPr="008436D8" w14:paraId="76D906C4" w14:textId="77777777" w:rsidTr="00C04929">
        <w:tc>
          <w:tcPr>
            <w:tcW w:w="10055" w:type="dxa"/>
            <w:tcBorders>
              <w:left w:val="single" w:sz="12" w:space="0" w:color="860000"/>
              <w:bottom w:val="single" w:sz="4" w:space="0" w:color="BFBFBF" w:themeColor="background1" w:themeShade="BF"/>
              <w:right w:val="single" w:sz="4" w:space="0" w:color="BFBFBF" w:themeColor="background1" w:themeShade="BF"/>
            </w:tcBorders>
            <w:shd w:val="clear" w:color="auto" w:fill="FFFFF0"/>
          </w:tcPr>
          <w:p w14:paraId="486F749A" w14:textId="77777777" w:rsidR="00E213DE" w:rsidRPr="00C611AC" w:rsidRDefault="00E213DE" w:rsidP="00D17BD0">
            <w:pPr>
              <w:pStyle w:val="Listenabsatz"/>
              <w:spacing w:after="120" w:line="312" w:lineRule="auto"/>
              <w:ind w:left="0"/>
              <w:jc w:val="both"/>
              <w:rPr>
                <w:rFonts w:ascii="Aptos" w:hAnsi="Aptos" w:cstheme="majorHAnsi"/>
              </w:rPr>
            </w:pPr>
            <w:r w:rsidRPr="00C611AC">
              <w:rPr>
                <w:rFonts w:ascii="Aptos" w:hAnsi="Aptos" w:cs="Calibri"/>
              </w:rPr>
              <w:t>Während  ich  in  der  Schlange  stehe  die  sich  langsam  vor  dem  großen  steinernen  Eingang  des  Museums  windet  unterhält  sich  ein  älteres  Paar  das  vor  mir  wartet  leise  über  die  Ausstellung  Die  Kinder  die  neben  ihnen  stehen  zappeln  so  ungeduldig  dass  es  den  Eltern  schon  etwas  peinlich  wird  während  die  warme  Herbstsonne  die  zwischen  den  Bäumen  vor  dem  Gebäude  durchscheint  das  alte  Kopfsteinpflaster  in  goldene  Flecken  taucht  Ob  ich  wohl  noch  lange  in  der  Schlange  warten  muss</w:t>
            </w:r>
          </w:p>
        </w:tc>
      </w:tr>
    </w:tbl>
    <w:p w14:paraId="3EF97610" w14:textId="77777777" w:rsidR="00257E26" w:rsidRDefault="00257E26">
      <w:r>
        <w:br w:type="page"/>
      </w:r>
    </w:p>
    <w:tbl>
      <w:tblPr>
        <w:tblStyle w:val="Tabellenraster"/>
        <w:tblpPr w:leftFromText="141" w:rightFromText="141" w:vertAnchor="text" w:horzAnchor="margin" w:tblpY="-50"/>
        <w:tblW w:w="1004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113" w:type="dxa"/>
          <w:right w:w="0" w:type="dxa"/>
        </w:tblCellMar>
        <w:tblLook w:val="04A0" w:firstRow="1" w:lastRow="0" w:firstColumn="1" w:lastColumn="0" w:noHBand="0" w:noVBand="1"/>
      </w:tblPr>
      <w:tblGrid>
        <w:gridCol w:w="1134"/>
        <w:gridCol w:w="5103"/>
        <w:gridCol w:w="3798"/>
        <w:gridCol w:w="7"/>
      </w:tblGrid>
      <w:tr w:rsidR="00257E26" w14:paraId="7E91861B" w14:textId="77777777" w:rsidTr="00F362CC">
        <w:trPr>
          <w:gridAfter w:val="1"/>
          <w:wAfter w:w="7" w:type="dxa"/>
          <w:trHeight w:val="851"/>
        </w:trPr>
        <w:tc>
          <w:tcPr>
            <w:tcW w:w="6237" w:type="dxa"/>
            <w:gridSpan w:val="2"/>
            <w:tcBorders>
              <w:left w:val="single" w:sz="48" w:space="0" w:color="860000"/>
            </w:tcBorders>
            <w:shd w:val="clear" w:color="auto" w:fill="auto"/>
            <w:vAlign w:val="center"/>
          </w:tcPr>
          <w:p w14:paraId="0D22BC52" w14:textId="77777777" w:rsidR="00257E26" w:rsidRPr="00B54568" w:rsidRDefault="00257E26" w:rsidP="00F362CC">
            <w:r w:rsidRPr="00F45647">
              <w:rPr>
                <w:noProof/>
                <w:sz w:val="24"/>
                <w:szCs w:val="24"/>
              </w:rPr>
              <w:lastRenderedPageBreak/>
              <mc:AlternateContent>
                <mc:Choice Requires="wpg">
                  <w:drawing>
                    <wp:anchor distT="0" distB="0" distL="114300" distR="114300" simplePos="0" relativeHeight="251693056" behindDoc="1" locked="0" layoutInCell="1" allowOverlap="1" wp14:anchorId="34EBF0C3" wp14:editId="5A80296D">
                      <wp:simplePos x="0" y="0"/>
                      <wp:positionH relativeFrom="column">
                        <wp:posOffset>-56515</wp:posOffset>
                      </wp:positionH>
                      <wp:positionV relativeFrom="page">
                        <wp:posOffset>6350</wp:posOffset>
                      </wp:positionV>
                      <wp:extent cx="3777615" cy="466725"/>
                      <wp:effectExtent l="57150" t="19050" r="70485" b="104775"/>
                      <wp:wrapNone/>
                      <wp:docPr id="12" name="Gruppieren 12"/>
                      <wp:cNvGraphicFramePr/>
                      <a:graphic xmlns:a="http://schemas.openxmlformats.org/drawingml/2006/main">
                        <a:graphicData uri="http://schemas.microsoft.com/office/word/2010/wordprocessingGroup">
                          <wpg:wgp>
                            <wpg:cNvGrpSpPr/>
                            <wpg:grpSpPr>
                              <a:xfrm>
                                <a:off x="0" y="0"/>
                                <a:ext cx="3777615" cy="466725"/>
                                <a:chOff x="40790" y="6798"/>
                                <a:chExt cx="3900919" cy="467045"/>
                              </a:xfrm>
                            </wpg:grpSpPr>
                            <wps:wsp>
                              <wps:cNvPr id="20" name="Pfeil: Fünfeck 20"/>
                              <wps:cNvSpPr/>
                              <wps:spPr>
                                <a:xfrm>
                                  <a:off x="40790" y="6798"/>
                                  <a:ext cx="1746878" cy="467045"/>
                                </a:xfrm>
                                <a:prstGeom prst="homePlate">
                                  <a:avLst>
                                    <a:gd name="adj" fmla="val 32351"/>
                                  </a:avLst>
                                </a:prstGeom>
                                <a:solidFill>
                                  <a:srgbClr val="FFE7E7"/>
                                </a:solidFill>
                                <a:ln w="12700">
                                  <a:solidFill>
                                    <a:schemeClr val="bg1">
                                      <a:lumMod val="75000"/>
                                    </a:schemeClr>
                                  </a:solidFill>
                                </a:ln>
                              </wps:spPr>
                              <wps:style>
                                <a:lnRef idx="1">
                                  <a:schemeClr val="accent1"/>
                                </a:lnRef>
                                <a:fillRef idx="3">
                                  <a:schemeClr val="accent1"/>
                                </a:fillRef>
                                <a:effectRef idx="2">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3" name="Pfeil: Chevron 23"/>
                              <wps:cNvSpPr/>
                              <wps:spPr>
                                <a:xfrm>
                                  <a:off x="1738216" y="6798"/>
                                  <a:ext cx="2203493" cy="467045"/>
                                </a:xfrm>
                                <a:prstGeom prst="chevron">
                                  <a:avLst>
                                    <a:gd name="adj" fmla="val 32351"/>
                                  </a:avLst>
                                </a:prstGeom>
                                <a:solidFill>
                                  <a:srgbClr val="FFE7E7"/>
                                </a:solidFill>
                                <a:ln w="12700">
                                  <a:solidFill>
                                    <a:schemeClr val="bg1">
                                      <a:lumMod val="75000"/>
                                    </a:schemeClr>
                                  </a:solidFill>
                                </a:ln>
                              </wps:spPr>
                              <wps:style>
                                <a:lnRef idx="1">
                                  <a:schemeClr val="accent1"/>
                                </a:lnRef>
                                <a:fillRef idx="3">
                                  <a:schemeClr val="accent1"/>
                                </a:fillRef>
                                <a:effectRef idx="2">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8" name="Textfeld 2"/>
                              <wps:cNvSpPr txBox="1">
                                <a:spLocks noChangeArrowheads="1"/>
                              </wps:cNvSpPr>
                              <wps:spPr bwMode="auto">
                                <a:xfrm>
                                  <a:off x="2107236" y="93262"/>
                                  <a:ext cx="1465727" cy="301152"/>
                                </a:xfrm>
                                <a:prstGeom prst="rect">
                                  <a:avLst/>
                                </a:prstGeom>
                                <a:noFill/>
                                <a:ln w="9525">
                                  <a:noFill/>
                                  <a:miter lim="800000"/>
                                  <a:headEnd/>
                                  <a:tailEnd/>
                                </a:ln>
                              </wps:spPr>
                              <wps:txbx>
                                <w:txbxContent>
                                  <w:p w14:paraId="046DDE6B" w14:textId="19E6272B" w:rsidR="00257E26" w:rsidRPr="00257E26" w:rsidRDefault="00257E26" w:rsidP="00257E26">
                                    <w:pPr>
                                      <w:spacing w:after="0" w:line="240" w:lineRule="auto"/>
                                      <w:rPr>
                                        <w:rFonts w:ascii="Abadi" w:hAnsi="Abadi" w:cstheme="majorHAnsi"/>
                                        <w:b/>
                                        <w:bCs/>
                                        <w:color w:val="FF0000"/>
                                        <w:sz w:val="40"/>
                                        <w:szCs w:val="40"/>
                                      </w:rPr>
                                    </w:pPr>
                                    <w:r w:rsidRPr="00257E26">
                                      <w:rPr>
                                        <w:rFonts w:ascii="Abadi" w:hAnsi="Abadi" w:cstheme="majorHAnsi"/>
                                        <w:b/>
                                        <w:bCs/>
                                        <w:color w:val="FF0000"/>
                                        <w:sz w:val="40"/>
                                        <w:szCs w:val="40"/>
                                      </w:rPr>
                                      <w:t>LÖSUNG</w:t>
                                    </w:r>
                                  </w:p>
                                </w:txbxContent>
                              </wps:txbx>
                              <wps:bodyPr rot="0" vert="horz" wrap="square" lIns="0" tIns="0" rIns="0" bIns="0" anchor="t" anchorCtr="0">
                                <a:noAutofit/>
                              </wps:bodyPr>
                            </wps:wsp>
                            <wps:wsp>
                              <wps:cNvPr id="29" name="Textfeld 2"/>
                              <wps:cNvSpPr txBox="1">
                                <a:spLocks noChangeArrowheads="1"/>
                              </wps:cNvSpPr>
                              <wps:spPr bwMode="auto">
                                <a:xfrm>
                                  <a:off x="205045" y="42433"/>
                                  <a:ext cx="1327942" cy="387457"/>
                                </a:xfrm>
                                <a:prstGeom prst="rect">
                                  <a:avLst/>
                                </a:prstGeom>
                                <a:noFill/>
                                <a:ln w="9525">
                                  <a:noFill/>
                                  <a:miter lim="800000"/>
                                  <a:headEnd/>
                                  <a:tailEnd/>
                                </a:ln>
                              </wps:spPr>
                              <wps:txbx>
                                <w:txbxContent>
                                  <w:p w14:paraId="05FA4F78" w14:textId="77777777" w:rsidR="00257E26" w:rsidRPr="00257E26" w:rsidRDefault="00257E26" w:rsidP="00257E26">
                                    <w:pPr>
                                      <w:spacing w:after="0" w:line="240" w:lineRule="auto"/>
                                      <w:rPr>
                                        <w:rFonts w:ascii="Abadi" w:hAnsi="Abadi" w:cstheme="majorHAnsi"/>
                                        <w:b/>
                                        <w:bCs/>
                                        <w:color w:val="FF0000"/>
                                        <w:sz w:val="40"/>
                                        <w:szCs w:val="40"/>
                                      </w:rPr>
                                    </w:pPr>
                                    <w:r w:rsidRPr="00257E26">
                                      <w:rPr>
                                        <w:rFonts w:ascii="Abadi" w:hAnsi="Abadi" w:cstheme="majorHAnsi"/>
                                        <w:b/>
                                        <w:bCs/>
                                        <w:color w:val="FF0000"/>
                                        <w:sz w:val="40"/>
                                        <w:szCs w:val="40"/>
                                      </w:rPr>
                                      <w:t>Deutsch 7</w:t>
                                    </w:r>
                                  </w:p>
                                </w:txbxContent>
                              </wps:txbx>
                              <wps:bodyPr rot="0" vert="horz" wrap="square" lIns="0" tIns="0" rIns="0" bIns="0" anchor="ctr" anchorCtr="0">
                                <a:noAutofit/>
                              </wps:bodyPr>
                            </wps:wsp>
                          </wpg:wgp>
                        </a:graphicData>
                      </a:graphic>
                      <wp14:sizeRelH relativeFrom="margin">
                        <wp14:pctWidth>0</wp14:pctWidth>
                      </wp14:sizeRelH>
                      <wp14:sizeRelV relativeFrom="margin">
                        <wp14:pctHeight>0</wp14:pctHeight>
                      </wp14:sizeRelV>
                    </wp:anchor>
                  </w:drawing>
                </mc:Choice>
                <mc:Fallback>
                  <w:pict>
                    <v:group w14:anchorId="34EBF0C3" id="Gruppieren 12" o:spid="_x0000_s1032" style="position:absolute;margin-left:-4.45pt;margin-top:.5pt;width:297.45pt;height:36.75pt;z-index:-251623424;mso-position-vertical-relative:page;mso-width-relative:margin;mso-height-relative:margin" coordorigin="407,67" coordsize="39009,46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">
                      <v:shapetype id="_x0000_t15" coordsize="21600,21600" o:spt="15" adj="16200" path="m@0,l,,,21600@0,21600,21600,10800xe">
                        <v:stroke joinstyle="miter"/>
                        <v:formulas>
                          <v:f eqn="val #0"/>
                          <v:f eqn="prod #0 1 2"/>
                        </v:formulas>
                        <v:path gradientshapeok="t" o:connecttype="custom" o:connectlocs="@1,0;0,10800;@1,21600;21600,10800" o:connectangles="270,180,90,0" textboxrect="0,0,10800,21600;0,0,16200,21600;0,0,21600,21600"/>
                        <v:handles>
                          <v:h position="#0,topLeft" xrange="0,21600"/>
                        </v:handles>
                      </v:shapetype>
                      <v:shape id="Pfeil: Fünfeck 20" o:spid="_x0000_s1033" type="#_x0000_t15" style="position:absolute;left:407;top:67;width:17469;height:467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" adj="19732" fillcolor="#ffe7e7" strokecolor="#bfbfbf [2412]" strokeweight="1pt">
                        <v:shadow on="t" color="black" opacity="22937f" origin=",.5" offset="0,.63889mm"/>
                      </v:shape>
                      <v:shapetype id="_x0000_t55" coordsize="21600,21600" o:spt="55" adj="16200" path="m@0,l,0@1,10800,,21600@0,21600,21600,10800xe">
                        <v:stroke joinstyle="miter"/>
                        <v:formulas>
                          <v:f eqn="val #0"/>
                          <v:f eqn="sum 21600 0 @0"/>
                          <v:f eqn="prod #0 1 2"/>
                        </v:formulas>
                        <v:path o:connecttype="custom" o:connectlocs="@2,0;@1,10800;@2,21600;21600,10800" o:connectangles="270,180,90,0" textboxrect="0,0,10800,21600;0,0,16200,21600;0,0,21600,21600"/>
                        <v:handles>
                          <v:h position="#0,topLeft" xrange="0,21600"/>
                        </v:handles>
                      </v:shapetype>
                      <v:shape id="Pfeil: Chevron 23" o:spid="_x0000_s1034" type="#_x0000_t55" style="position:absolute;left:17382;top:67;width:22035;height:467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" adj="20119" fillcolor="#ffe7e7" strokecolor="#bfbfbf [2412]" strokeweight="1pt">
                        <v:shadow on="t" color="black" opacity="22937f" origin=",.5" offset="0,.63889mm"/>
                      </v:shape>
                      <v:shapetype id="_x0000_t202" coordsize="21600,21600" o:spt="202" path="m,l,21600r21600,l21600,xe">
                        <v:stroke joinstyle="miter"/>
                        <v:path gradientshapeok="t" o:connecttype="rect"/>
                      </v:shapetype>
                      <v:shape id="_x0000_s1035" type="#_x0000_t202" style="position:absolute;left:21072;top:932;width:14657;height:301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" filled="f" stroked="f">
                        <v:textbox inset="0,0,0,0">
                          <w:txbxContent>
                            <w:p w14:paraId="046DDE6B" w14:textId="19E6272B" w:rsidR="00257E26" w:rsidRPr="00257E26" w:rsidRDefault="00257E26" w:rsidP="00257E26">
                              <w:pPr>
                                <w:spacing w:after="0" w:line="240" w:lineRule="auto"/>
                                <w:rPr>
                                  <w:rFonts w:ascii="Abadi" w:hAnsi="Abadi" w:cstheme="majorHAnsi"/>
                                  <w:b/>
                                  <w:bCs/>
                                  <w:color w:val="FF0000"/>
                                  <w:sz w:val="40"/>
                                  <w:szCs w:val="40"/>
                                </w:rPr>
                              </w:pPr>
                              <w:r w:rsidRPr="00257E26">
                                <w:rPr>
                                  <w:rFonts w:ascii="Abadi" w:hAnsi="Abadi" w:cstheme="majorHAnsi"/>
                                  <w:b/>
                                  <w:bCs/>
                                  <w:color w:val="FF0000"/>
                                  <w:sz w:val="40"/>
                                  <w:szCs w:val="40"/>
                                </w:rPr>
                                <w:t>LÖSUNG</w:t>
                              </w:r>
                            </w:p>
                          </w:txbxContent>
                        </v:textbox>
                      </v:shape>
                      <v:shape id="_x0000_s1036" type="#_x0000_t202" style="position:absolute;left:2050;top:424;width:13279;height:387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" filled="f" stroked="f">
                        <v:textbox inset="0,0,0,0">
                          <w:txbxContent>
                            <w:p w14:paraId="05FA4F78" w14:textId="77777777" w:rsidR="00257E26" w:rsidRPr="00257E26" w:rsidRDefault="00257E26" w:rsidP="00257E26">
                              <w:pPr>
                                <w:spacing w:after="0" w:line="240" w:lineRule="auto"/>
                                <w:rPr>
                                  <w:rFonts w:ascii="Abadi" w:hAnsi="Abadi" w:cstheme="majorHAnsi"/>
                                  <w:b/>
                                  <w:bCs/>
                                  <w:color w:val="FF0000"/>
                                  <w:sz w:val="40"/>
                                  <w:szCs w:val="40"/>
                                </w:rPr>
                              </w:pPr>
                              <w:r w:rsidRPr="00257E26">
                                <w:rPr>
                                  <w:rFonts w:ascii="Abadi" w:hAnsi="Abadi" w:cstheme="majorHAnsi"/>
                                  <w:b/>
                                  <w:bCs/>
                                  <w:color w:val="FF0000"/>
                                  <w:sz w:val="40"/>
                                  <w:szCs w:val="40"/>
                                </w:rPr>
                                <w:t>Deutsch 7</w:t>
                              </w:r>
                            </w:p>
                          </w:txbxContent>
                        </v:textbox>
                      </v:shape>
                      <w10:wrap anchory="page"/>
                    </v:group>
                  </w:pict>
                </mc:Fallback>
              </mc:AlternateContent>
            </w:r>
          </w:p>
        </w:tc>
        <w:tc>
          <w:tcPr>
            <w:tcW w:w="3798" w:type="dxa"/>
            <w:vAlign w:val="bottom"/>
          </w:tcPr>
          <w:p w14:paraId="089F4752" w14:textId="77777777" w:rsidR="00257E26" w:rsidRDefault="00257E26" w:rsidP="00F362CC">
            <w:pPr>
              <w:pStyle w:val="MK4Meta"/>
              <w:spacing w:after="160"/>
              <w:jc w:val="right"/>
              <w:rPr>
                <w:rFonts w:ascii="Aptos" w:hAnsi="Aptos"/>
                <w:sz w:val="22"/>
                <w:szCs w:val="24"/>
              </w:rPr>
            </w:pPr>
            <w:proofErr w:type="spellStart"/>
            <w:r w:rsidRPr="00A70BA7">
              <w:rPr>
                <w:rFonts w:ascii="Aptos" w:hAnsi="Aptos"/>
                <w:sz w:val="22"/>
                <w:szCs w:val="24"/>
              </w:rPr>
              <w:t>Klasse</w:t>
            </w:r>
            <w:proofErr w:type="spellEnd"/>
            <w:r w:rsidRPr="00A70BA7">
              <w:rPr>
                <w:rFonts w:ascii="Aptos" w:hAnsi="Aptos"/>
                <w:sz w:val="22"/>
                <w:szCs w:val="24"/>
              </w:rPr>
              <w:t>: ____</w:t>
            </w:r>
            <w:r>
              <w:rPr>
                <w:rFonts w:ascii="Aptos" w:hAnsi="Aptos"/>
                <w:sz w:val="22"/>
                <w:szCs w:val="24"/>
              </w:rPr>
              <w:t xml:space="preserve">   </w:t>
            </w:r>
            <w:r w:rsidRPr="00A70BA7">
              <w:rPr>
                <w:rFonts w:ascii="Aptos" w:hAnsi="Aptos"/>
                <w:sz w:val="22"/>
                <w:szCs w:val="24"/>
              </w:rPr>
              <w:t>Datum:</w:t>
            </w:r>
            <w:r>
              <w:rPr>
                <w:rFonts w:ascii="Aptos" w:hAnsi="Aptos"/>
                <w:sz w:val="22"/>
                <w:szCs w:val="24"/>
              </w:rPr>
              <w:t xml:space="preserve"> ________________</w:t>
            </w:r>
          </w:p>
          <w:p w14:paraId="617FCABC" w14:textId="77777777" w:rsidR="00257E26" w:rsidRPr="00A70BA7" w:rsidRDefault="00257E26" w:rsidP="00F362CC">
            <w:pPr>
              <w:pStyle w:val="MK4Meta"/>
              <w:spacing w:after="60"/>
              <w:jc w:val="right"/>
            </w:pPr>
            <w:r w:rsidRPr="00A70BA7">
              <w:rPr>
                <w:rFonts w:ascii="Aptos" w:hAnsi="Aptos"/>
                <w:sz w:val="22"/>
                <w:szCs w:val="24"/>
              </w:rPr>
              <w:t>Name:</w:t>
            </w:r>
            <w:r>
              <w:rPr>
                <w:rFonts w:ascii="Aptos" w:hAnsi="Aptos"/>
                <w:sz w:val="22"/>
                <w:szCs w:val="24"/>
              </w:rPr>
              <w:t xml:space="preserve">  _____________________________</w:t>
            </w:r>
          </w:p>
        </w:tc>
      </w:tr>
      <w:tr w:rsidR="00257E26" w14:paraId="3F039BC5" w14:textId="77777777" w:rsidTr="00F362CC">
        <w:trPr>
          <w:trHeight w:val="113"/>
        </w:trPr>
        <w:tc>
          <w:tcPr>
            <w:tcW w:w="10042" w:type="dxa"/>
            <w:gridSpan w:val="4"/>
            <w:tcBorders>
              <w:left w:val="single" w:sz="48" w:space="0" w:color="860000"/>
            </w:tcBorders>
          </w:tcPr>
          <w:p w14:paraId="2FD2A4A8" w14:textId="77777777" w:rsidR="00257E26" w:rsidRPr="00CB7335" w:rsidRDefault="00257E26" w:rsidP="00F362CC">
            <w:pPr>
              <w:pStyle w:val="MK4Title"/>
              <w:spacing w:after="0"/>
              <w:rPr>
                <w:sz w:val="10"/>
                <w:szCs w:val="4"/>
              </w:rPr>
            </w:pPr>
          </w:p>
        </w:tc>
      </w:tr>
      <w:tr w:rsidR="00257E26" w:rsidRPr="008436D8" w14:paraId="239E3C64" w14:textId="77777777" w:rsidTr="00F362CC">
        <w:trPr>
          <w:trHeight w:val="510"/>
        </w:trPr>
        <w:tc>
          <w:tcPr>
            <w:tcW w:w="1134" w:type="dxa"/>
            <w:vMerge w:val="restart"/>
            <w:tcBorders>
              <w:left w:val="single" w:sz="48" w:space="0" w:color="860000"/>
              <w:bottom w:val="single" w:sz="18" w:space="0" w:color="860000"/>
            </w:tcBorders>
            <w:shd w:val="clear" w:color="auto" w:fill="DEDEDE"/>
            <w:vAlign w:val="center"/>
          </w:tcPr>
          <w:p w14:paraId="087BAD23" w14:textId="70E879FB" w:rsidR="00257E26" w:rsidRPr="008436D8" w:rsidRDefault="00E67473" w:rsidP="00F362CC">
            <w:pPr>
              <w:pStyle w:val="MK4Title"/>
              <w:spacing w:after="0"/>
              <w:jc w:val="right"/>
              <w:rPr>
                <w:i/>
                <w:iCs/>
                <w:sz w:val="28"/>
                <w:szCs w:val="20"/>
                <w:lang w:val="de-DE"/>
              </w:rPr>
            </w:pPr>
            <w:r w:rsidRPr="008436D8">
              <w:rPr>
                <w:noProof/>
                <w:lang w:val="de-DE"/>
              </w:rPr>
              <w:drawing>
                <wp:inline distT="0" distB="0" distL="0" distR="0" wp14:anchorId="219C9589" wp14:editId="0F216C49">
                  <wp:extent cx="586800" cy="691200"/>
                  <wp:effectExtent l="0" t="0" r="0" b="0"/>
                  <wp:docPr id="41" name="Grafik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rotWithShape="1">
                          <a:blip r:embed="rId8">
                            <a:extLst>
                              <a:ext uri="{BEBA8EAE-BF5A-486C-A8C5-ECC9F3942E4B}">
                                <a14:imgProps xmlns:a14="http://schemas.microsoft.com/office/drawing/2010/main">
                                  <a14:imgLayer r:embed="rId9">
                                    <a14:imgEffect>
                                      <a14:backgroundRemoval t="4353" b="89964" l="5023" r="90411">
                                        <a14:foregroundMark x1="34551" y1="9794" x2="50989" y2="6651"/>
                                        <a14:foregroundMark x1="50989" y1="6651" x2="57839" y2="8343"/>
                                        <a14:foregroundMark x1="18569" y1="22128" x2="14003" y2="31439"/>
                                        <a14:foregroundMark x1="14003" y1="31439" x2="19939" y2="43652"/>
                                        <a14:foregroundMark x1="76256" y1="37243" x2="76865" y2="23821"/>
                                        <a14:foregroundMark x1="76256" y1="23096" x2="74429" y2="17533"/>
                                        <a14:foregroundMark x1="59665" y1="7013" x2="52511" y2="5320"/>
                                        <a14:foregroundMark x1="56164" y1="5441" x2="31507" y2="6530"/>
                                        <a14:foregroundMark x1="31507" y1="6530" x2="20244" y2="15357"/>
                                        <a14:foregroundMark x1="12785" y1="32164" x2="15982" y2="40629"/>
                                        <a14:foregroundMark x1="70167" y1="49335" x2="87062" y2="65417"/>
                                        <a14:foregroundMark x1="87062" y1="65417" x2="85540" y2="77388"/>
                                        <a14:foregroundMark x1="85540" y1="77388" x2="74125" y2="84885"/>
                                        <a14:foregroundMark x1="74125" y1="84885" x2="57534" y2="89964"/>
                                        <a14:foregroundMark x1="57534" y1="89964" x2="33942" y2="90810"/>
                                        <a14:foregroundMark x1="33942" y1="90810" x2="20852" y2="85732"/>
                                        <a14:foregroundMark x1="20852" y1="85732" x2="7915" y2="76542"/>
                                        <a14:foregroundMark x1="7915" y1="76542" x2="11416" y2="67352"/>
                                        <a14:foregroundMark x1="11416" y1="67352" x2="22070" y2="57316"/>
                                        <a14:foregroundMark x1="22070" y1="57316" x2="25266" y2="55744"/>
                                        <a14:foregroundMark x1="5023" y1="72914" x2="10046" y2="66747"/>
                                        <a14:foregroundMark x1="22831" y1="49456" x2="15373" y2="39299"/>
                                        <a14:foregroundMark x1="15373" y1="39299" x2="13242" y2="27932"/>
                                        <a14:foregroundMark x1="13242" y1="27932" x2="24810" y2="10036"/>
                                        <a14:foregroundMark x1="24810" y1="10036" x2="42314" y2="5079"/>
                                        <a14:foregroundMark x1="42314" y1="5079" x2="58600" y2="6771"/>
                                        <a14:foregroundMark x1="58600" y1="6771" x2="69711" y2="10520"/>
                                        <a14:foregroundMark x1="69711" y1="10520" x2="76865" y2="25877"/>
                                        <a14:foregroundMark x1="76865" y1="25877" x2="70167" y2="39178"/>
                                        <a14:foregroundMark x1="70167" y1="39178" x2="90411" y2="71221"/>
                                        <a14:foregroundMark x1="90411" y1="71221" x2="87215" y2="77025"/>
                                        <a14:foregroundMark x1="15982" y1="61548" x2="25875" y2="53325"/>
                                        <a14:foregroundMark x1="25875" y1="53325" x2="25875" y2="53083"/>
                                        <a14:foregroundMark x1="15525" y1="21161" x2="12177" y2="33615"/>
                                        <a14:foregroundMark x1="12177" y1="33615" x2="13090" y2="34946"/>
                                        <a14:foregroundMark x1="20700" y1="13422" x2="34551" y2="5200"/>
                                        <a14:foregroundMark x1="34551" y1="5200" x2="50989" y2="4716"/>
                                        <a14:foregroundMark x1="50989" y1="4716" x2="55403" y2="5320"/>
                                        <a14:foregroundMark x1="39726" y1="4353" x2="48554" y2="4353"/>
                                        <a14:foregroundMark x1="19330" y1="16566" x2="19482" y2="14389"/>
                                        <a14:backgroundMark x1="2588" y1="26844" x2="3805" y2="28537"/>
                                        <a14:backgroundMark x1="94825" y1="5683" x2="98935" y2="14994"/>
                                        <a14:backgroundMark x1="98935" y1="14994" x2="93455" y2="23458"/>
                                        <a14:backgroundMark x1="97565" y1="89601" x2="96956" y2="82346"/>
                                        <a14:backgroundMark x1="90107" y1="49698" x2="92085" y2="50302"/>
                                        <a14:backgroundMark x1="83714" y1="90447" x2="84932" y2="88271"/>
                                      </a14:backgroundRemoval>
                                    </a14:imgEffect>
                                  </a14:imgLayer>
                                </a14:imgProps>
                              </a:ext>
                              <a:ext uri="{28A0092B-C50C-407E-A947-70E740481C1C}">
                                <a14:useLocalDpi xmlns:a14="http://schemas.microsoft.com/office/drawing/2010/main" val="0"/>
                              </a:ext>
                            </a:extLst>
                          </a:blip>
                          <a:srcRect b="6402"/>
                          <a:stretch/>
                        </pic:blipFill>
                        <pic:spPr bwMode="auto">
                          <a:xfrm>
                            <a:off x="0" y="0"/>
                            <a:ext cx="586800" cy="691200"/>
                          </a:xfrm>
                          <a:prstGeom prst="rect">
                            <a:avLst/>
                          </a:prstGeom>
                          <a:noFill/>
                          <a:ln>
                            <a:noFill/>
                          </a:ln>
                          <a:extLst>
                            <a:ext uri="{53640926-AAD7-44D8-BBD7-CCE9431645EC}">
                              <a14:shadowObscured xmlns:a14="http://schemas.microsoft.com/office/drawing/2010/main"/>
                            </a:ext>
                          </a:extLst>
                        </pic:spPr>
                      </pic:pic>
                    </a:graphicData>
                  </a:graphic>
                </wp:inline>
              </w:drawing>
            </w:r>
          </w:p>
        </w:tc>
        <w:tc>
          <w:tcPr>
            <w:tcW w:w="8908" w:type="dxa"/>
            <w:gridSpan w:val="3"/>
            <w:shd w:val="clear" w:color="auto" w:fill="DEDEDE"/>
            <w:tcMar>
              <w:left w:w="170" w:type="dxa"/>
            </w:tcMar>
          </w:tcPr>
          <w:p w14:paraId="0BADBFA8" w14:textId="4C6A6F80" w:rsidR="00257E26" w:rsidRPr="00257E26" w:rsidRDefault="00257E26" w:rsidP="00F362CC">
            <w:pPr>
              <w:pStyle w:val="MK4Title"/>
              <w:spacing w:before="360" w:after="0"/>
              <w:rPr>
                <w:rFonts w:ascii="Abadi" w:hAnsi="Abadi"/>
                <w:color w:val="FF0000"/>
                <w:sz w:val="24"/>
                <w:szCs w:val="24"/>
                <w:lang w:val="de-DE"/>
              </w:rPr>
            </w:pPr>
            <w:r w:rsidRPr="0018383E">
              <w:rPr>
                <w:rFonts w:ascii="Abadi" w:hAnsi="Abadi"/>
                <w:b w:val="0"/>
                <w:bCs/>
                <w:sz w:val="22"/>
                <w:lang w:val="de-DE"/>
              </w:rPr>
              <w:t>Themenbereich: Schilderung</w:t>
            </w:r>
            <w:r>
              <w:rPr>
                <w:rFonts w:ascii="Abadi" w:hAnsi="Abadi"/>
                <w:b w:val="0"/>
                <w:bCs/>
                <w:sz w:val="22"/>
                <w:lang w:val="de-DE"/>
              </w:rPr>
              <w:t xml:space="preserve"> </w:t>
            </w:r>
            <w:r w:rsidRPr="00BB13C5">
              <w:rPr>
                <w:rFonts w:ascii="Times New Roman" w:hAnsi="Times New Roman" w:cs="Times New Roman"/>
                <w:b w:val="0"/>
                <w:bCs/>
                <w:sz w:val="22"/>
                <w:lang w:val="de-DE"/>
              </w:rPr>
              <w:t>→</w:t>
            </w:r>
            <w:r>
              <w:rPr>
                <w:rFonts w:ascii="Abadi" w:hAnsi="Abadi"/>
                <w:b w:val="0"/>
                <w:bCs/>
                <w:sz w:val="22"/>
                <w:lang w:val="de-DE"/>
              </w:rPr>
              <w:t xml:space="preserve"> gemischte Übungen</w:t>
            </w:r>
            <w:r>
              <w:rPr>
                <w:rFonts w:ascii="Abadi" w:hAnsi="Abadi"/>
                <w:b w:val="0"/>
                <w:bCs/>
                <w:sz w:val="24"/>
                <w:szCs w:val="24"/>
                <w:lang w:val="de-DE"/>
              </w:rPr>
              <w:t xml:space="preserve"> </w:t>
            </w:r>
          </w:p>
        </w:tc>
      </w:tr>
      <w:tr w:rsidR="00257E26" w:rsidRPr="008436D8" w14:paraId="2FD659E1" w14:textId="77777777" w:rsidTr="00F362CC">
        <w:trPr>
          <w:trHeight w:val="457"/>
        </w:trPr>
        <w:tc>
          <w:tcPr>
            <w:tcW w:w="1134" w:type="dxa"/>
            <w:vMerge/>
            <w:tcBorders>
              <w:top w:val="single" w:sz="18" w:space="0" w:color="860000"/>
              <w:left w:val="single" w:sz="48" w:space="0" w:color="860000"/>
              <w:bottom w:val="single" w:sz="18" w:space="0" w:color="860000"/>
            </w:tcBorders>
            <w:shd w:val="clear" w:color="auto" w:fill="DEDEDE"/>
          </w:tcPr>
          <w:p w14:paraId="087F9030" w14:textId="77777777" w:rsidR="00257E26" w:rsidRPr="008436D8" w:rsidRDefault="00257E26" w:rsidP="00F362CC">
            <w:pPr>
              <w:pStyle w:val="MK4Title"/>
              <w:spacing w:before="360" w:after="60"/>
              <w:rPr>
                <w:b w:val="0"/>
                <w:bCs/>
                <w:i/>
                <w:iCs/>
                <w:sz w:val="20"/>
                <w:szCs w:val="20"/>
                <w:lang w:val="de-DE"/>
              </w:rPr>
            </w:pPr>
          </w:p>
        </w:tc>
        <w:tc>
          <w:tcPr>
            <w:tcW w:w="8908" w:type="dxa"/>
            <w:gridSpan w:val="3"/>
            <w:tcBorders>
              <w:bottom w:val="single" w:sz="18" w:space="0" w:color="860000"/>
            </w:tcBorders>
            <w:shd w:val="clear" w:color="auto" w:fill="DEDEDE"/>
            <w:tcMar>
              <w:left w:w="170" w:type="dxa"/>
            </w:tcMar>
          </w:tcPr>
          <w:p w14:paraId="20CB3C55" w14:textId="77777777" w:rsidR="00257E26" w:rsidRPr="005D7242" w:rsidRDefault="00257E26" w:rsidP="00F362CC">
            <w:pPr>
              <w:pStyle w:val="MK4Title"/>
              <w:spacing w:before="60" w:after="120"/>
              <w:rPr>
                <w:b w:val="0"/>
                <w:bCs/>
                <w:i/>
                <w:iCs/>
                <w:sz w:val="36"/>
                <w:szCs w:val="36"/>
                <w:lang w:val="de-DE"/>
              </w:rPr>
            </w:pPr>
            <w:r w:rsidRPr="006B0D67">
              <w:rPr>
                <w:rFonts w:ascii="Abadi" w:hAnsi="Abadi"/>
                <w:bCs/>
                <w:color w:val="0D0D0D" w:themeColor="text1" w:themeTint="F2"/>
                <w:sz w:val="36"/>
                <w:szCs w:val="36"/>
                <w:lang w:val="de-DE"/>
              </w:rPr>
              <w:t>Textsortenmerkmale, Grammatik, Zeichensetzung</w:t>
            </w:r>
          </w:p>
        </w:tc>
      </w:tr>
      <w:tr w:rsidR="00257E26" w:rsidRPr="00F45647" w14:paraId="3AF7F145" w14:textId="77777777" w:rsidTr="00F362CC">
        <w:trPr>
          <w:trHeight w:val="340"/>
        </w:trPr>
        <w:tc>
          <w:tcPr>
            <w:tcW w:w="1134" w:type="dxa"/>
            <w:tcBorders>
              <w:top w:val="single" w:sz="18" w:space="0" w:color="860000"/>
            </w:tcBorders>
            <w:shd w:val="clear" w:color="auto" w:fill="FFFFFF" w:themeFill="background1"/>
          </w:tcPr>
          <w:p w14:paraId="4D42CDC7" w14:textId="77777777" w:rsidR="00257E26" w:rsidRPr="00B11C1B" w:rsidRDefault="00257E26" w:rsidP="00F362CC">
            <w:pPr>
              <w:pStyle w:val="MK4Title"/>
              <w:spacing w:after="0"/>
              <w:rPr>
                <w:rFonts w:cs="Calibri"/>
                <w:b w:val="0"/>
                <w:bCs/>
                <w:i/>
                <w:iCs/>
                <w:sz w:val="12"/>
                <w:szCs w:val="12"/>
                <w:lang w:val="de-DE"/>
              </w:rPr>
            </w:pPr>
          </w:p>
        </w:tc>
        <w:tc>
          <w:tcPr>
            <w:tcW w:w="8908" w:type="dxa"/>
            <w:gridSpan w:val="3"/>
            <w:tcBorders>
              <w:top w:val="single" w:sz="18" w:space="0" w:color="860000"/>
            </w:tcBorders>
            <w:shd w:val="clear" w:color="auto" w:fill="FFFFFF" w:themeFill="background1"/>
          </w:tcPr>
          <w:p w14:paraId="16DD183F" w14:textId="77777777" w:rsidR="00257E26" w:rsidRPr="00F45647" w:rsidRDefault="00257E26" w:rsidP="00F362CC">
            <w:pPr>
              <w:pStyle w:val="MK4Title"/>
              <w:spacing w:before="60" w:after="60"/>
              <w:jc w:val="right"/>
              <w:rPr>
                <w:rFonts w:cs="Calibri"/>
                <w:b w:val="0"/>
                <w:color w:val="595959" w:themeColor="text1" w:themeTint="A6"/>
                <w:sz w:val="12"/>
                <w:szCs w:val="12"/>
                <w:lang w:val="de-DE"/>
              </w:rPr>
            </w:pPr>
            <w:r w:rsidRPr="00F45647">
              <w:rPr>
                <w:rFonts w:cs="Calibri"/>
                <w:b w:val="0"/>
                <w:color w:val="262626" w:themeColor="text1" w:themeTint="D9"/>
                <w:sz w:val="12"/>
                <w:szCs w:val="12"/>
                <w:lang w:val="de-DE"/>
              </w:rPr>
              <w:t xml:space="preserve"> mit „Checker-Challenges“ zur Differenzierung</w:t>
            </w:r>
          </w:p>
        </w:tc>
      </w:tr>
    </w:tbl>
    <w:p w14:paraId="54EFA960" w14:textId="1D9DFD8C" w:rsidR="00257E26" w:rsidRPr="00ED4AF8" w:rsidRDefault="00257E26" w:rsidP="009335A4">
      <w:pPr>
        <w:pStyle w:val="MK4Title"/>
        <w:spacing w:before="120" w:after="200"/>
        <w:rPr>
          <w:rFonts w:ascii="Abadi" w:hAnsi="Abadi"/>
          <w:sz w:val="26"/>
          <w:szCs w:val="26"/>
          <w:lang w:val="de-DE"/>
        </w:rPr>
      </w:pPr>
      <w:r w:rsidRPr="00ED4AF8">
        <w:rPr>
          <w:rFonts w:ascii="Abadi" w:hAnsi="Abadi"/>
          <w:sz w:val="26"/>
          <w:szCs w:val="26"/>
          <w:lang w:val="de-DE"/>
        </w:rPr>
        <w:t>Teil A – Textsortenmerkmale der Schilderung</w:t>
      </w:r>
    </w:p>
    <w:tbl>
      <w:tblPr>
        <w:tblW w:w="0" w:type="auto"/>
        <w:tblBorders>
          <w:top w:val="single" w:sz="4" w:space="0" w:color="BFBFBF" w:themeColor="background1" w:themeShade="BF"/>
          <w:left w:val="single" w:sz="12" w:space="0" w:color="860000"/>
          <w:bottom w:val="single" w:sz="4" w:space="0" w:color="BFBFBF" w:themeColor="background1" w:themeShade="BF"/>
          <w:right w:val="single" w:sz="4" w:space="0" w:color="BFBFBF" w:themeColor="background1" w:themeShade="BF"/>
        </w:tblBorders>
        <w:shd w:val="clear" w:color="auto" w:fill="FFFFE3"/>
        <w:tblCellMar>
          <w:left w:w="340" w:type="dxa"/>
          <w:right w:w="227" w:type="dxa"/>
        </w:tblCellMar>
        <w:tblLook w:val="04A0" w:firstRow="1" w:lastRow="0" w:firstColumn="1" w:lastColumn="0" w:noHBand="0" w:noVBand="1"/>
      </w:tblPr>
      <w:tblGrid>
        <w:gridCol w:w="10055"/>
      </w:tblGrid>
      <w:tr w:rsidR="00257E26" w:rsidRPr="008436D8" w14:paraId="29C35993" w14:textId="77777777" w:rsidTr="00F362CC">
        <w:trPr>
          <w:trHeight w:val="2836"/>
        </w:trPr>
        <w:tc>
          <w:tcPr>
            <w:tcW w:w="10055" w:type="dxa"/>
            <w:shd w:val="clear" w:color="auto" w:fill="FEF0F0"/>
          </w:tcPr>
          <w:p w14:paraId="0941A264" w14:textId="5114B455" w:rsidR="00257E26" w:rsidRPr="00F45647" w:rsidRDefault="00BA3355" w:rsidP="00F362CC">
            <w:pPr>
              <w:pStyle w:val="MK4TaskH"/>
              <w:spacing w:before="120" w:after="160"/>
              <w:rPr>
                <w:sz w:val="22"/>
                <w:szCs w:val="20"/>
                <w:lang w:val="de-DE"/>
              </w:rPr>
            </w:pPr>
            <w:r w:rsidRPr="00ED4AF8">
              <w:rPr>
                <w:rFonts w:ascii="Abadi" w:hAnsi="Abadi"/>
                <w:noProof/>
                <w:sz w:val="26"/>
                <w:szCs w:val="26"/>
              </w:rPr>
              <w:drawing>
                <wp:anchor distT="0" distB="0" distL="114300" distR="114300" simplePos="0" relativeHeight="251700224" behindDoc="0" locked="0" layoutInCell="1" allowOverlap="1" wp14:anchorId="2509FAC4" wp14:editId="36E0E769">
                  <wp:simplePos x="0" y="0"/>
                  <wp:positionH relativeFrom="column">
                    <wp:posOffset>5668010</wp:posOffset>
                  </wp:positionH>
                  <wp:positionV relativeFrom="paragraph">
                    <wp:posOffset>-202384</wp:posOffset>
                  </wp:positionV>
                  <wp:extent cx="482600" cy="504190"/>
                  <wp:effectExtent l="0" t="0" r="0" b="0"/>
                  <wp:wrapNone/>
                  <wp:docPr id="36" name="Grafik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flipH="1">
                            <a:off x="0" y="0"/>
                            <a:ext cx="482600" cy="50419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257E26" w:rsidRPr="00F45647">
              <w:rPr>
                <w:sz w:val="22"/>
                <w:szCs w:val="20"/>
                <w:u w:val="thick"/>
                <w:lang w:val="de-DE"/>
              </w:rPr>
              <w:t>INFO:</w:t>
            </w:r>
          </w:p>
          <w:p w14:paraId="35FF99FD" w14:textId="53255147" w:rsidR="00257E26" w:rsidRPr="00642814" w:rsidRDefault="00257E26" w:rsidP="00F362CC">
            <w:pPr>
              <w:pStyle w:val="MK4Hint"/>
              <w:spacing w:before="120" w:after="120" w:line="312" w:lineRule="auto"/>
              <w:jc w:val="both"/>
              <w:rPr>
                <w:rFonts w:ascii="Aptos" w:hAnsi="Aptos"/>
                <w:i w:val="0"/>
                <w:color w:val="auto"/>
                <w:sz w:val="22"/>
                <w:lang w:val="de-DE"/>
              </w:rPr>
            </w:pPr>
            <w:r w:rsidRPr="00642814">
              <w:rPr>
                <w:rFonts w:ascii="Aptos" w:hAnsi="Aptos"/>
                <w:i w:val="0"/>
                <w:color w:val="auto"/>
                <w:sz w:val="22"/>
                <w:lang w:val="de-DE"/>
              </w:rPr>
              <w:t xml:space="preserve">Eine </w:t>
            </w:r>
            <w:r w:rsidRPr="00257E26">
              <w:rPr>
                <w:rFonts w:ascii="Aptos" w:hAnsi="Aptos"/>
                <w:i w:val="0"/>
                <w:color w:val="auto"/>
                <w:sz w:val="22"/>
                <w:highlight w:val="green"/>
                <w:lang w:val="de-DE"/>
              </w:rPr>
              <w:t>Schilderung</w:t>
            </w:r>
            <w:r w:rsidRPr="00642814">
              <w:rPr>
                <w:rFonts w:ascii="Aptos" w:hAnsi="Aptos"/>
                <w:i w:val="0"/>
                <w:color w:val="auto"/>
                <w:sz w:val="22"/>
                <w:lang w:val="de-DE"/>
              </w:rPr>
              <w:t xml:space="preserve"> beschreibt einen </w:t>
            </w:r>
            <w:r w:rsidRPr="00257E26">
              <w:rPr>
                <w:rFonts w:ascii="Aptos" w:hAnsi="Aptos"/>
                <w:i w:val="0"/>
                <w:color w:val="auto"/>
                <w:sz w:val="22"/>
                <w:highlight w:val="green"/>
                <w:lang w:val="de-DE"/>
              </w:rPr>
              <w:t>kurzen Moment</w:t>
            </w:r>
            <w:r w:rsidRPr="00642814">
              <w:rPr>
                <w:rFonts w:ascii="Aptos" w:hAnsi="Aptos"/>
                <w:i w:val="0"/>
                <w:color w:val="auto"/>
                <w:sz w:val="22"/>
                <w:lang w:val="de-DE"/>
              </w:rPr>
              <w:t xml:space="preserve"> </w:t>
            </w:r>
            <w:r>
              <w:rPr>
                <w:rFonts w:ascii="Aptos" w:hAnsi="Aptos"/>
                <w:i w:val="0"/>
                <w:color w:val="auto"/>
                <w:sz w:val="22"/>
                <w:lang w:val="de-DE"/>
              </w:rPr>
              <w:t xml:space="preserve">sehr </w:t>
            </w:r>
            <w:r w:rsidR="00C64585">
              <w:rPr>
                <w:rFonts w:ascii="Aptos" w:hAnsi="Aptos"/>
                <w:i w:val="0"/>
                <w:color w:val="auto"/>
                <w:sz w:val="22"/>
                <w:lang w:val="de-DE"/>
              </w:rPr>
              <w:t>genau</w:t>
            </w:r>
            <w:r w:rsidRPr="00642814">
              <w:rPr>
                <w:rFonts w:ascii="Aptos" w:hAnsi="Aptos"/>
                <w:i w:val="0"/>
                <w:color w:val="auto"/>
                <w:sz w:val="22"/>
                <w:lang w:val="de-DE"/>
              </w:rPr>
              <w:t xml:space="preserve">. Sie steht meist im </w:t>
            </w:r>
            <w:r w:rsidRPr="00257E26">
              <w:rPr>
                <w:rFonts w:ascii="Aptos" w:hAnsi="Aptos"/>
                <w:i w:val="0"/>
                <w:color w:val="auto"/>
                <w:sz w:val="22"/>
                <w:highlight w:val="green"/>
                <w:lang w:val="de-DE"/>
              </w:rPr>
              <w:t>Präsens</w:t>
            </w:r>
            <w:r w:rsidRPr="00642814">
              <w:rPr>
                <w:rFonts w:ascii="Aptos" w:hAnsi="Aptos"/>
                <w:i w:val="0"/>
                <w:color w:val="auto"/>
                <w:sz w:val="22"/>
                <w:lang w:val="de-DE"/>
              </w:rPr>
              <w:t xml:space="preserve"> und in der </w:t>
            </w:r>
            <w:r w:rsidRPr="00257E26">
              <w:rPr>
                <w:rFonts w:ascii="Aptos" w:hAnsi="Aptos"/>
                <w:i w:val="0"/>
                <w:color w:val="auto"/>
                <w:sz w:val="22"/>
                <w:highlight w:val="green"/>
                <w:lang w:val="de-DE"/>
              </w:rPr>
              <w:t>Ich</w:t>
            </w:r>
            <w:r w:rsidRPr="00257E26">
              <w:rPr>
                <w:rFonts w:ascii="Cambria Math" w:hAnsi="Cambria Math" w:cs="Cambria Math"/>
                <w:i w:val="0"/>
                <w:color w:val="auto"/>
                <w:sz w:val="22"/>
                <w:highlight w:val="green"/>
                <w:lang w:val="de-DE"/>
              </w:rPr>
              <w:t>‑</w:t>
            </w:r>
            <w:r w:rsidRPr="00257E26">
              <w:rPr>
                <w:rFonts w:ascii="Aptos" w:hAnsi="Aptos"/>
                <w:i w:val="0"/>
                <w:color w:val="auto"/>
                <w:sz w:val="22"/>
                <w:highlight w:val="green"/>
                <w:lang w:val="de-DE"/>
              </w:rPr>
              <w:t>Perspektive</w:t>
            </w:r>
            <w:r w:rsidRPr="00642814">
              <w:rPr>
                <w:rFonts w:ascii="Aptos" w:hAnsi="Aptos"/>
                <w:i w:val="0"/>
                <w:color w:val="auto"/>
                <w:sz w:val="22"/>
                <w:lang w:val="de-DE"/>
              </w:rPr>
              <w:t xml:space="preserve">. Sie nutzt viele </w:t>
            </w:r>
            <w:r w:rsidRPr="00257E26">
              <w:rPr>
                <w:rFonts w:ascii="Aptos" w:hAnsi="Aptos"/>
                <w:i w:val="0"/>
                <w:color w:val="auto"/>
                <w:sz w:val="22"/>
                <w:highlight w:val="green"/>
                <w:lang w:val="de-DE"/>
              </w:rPr>
              <w:t>Sinneseindrücke</w:t>
            </w:r>
            <w:r w:rsidRPr="00642814">
              <w:rPr>
                <w:rFonts w:ascii="Aptos" w:hAnsi="Aptos"/>
                <w:i w:val="0"/>
                <w:color w:val="auto"/>
                <w:sz w:val="22"/>
                <w:lang w:val="de-DE"/>
              </w:rPr>
              <w:t xml:space="preserve">, </w:t>
            </w:r>
            <w:r w:rsidRPr="00257E26">
              <w:rPr>
                <w:rFonts w:ascii="Aptos" w:hAnsi="Aptos"/>
                <w:i w:val="0"/>
                <w:color w:val="auto"/>
                <w:sz w:val="22"/>
                <w:highlight w:val="green"/>
                <w:lang w:val="de-DE"/>
              </w:rPr>
              <w:t>lebendige Verben</w:t>
            </w:r>
            <w:r w:rsidRPr="00642814">
              <w:rPr>
                <w:rFonts w:ascii="Aptos" w:hAnsi="Aptos"/>
                <w:i w:val="0"/>
                <w:color w:val="auto"/>
                <w:sz w:val="22"/>
                <w:lang w:val="de-DE"/>
              </w:rPr>
              <w:t xml:space="preserve">, </w:t>
            </w:r>
            <w:r w:rsidR="00C64585">
              <w:rPr>
                <w:rFonts w:ascii="Aptos" w:hAnsi="Aptos"/>
                <w:i w:val="0"/>
                <w:color w:val="auto"/>
                <w:sz w:val="22"/>
                <w:highlight w:val="green"/>
                <w:lang w:val="de-DE"/>
              </w:rPr>
              <w:t>anschauliche</w:t>
            </w:r>
            <w:r w:rsidRPr="00257E26">
              <w:rPr>
                <w:rFonts w:ascii="Aptos" w:hAnsi="Aptos"/>
                <w:i w:val="0"/>
                <w:color w:val="auto"/>
                <w:sz w:val="22"/>
                <w:highlight w:val="green"/>
                <w:lang w:val="de-DE"/>
              </w:rPr>
              <w:t xml:space="preserve"> </w:t>
            </w:r>
            <w:r w:rsidRPr="00257E26">
              <w:rPr>
                <w:rFonts w:ascii="Aptos" w:hAnsi="Aptos"/>
                <w:i w:val="0"/>
                <w:color w:val="auto"/>
                <w:sz w:val="22"/>
                <w:highlight w:val="green"/>
                <w:lang w:val="de-DE"/>
              </w:rPr>
              <w:t>Adjektive</w:t>
            </w:r>
            <w:r w:rsidRPr="00642814">
              <w:rPr>
                <w:rFonts w:ascii="Aptos" w:hAnsi="Aptos"/>
                <w:i w:val="0"/>
                <w:color w:val="auto"/>
                <w:sz w:val="22"/>
                <w:lang w:val="de-DE"/>
              </w:rPr>
              <w:t xml:space="preserve"> und </w:t>
            </w:r>
            <w:r w:rsidRPr="00257E26">
              <w:rPr>
                <w:rFonts w:ascii="Aptos" w:hAnsi="Aptos"/>
                <w:i w:val="0"/>
                <w:color w:val="auto"/>
                <w:sz w:val="22"/>
                <w:highlight w:val="green"/>
                <w:lang w:val="de-DE"/>
              </w:rPr>
              <w:t>innere Monologe</w:t>
            </w:r>
            <w:r w:rsidRPr="00642814">
              <w:rPr>
                <w:rFonts w:ascii="Aptos" w:hAnsi="Aptos"/>
                <w:i w:val="0"/>
                <w:color w:val="auto"/>
                <w:sz w:val="22"/>
                <w:lang w:val="de-DE"/>
              </w:rPr>
              <w:t xml:space="preserve">. Im </w:t>
            </w:r>
            <w:r w:rsidRPr="00F25813">
              <w:rPr>
                <w:rFonts w:ascii="Aptos" w:hAnsi="Aptos"/>
                <w:b/>
                <w:bCs/>
                <w:i w:val="0"/>
                <w:color w:val="auto"/>
                <w:sz w:val="22"/>
                <w:lang w:val="de-DE"/>
              </w:rPr>
              <w:t xml:space="preserve">Gegensatz zur </w:t>
            </w:r>
            <w:r w:rsidRPr="00257E26">
              <w:rPr>
                <w:rFonts w:ascii="Aptos" w:hAnsi="Aptos"/>
                <w:b/>
                <w:bCs/>
                <w:i w:val="0"/>
                <w:color w:val="auto"/>
                <w:sz w:val="22"/>
                <w:highlight w:val="yellow"/>
                <w:lang w:val="de-DE"/>
              </w:rPr>
              <w:t>Erzählung</w:t>
            </w:r>
            <w:r w:rsidRPr="00642814">
              <w:rPr>
                <w:rFonts w:ascii="Aptos" w:hAnsi="Aptos"/>
                <w:i w:val="0"/>
                <w:color w:val="auto"/>
                <w:sz w:val="22"/>
                <w:lang w:val="de-DE"/>
              </w:rPr>
              <w:t xml:space="preserve">, die eine </w:t>
            </w:r>
            <w:r w:rsidRPr="00257E26">
              <w:rPr>
                <w:rFonts w:ascii="Aptos" w:hAnsi="Aptos"/>
                <w:i w:val="0"/>
                <w:color w:val="auto"/>
                <w:sz w:val="22"/>
                <w:highlight w:val="yellow"/>
                <w:lang w:val="de-DE"/>
              </w:rPr>
              <w:t>Handlung</w:t>
            </w:r>
            <w:r w:rsidRPr="00642814">
              <w:rPr>
                <w:rFonts w:ascii="Aptos" w:hAnsi="Aptos"/>
                <w:i w:val="0"/>
                <w:color w:val="auto"/>
                <w:sz w:val="22"/>
                <w:lang w:val="de-DE"/>
              </w:rPr>
              <w:t xml:space="preserve"> mit </w:t>
            </w:r>
            <w:r w:rsidRPr="00257E26">
              <w:rPr>
                <w:rFonts w:ascii="Aptos" w:hAnsi="Aptos"/>
                <w:i w:val="0"/>
                <w:color w:val="auto"/>
                <w:sz w:val="22"/>
                <w:highlight w:val="yellow"/>
                <w:lang w:val="de-DE"/>
              </w:rPr>
              <w:t>Spannung</w:t>
            </w:r>
            <w:r w:rsidRPr="00642814">
              <w:rPr>
                <w:rFonts w:ascii="Aptos" w:hAnsi="Aptos"/>
                <w:i w:val="0"/>
                <w:color w:val="auto"/>
                <w:sz w:val="22"/>
                <w:lang w:val="de-DE"/>
              </w:rPr>
              <w:t xml:space="preserve"> und </w:t>
            </w:r>
            <w:r w:rsidRPr="00257E26">
              <w:rPr>
                <w:rFonts w:ascii="Aptos" w:hAnsi="Aptos"/>
                <w:i w:val="0"/>
                <w:color w:val="auto"/>
                <w:sz w:val="22"/>
                <w:highlight w:val="yellow"/>
                <w:lang w:val="de-DE"/>
              </w:rPr>
              <w:t>zeitlichem Ablauf</w:t>
            </w:r>
            <w:r w:rsidRPr="00642814">
              <w:rPr>
                <w:rFonts w:ascii="Aptos" w:hAnsi="Aptos"/>
                <w:i w:val="0"/>
                <w:color w:val="auto"/>
                <w:sz w:val="22"/>
                <w:lang w:val="de-DE"/>
              </w:rPr>
              <w:t xml:space="preserve"> über </w:t>
            </w:r>
            <w:r w:rsidRPr="00257E26">
              <w:rPr>
                <w:rFonts w:ascii="Aptos" w:hAnsi="Aptos"/>
                <w:i w:val="0"/>
                <w:color w:val="auto"/>
                <w:sz w:val="22"/>
                <w:highlight w:val="yellow"/>
                <w:lang w:val="de-DE"/>
              </w:rPr>
              <w:t>mehrere Erzählschritte</w:t>
            </w:r>
            <w:r w:rsidRPr="00642814">
              <w:rPr>
                <w:rFonts w:ascii="Aptos" w:hAnsi="Aptos"/>
                <w:i w:val="0"/>
                <w:color w:val="auto"/>
                <w:sz w:val="22"/>
                <w:lang w:val="de-DE"/>
              </w:rPr>
              <w:t xml:space="preserve"> aufbaut, </w:t>
            </w:r>
            <w:r w:rsidRPr="00257E26">
              <w:rPr>
                <w:rFonts w:ascii="Aptos" w:hAnsi="Aptos"/>
                <w:i w:val="0"/>
                <w:color w:val="auto"/>
                <w:sz w:val="22"/>
                <w:highlight w:val="green"/>
                <w:lang w:val="de-DE"/>
              </w:rPr>
              <w:t>bleibt die Schilderung in einem Augenblick stehen</w:t>
            </w:r>
            <w:r w:rsidRPr="00642814">
              <w:rPr>
                <w:rFonts w:ascii="Aptos" w:hAnsi="Aptos"/>
                <w:i w:val="0"/>
                <w:color w:val="auto"/>
                <w:sz w:val="22"/>
                <w:lang w:val="de-DE"/>
              </w:rPr>
              <w:t>. Sie legt den Fokus auf das Aussehen, den Klang, das Gefühl und die „</w:t>
            </w:r>
            <w:r w:rsidRPr="00257E26">
              <w:rPr>
                <w:rFonts w:ascii="Aptos" w:hAnsi="Aptos"/>
                <w:i w:val="0"/>
                <w:color w:val="auto"/>
                <w:sz w:val="22"/>
                <w:highlight w:val="green"/>
                <w:lang w:val="de-DE"/>
              </w:rPr>
              <w:t>Stimmung“</w:t>
            </w:r>
            <w:r w:rsidRPr="00642814">
              <w:rPr>
                <w:rFonts w:ascii="Aptos" w:hAnsi="Aptos"/>
                <w:i w:val="0"/>
                <w:color w:val="auto"/>
                <w:sz w:val="22"/>
                <w:lang w:val="de-DE"/>
              </w:rPr>
              <w:t xml:space="preserve"> dieses Augenblicks, </w:t>
            </w:r>
            <w:r w:rsidRPr="00257E26">
              <w:rPr>
                <w:rFonts w:ascii="Aptos" w:hAnsi="Aptos"/>
                <w:i w:val="0"/>
                <w:color w:val="auto"/>
                <w:sz w:val="22"/>
                <w:highlight w:val="green"/>
                <w:lang w:val="de-DE"/>
              </w:rPr>
              <w:t>ohne die Handlung</w:t>
            </w:r>
            <w:r w:rsidRPr="00C64585">
              <w:rPr>
                <w:rFonts w:ascii="Aptos" w:hAnsi="Aptos"/>
                <w:i w:val="0"/>
                <w:color w:val="auto"/>
                <w:sz w:val="22"/>
                <w:lang w:val="de-DE"/>
              </w:rPr>
              <w:t xml:space="preserve"> wesentlich </w:t>
            </w:r>
            <w:r w:rsidRPr="00257E26">
              <w:rPr>
                <w:rFonts w:ascii="Aptos" w:hAnsi="Aptos"/>
                <w:i w:val="0"/>
                <w:color w:val="auto"/>
                <w:sz w:val="22"/>
                <w:highlight w:val="green"/>
                <w:lang w:val="de-DE"/>
              </w:rPr>
              <w:t>weiterzuentwickeln.</w:t>
            </w:r>
            <w:r w:rsidRPr="00642814">
              <w:rPr>
                <w:rFonts w:ascii="Aptos" w:hAnsi="Aptos"/>
                <w:i w:val="0"/>
                <w:color w:val="auto"/>
                <w:szCs w:val="20"/>
                <w:lang w:val="de-DE"/>
              </w:rPr>
              <w:t xml:space="preserve"> </w:t>
            </w:r>
          </w:p>
        </w:tc>
      </w:tr>
    </w:tbl>
    <w:p w14:paraId="46502E00" w14:textId="77777777" w:rsidR="00257E26" w:rsidRPr="008436D8" w:rsidRDefault="00257E26" w:rsidP="00257E26">
      <w:pPr>
        <w:spacing w:after="120"/>
      </w:pPr>
    </w:p>
    <w:tbl>
      <w:tblPr>
        <w:tblW w:w="0" w:type="auto"/>
        <w:tblBorders>
          <w:top w:val="single" w:sz="4" w:space="0" w:color="E0E0E0"/>
          <w:left w:val="single" w:sz="4" w:space="0" w:color="E0E0E0"/>
          <w:bottom w:val="single" w:sz="4" w:space="0" w:color="E0E0E0"/>
          <w:right w:val="single" w:sz="4" w:space="0" w:color="E0E0E0"/>
          <w:insideH w:val="nil"/>
          <w:insideV w:val="nil"/>
        </w:tblBorders>
        <w:shd w:val="clear" w:color="auto" w:fill="FFFFF0"/>
        <w:tblLayout w:type="fixed"/>
        <w:tblCellMar>
          <w:left w:w="340" w:type="dxa"/>
          <w:right w:w="227" w:type="dxa"/>
        </w:tblCellMar>
        <w:tblLook w:val="04A0" w:firstRow="1" w:lastRow="0" w:firstColumn="1" w:lastColumn="0" w:noHBand="0" w:noVBand="1"/>
      </w:tblPr>
      <w:tblGrid>
        <w:gridCol w:w="10055"/>
      </w:tblGrid>
      <w:tr w:rsidR="00257E26" w:rsidRPr="008436D8" w14:paraId="0EDB6995" w14:textId="77777777" w:rsidTr="00F362CC">
        <w:tc>
          <w:tcPr>
            <w:tcW w:w="10055" w:type="dxa"/>
            <w:tcBorders>
              <w:top w:val="single" w:sz="4" w:space="0" w:color="BFBFBF" w:themeColor="background1" w:themeShade="BF"/>
              <w:left w:val="single" w:sz="12" w:space="0" w:color="860000"/>
              <w:right w:val="single" w:sz="4" w:space="0" w:color="BFBFBF" w:themeColor="background1" w:themeShade="BF"/>
            </w:tcBorders>
            <w:shd w:val="clear" w:color="auto" w:fill="FFFFF0"/>
          </w:tcPr>
          <w:p w14:paraId="0D01886D" w14:textId="77777777" w:rsidR="00257E26" w:rsidRPr="008436D8" w:rsidRDefault="00257E26" w:rsidP="00F362CC">
            <w:pPr>
              <w:pStyle w:val="MK4TaskH"/>
              <w:spacing w:before="80" w:after="160"/>
              <w:rPr>
                <w:lang w:val="de-DE"/>
              </w:rPr>
            </w:pPr>
            <w:r w:rsidRPr="008436D8">
              <w:rPr>
                <w:lang w:val="de-DE"/>
              </w:rPr>
              <w:t>Aufgabe 1 – Verstehen</w:t>
            </w:r>
          </w:p>
        </w:tc>
      </w:tr>
      <w:tr w:rsidR="00257E26" w:rsidRPr="008436D8" w14:paraId="6906234F" w14:textId="77777777" w:rsidTr="00F362CC">
        <w:tc>
          <w:tcPr>
            <w:tcW w:w="10055" w:type="dxa"/>
            <w:tcBorders>
              <w:left w:val="single" w:sz="12" w:space="0" w:color="860000"/>
              <w:bottom w:val="single" w:sz="4" w:space="0" w:color="BFBFBF" w:themeColor="background1" w:themeShade="BF"/>
              <w:right w:val="single" w:sz="4" w:space="0" w:color="BFBFBF" w:themeColor="background1" w:themeShade="BF"/>
            </w:tcBorders>
            <w:shd w:val="clear" w:color="auto" w:fill="FFFFF0"/>
          </w:tcPr>
          <w:p w14:paraId="126E4483" w14:textId="77777777" w:rsidR="00257E26" w:rsidRPr="00642814" w:rsidRDefault="00257E26" w:rsidP="00F362CC">
            <w:pPr>
              <w:pStyle w:val="MK4Task"/>
              <w:spacing w:after="120"/>
              <w:rPr>
                <w:rFonts w:ascii="Aptos" w:hAnsi="Aptos"/>
                <w:lang w:val="de-DE"/>
              </w:rPr>
            </w:pPr>
            <w:r w:rsidRPr="00642814">
              <w:rPr>
                <w:rFonts w:ascii="Aptos" w:hAnsi="Aptos"/>
                <w:lang w:val="de-DE"/>
              </w:rPr>
              <w:t xml:space="preserve">Markiere im Infotext mit </w:t>
            </w:r>
            <w:r w:rsidRPr="00642814">
              <w:rPr>
                <w:rFonts w:ascii="Aptos" w:hAnsi="Aptos"/>
                <w:color w:val="000000"/>
                <w:lang w:val="de-DE"/>
              </w:rPr>
              <w:t>zwei</w:t>
            </w:r>
            <w:r w:rsidRPr="00642814">
              <w:rPr>
                <w:rFonts w:ascii="Aptos" w:hAnsi="Aptos"/>
                <w:lang w:val="de-DE"/>
              </w:rPr>
              <w:t xml:space="preserve"> unterschiedlichen Farben:</w:t>
            </w:r>
          </w:p>
          <w:p w14:paraId="2B46FEBA" w14:textId="4E4DBCF2" w:rsidR="00257E26" w:rsidRPr="00C04929" w:rsidRDefault="00257E26" w:rsidP="00F362CC">
            <w:pPr>
              <w:pStyle w:val="MK4Hint"/>
              <w:spacing w:after="120"/>
              <w:ind w:left="340"/>
              <w:rPr>
                <w:rFonts w:ascii="Aptos" w:hAnsi="Aptos"/>
                <w:i w:val="0"/>
                <w:iCs/>
                <w:color w:val="262626" w:themeColor="text1" w:themeTint="D9"/>
                <w:lang w:val="de-DE"/>
              </w:rPr>
            </w:pPr>
            <w:r w:rsidRPr="00C04929">
              <w:rPr>
                <w:rFonts w:ascii="Aptos" w:hAnsi="Aptos"/>
                <w:i w:val="0"/>
                <w:iCs/>
                <w:color w:val="262626" w:themeColor="text1" w:themeTint="D9"/>
                <w:lang w:val="de-DE"/>
              </w:rPr>
              <w:t xml:space="preserve">a) Textstellen an denen Merkmale einer </w:t>
            </w:r>
            <w:r w:rsidRPr="00257E26">
              <w:rPr>
                <w:rFonts w:ascii="Aptos" w:hAnsi="Aptos"/>
                <w:i w:val="0"/>
                <w:iCs/>
                <w:color w:val="262626" w:themeColor="text1" w:themeTint="D9"/>
                <w:highlight w:val="green"/>
                <w:lang w:val="de-DE"/>
              </w:rPr>
              <w:t>„Schilderung“</w:t>
            </w:r>
            <w:r w:rsidRPr="00C04929">
              <w:rPr>
                <w:rFonts w:ascii="Aptos" w:hAnsi="Aptos"/>
                <w:i w:val="0"/>
                <w:iCs/>
                <w:color w:val="262626" w:themeColor="text1" w:themeTint="D9"/>
                <w:lang w:val="de-DE"/>
              </w:rPr>
              <w:t xml:space="preserve"> genannt werden</w:t>
            </w:r>
            <w:r w:rsidRPr="00C04929">
              <w:rPr>
                <w:rFonts w:ascii="Aptos" w:hAnsi="Aptos"/>
                <w:i w:val="0"/>
                <w:iCs/>
                <w:color w:val="262626" w:themeColor="text1" w:themeTint="D9"/>
                <w:lang w:val="de-DE"/>
              </w:rPr>
              <w:t xml:space="preserve"> </w:t>
            </w:r>
          </w:p>
          <w:p w14:paraId="5DA6F4B1" w14:textId="175661D0" w:rsidR="00257E26" w:rsidRPr="008436D8" w:rsidRDefault="00257E26" w:rsidP="00F362CC">
            <w:pPr>
              <w:pStyle w:val="MK4Hint"/>
              <w:ind w:left="340"/>
              <w:rPr>
                <w:lang w:val="de-DE"/>
              </w:rPr>
            </w:pPr>
            <w:r w:rsidRPr="00C04929">
              <w:rPr>
                <w:rFonts w:ascii="Aptos" w:hAnsi="Aptos"/>
                <w:i w:val="0"/>
                <w:iCs/>
                <w:color w:val="262626" w:themeColor="text1" w:themeTint="D9"/>
                <w:lang w:val="de-DE"/>
              </w:rPr>
              <w:t xml:space="preserve">b) Textstellen an denen Merkmale einer </w:t>
            </w:r>
            <w:r w:rsidRPr="00257E26">
              <w:rPr>
                <w:rFonts w:ascii="Aptos" w:hAnsi="Aptos"/>
                <w:i w:val="0"/>
                <w:iCs/>
                <w:color w:val="262626" w:themeColor="text1" w:themeTint="D9"/>
                <w:highlight w:val="yellow"/>
                <w:lang w:val="de-DE"/>
              </w:rPr>
              <w:t>„Erzählung“</w:t>
            </w:r>
            <w:r w:rsidRPr="00C04929">
              <w:rPr>
                <w:rFonts w:ascii="Aptos" w:hAnsi="Aptos"/>
                <w:i w:val="0"/>
                <w:iCs/>
                <w:color w:val="262626" w:themeColor="text1" w:themeTint="D9"/>
                <w:lang w:val="de-DE"/>
              </w:rPr>
              <w:t xml:space="preserve"> genannt werden</w:t>
            </w:r>
          </w:p>
        </w:tc>
      </w:tr>
    </w:tbl>
    <w:p w14:paraId="2B8574F4" w14:textId="77777777" w:rsidR="00257E26" w:rsidRDefault="00257E26" w:rsidP="00257E26">
      <w:pPr>
        <w:spacing w:after="120"/>
      </w:pPr>
    </w:p>
    <w:tbl>
      <w:tblPr>
        <w:tblW w:w="10050" w:type="dxa"/>
        <w:tblBorders>
          <w:top w:val="single" w:sz="4" w:space="0" w:color="E0E0E0"/>
          <w:left w:val="single" w:sz="4" w:space="0" w:color="E0E0E0"/>
          <w:bottom w:val="single" w:sz="4" w:space="0" w:color="E0E0E0"/>
          <w:right w:val="single" w:sz="4" w:space="0" w:color="E0E0E0"/>
          <w:insideH w:val="nil"/>
          <w:insideV w:val="nil"/>
        </w:tblBorders>
        <w:shd w:val="clear" w:color="auto" w:fill="FFFFF5"/>
        <w:tblCellMar>
          <w:left w:w="340" w:type="dxa"/>
          <w:right w:w="227" w:type="dxa"/>
        </w:tblCellMar>
        <w:tblLook w:val="04A0" w:firstRow="1" w:lastRow="0" w:firstColumn="1" w:lastColumn="0" w:noHBand="0" w:noVBand="1"/>
      </w:tblPr>
      <w:tblGrid>
        <w:gridCol w:w="236"/>
        <w:gridCol w:w="9814"/>
      </w:tblGrid>
      <w:tr w:rsidR="00257E26" w:rsidRPr="008436D8" w14:paraId="0C35C4A8" w14:textId="77777777" w:rsidTr="00F362CC">
        <w:tc>
          <w:tcPr>
            <w:tcW w:w="10050" w:type="dxa"/>
            <w:gridSpan w:val="2"/>
            <w:tcBorders>
              <w:top w:val="single" w:sz="4" w:space="0" w:color="BFBFBF" w:themeColor="background1" w:themeShade="BF"/>
              <w:left w:val="single" w:sz="12" w:space="0" w:color="860000"/>
              <w:right w:val="single" w:sz="4" w:space="0" w:color="BFBFBF" w:themeColor="background1" w:themeShade="BF"/>
            </w:tcBorders>
            <w:shd w:val="clear" w:color="auto" w:fill="FFFFF0"/>
          </w:tcPr>
          <w:p w14:paraId="39E473A8" w14:textId="77777777" w:rsidR="00257E26" w:rsidRPr="008436D8" w:rsidRDefault="00257E26" w:rsidP="00F362CC">
            <w:pPr>
              <w:pStyle w:val="MK4TaskH"/>
              <w:spacing w:before="80" w:after="160"/>
              <w:rPr>
                <w:lang w:val="de-DE"/>
              </w:rPr>
            </w:pPr>
            <w:r w:rsidRPr="008436D8">
              <w:rPr>
                <w:lang w:val="de-DE"/>
              </w:rPr>
              <w:t>Aufgabe 2 – Anwenden</w:t>
            </w:r>
          </w:p>
        </w:tc>
      </w:tr>
      <w:tr w:rsidR="00257E26" w:rsidRPr="008436D8" w14:paraId="696FCAF2" w14:textId="77777777" w:rsidTr="00F362CC">
        <w:tc>
          <w:tcPr>
            <w:tcW w:w="10050" w:type="dxa"/>
            <w:gridSpan w:val="2"/>
            <w:tcBorders>
              <w:left w:val="single" w:sz="12" w:space="0" w:color="860000"/>
              <w:bottom w:val="nil"/>
              <w:right w:val="single" w:sz="4" w:space="0" w:color="BFBFBF" w:themeColor="background1" w:themeShade="BF"/>
            </w:tcBorders>
            <w:shd w:val="clear" w:color="auto" w:fill="FFFFF5"/>
          </w:tcPr>
          <w:p w14:paraId="05C62598" w14:textId="77777777" w:rsidR="00257E26" w:rsidRPr="00642814" w:rsidRDefault="00257E26" w:rsidP="00F362CC">
            <w:pPr>
              <w:pStyle w:val="MK4Hint"/>
              <w:rPr>
                <w:rFonts w:ascii="Aptos" w:hAnsi="Aptos"/>
                <w:iCs/>
                <w:color w:val="auto"/>
                <w:sz w:val="18"/>
                <w:szCs w:val="18"/>
                <w:lang w:val="de-DE"/>
              </w:rPr>
            </w:pPr>
            <w:proofErr w:type="spellStart"/>
            <w:r w:rsidRPr="00642814">
              <w:rPr>
                <w:rFonts w:ascii="Aptos" w:hAnsi="Aptos"/>
                <w:i w:val="0"/>
                <w:color w:val="auto"/>
                <w:sz w:val="22"/>
                <w:lang w:val="de-DE"/>
              </w:rPr>
              <w:t>Lies</w:t>
            </w:r>
            <w:proofErr w:type="spellEnd"/>
            <w:r w:rsidRPr="00642814">
              <w:rPr>
                <w:rFonts w:ascii="Aptos" w:hAnsi="Aptos"/>
                <w:i w:val="0"/>
                <w:color w:val="auto"/>
                <w:sz w:val="22"/>
                <w:lang w:val="de-DE"/>
              </w:rPr>
              <w:t xml:space="preserve"> folgende Textausschnitte</w:t>
            </w:r>
            <w:r>
              <w:rPr>
                <w:rFonts w:ascii="Aptos" w:hAnsi="Aptos"/>
                <w:i w:val="0"/>
                <w:color w:val="auto"/>
                <w:sz w:val="22"/>
                <w:lang w:val="de-DE"/>
              </w:rPr>
              <w:t>. E</w:t>
            </w:r>
            <w:r w:rsidRPr="00642814">
              <w:rPr>
                <w:rFonts w:ascii="Aptos" w:hAnsi="Aptos"/>
                <w:i w:val="0"/>
                <w:color w:val="auto"/>
                <w:sz w:val="22"/>
                <w:lang w:val="de-DE"/>
              </w:rPr>
              <w:t>ntscheid</w:t>
            </w:r>
            <w:r>
              <w:rPr>
                <w:rFonts w:ascii="Aptos" w:hAnsi="Aptos"/>
                <w:i w:val="0"/>
                <w:color w:val="auto"/>
                <w:sz w:val="22"/>
                <w:lang w:val="de-DE"/>
              </w:rPr>
              <w:t>e</w:t>
            </w:r>
            <w:r w:rsidRPr="00642814">
              <w:rPr>
                <w:rFonts w:ascii="Aptos" w:hAnsi="Aptos"/>
                <w:i w:val="0"/>
                <w:color w:val="auto"/>
                <w:sz w:val="22"/>
                <w:lang w:val="de-DE"/>
              </w:rPr>
              <w:t xml:space="preserve">, ob es sich eher um eine Erzählung (E) oder um eine Schilderung (S) handelt. Begründe stichpunktartig anhand der Merkmale aus </w:t>
            </w:r>
            <w:proofErr w:type="spellStart"/>
            <w:r w:rsidRPr="00642814">
              <w:rPr>
                <w:rFonts w:ascii="Aptos" w:hAnsi="Aptos"/>
                <w:i w:val="0"/>
                <w:color w:val="auto"/>
                <w:sz w:val="22"/>
                <w:lang w:val="de-DE"/>
              </w:rPr>
              <w:t>Aufg</w:t>
            </w:r>
            <w:proofErr w:type="spellEnd"/>
            <w:r w:rsidRPr="00642814">
              <w:rPr>
                <w:rFonts w:ascii="Aptos" w:hAnsi="Aptos"/>
                <w:i w:val="0"/>
                <w:color w:val="auto"/>
                <w:sz w:val="22"/>
                <w:lang w:val="de-DE"/>
              </w:rPr>
              <w:t>. 1.</w:t>
            </w:r>
          </w:p>
          <w:tbl>
            <w:tblPr>
              <w:tblStyle w:val="Tabellenraster"/>
              <w:tblW w:w="0" w:type="auto"/>
              <w:tblLook w:val="04A0" w:firstRow="1" w:lastRow="0" w:firstColumn="1" w:lastColumn="0" w:noHBand="0" w:noVBand="1"/>
            </w:tblPr>
            <w:tblGrid>
              <w:gridCol w:w="4543"/>
              <w:gridCol w:w="1260"/>
              <w:gridCol w:w="3670"/>
            </w:tblGrid>
            <w:tr w:rsidR="00257E26" w:rsidRPr="00642814" w14:paraId="71CB2AF5" w14:textId="77777777" w:rsidTr="009335A4">
              <w:tc>
                <w:tcPr>
                  <w:tcW w:w="4543" w:type="dxa"/>
                  <w:shd w:val="clear" w:color="auto" w:fill="FFFFFF" w:themeFill="background1"/>
                </w:tcPr>
                <w:p w14:paraId="1D9CF36A" w14:textId="77777777" w:rsidR="00257E26" w:rsidRPr="00642814" w:rsidRDefault="00257E26" w:rsidP="00F362CC">
                  <w:pPr>
                    <w:pStyle w:val="MK4Hint"/>
                    <w:spacing w:beforeLines="40" w:before="96" w:afterLines="40" w:after="96"/>
                    <w:rPr>
                      <w:rFonts w:ascii="Aptos" w:hAnsi="Aptos"/>
                      <w:lang w:val="de-DE"/>
                    </w:rPr>
                  </w:pPr>
                  <w:r w:rsidRPr="00642814">
                    <w:rPr>
                      <w:rFonts w:ascii="Aptos" w:hAnsi="Aptos"/>
                      <w:b/>
                      <w:bCs/>
                      <w:i w:val="0"/>
                      <w:color w:val="auto"/>
                      <w:szCs w:val="20"/>
                      <w:lang w:val="de-DE"/>
                    </w:rPr>
                    <w:t>Textausschnitt</w:t>
                  </w:r>
                </w:p>
              </w:tc>
              <w:tc>
                <w:tcPr>
                  <w:tcW w:w="1260" w:type="dxa"/>
                  <w:shd w:val="clear" w:color="auto" w:fill="FFFFFF" w:themeFill="background1"/>
                  <w:tcMar>
                    <w:left w:w="57" w:type="dxa"/>
                    <w:right w:w="57" w:type="dxa"/>
                  </w:tcMar>
                </w:tcPr>
                <w:p w14:paraId="2932F004" w14:textId="77777777" w:rsidR="00257E26" w:rsidRPr="00642814" w:rsidRDefault="00257E26" w:rsidP="00F362CC">
                  <w:pPr>
                    <w:pStyle w:val="MK4Hint"/>
                    <w:spacing w:beforeLines="40" w:before="96" w:afterLines="40" w:after="96"/>
                    <w:jc w:val="center"/>
                    <w:rPr>
                      <w:rFonts w:ascii="Aptos" w:hAnsi="Aptos"/>
                      <w:sz w:val="18"/>
                      <w:szCs w:val="18"/>
                      <w:lang w:val="de-DE"/>
                    </w:rPr>
                  </w:pPr>
                  <w:r w:rsidRPr="00642814">
                    <w:rPr>
                      <w:rFonts w:ascii="Aptos" w:hAnsi="Aptos"/>
                      <w:b/>
                      <w:bCs/>
                      <w:i w:val="0"/>
                      <w:color w:val="auto"/>
                      <w:sz w:val="18"/>
                      <w:szCs w:val="18"/>
                      <w:lang w:val="de-DE"/>
                    </w:rPr>
                    <w:t>„E“ oder „S“?</w:t>
                  </w:r>
                </w:p>
              </w:tc>
              <w:tc>
                <w:tcPr>
                  <w:tcW w:w="3670" w:type="dxa"/>
                  <w:shd w:val="clear" w:color="auto" w:fill="FFFFFF" w:themeFill="background1"/>
                </w:tcPr>
                <w:p w14:paraId="222EA05F" w14:textId="77777777" w:rsidR="00257E26" w:rsidRPr="00642814" w:rsidRDefault="00257E26" w:rsidP="00F362CC">
                  <w:pPr>
                    <w:pStyle w:val="MK4Hint"/>
                    <w:spacing w:beforeLines="40" w:before="96" w:afterLines="40" w:after="96"/>
                    <w:jc w:val="center"/>
                    <w:rPr>
                      <w:rFonts w:ascii="Aptos" w:hAnsi="Aptos"/>
                      <w:lang w:val="de-DE"/>
                    </w:rPr>
                  </w:pPr>
                  <w:r w:rsidRPr="00642814">
                    <w:rPr>
                      <w:rFonts w:ascii="Aptos" w:hAnsi="Aptos"/>
                      <w:b/>
                      <w:bCs/>
                      <w:i w:val="0"/>
                      <w:color w:val="auto"/>
                      <w:szCs w:val="20"/>
                      <w:lang w:val="de-DE"/>
                    </w:rPr>
                    <w:t>Begründung</w:t>
                  </w:r>
                </w:p>
              </w:tc>
            </w:tr>
            <w:tr w:rsidR="00257E26" w:rsidRPr="00642814" w14:paraId="1F66D7DF" w14:textId="77777777" w:rsidTr="009335A4">
              <w:trPr>
                <w:trHeight w:val="311"/>
              </w:trPr>
              <w:tc>
                <w:tcPr>
                  <w:tcW w:w="4543" w:type="dxa"/>
                  <w:shd w:val="clear" w:color="auto" w:fill="FFFFFF" w:themeFill="background1"/>
                  <w:vAlign w:val="center"/>
                </w:tcPr>
                <w:p w14:paraId="1A3C0007" w14:textId="77777777" w:rsidR="00257E26" w:rsidRPr="00642814" w:rsidRDefault="00257E26" w:rsidP="00F362CC">
                  <w:pPr>
                    <w:pStyle w:val="MK4Hint"/>
                    <w:spacing w:beforeLines="40" w:before="96" w:afterLines="40" w:after="96"/>
                    <w:rPr>
                      <w:rFonts w:ascii="Aptos" w:hAnsi="Aptos"/>
                      <w:color w:val="262626" w:themeColor="text1" w:themeTint="D9"/>
                      <w:sz w:val="19"/>
                      <w:szCs w:val="19"/>
                      <w:lang w:val="de-DE"/>
                    </w:rPr>
                  </w:pPr>
                  <w:r w:rsidRPr="00642814">
                    <w:rPr>
                      <w:rFonts w:ascii="Aptos" w:hAnsi="Aptos" w:cs="Calibri"/>
                      <w:i w:val="0"/>
                      <w:iCs/>
                      <w:color w:val="262626" w:themeColor="text1" w:themeTint="D9"/>
                      <w:sz w:val="19"/>
                      <w:szCs w:val="19"/>
                      <w:lang w:val="de-DE"/>
                    </w:rPr>
                    <w:t xml:space="preserve">Plötzlich hörte ich ein Krachen – die Tür öffnete sich, und </w:t>
                  </w:r>
                  <w:r>
                    <w:rPr>
                      <w:rFonts w:ascii="Aptos" w:hAnsi="Aptos" w:cs="Calibri"/>
                      <w:i w:val="0"/>
                      <w:iCs/>
                      <w:color w:val="262626" w:themeColor="text1" w:themeTint="D9"/>
                      <w:sz w:val="19"/>
                      <w:szCs w:val="19"/>
                      <w:lang w:val="de-DE"/>
                    </w:rPr>
                    <w:t xml:space="preserve">langsam schob sich </w:t>
                  </w:r>
                  <w:r w:rsidRPr="00642814">
                    <w:rPr>
                      <w:rFonts w:ascii="Aptos" w:hAnsi="Aptos" w:cs="Calibri"/>
                      <w:i w:val="0"/>
                      <w:iCs/>
                      <w:color w:val="262626" w:themeColor="text1" w:themeTint="D9"/>
                      <w:sz w:val="19"/>
                      <w:szCs w:val="19"/>
                      <w:lang w:val="de-DE"/>
                    </w:rPr>
                    <w:t xml:space="preserve">ein Schatten </w:t>
                  </w:r>
                  <w:r>
                    <w:rPr>
                      <w:rFonts w:ascii="Aptos" w:hAnsi="Aptos" w:cs="Calibri"/>
                      <w:i w:val="0"/>
                      <w:iCs/>
                      <w:color w:val="262626" w:themeColor="text1" w:themeTint="D9"/>
                      <w:sz w:val="19"/>
                      <w:szCs w:val="19"/>
                      <w:lang w:val="de-DE"/>
                    </w:rPr>
                    <w:t>hinein.</w:t>
                  </w:r>
                </w:p>
              </w:tc>
              <w:tc>
                <w:tcPr>
                  <w:tcW w:w="1260" w:type="dxa"/>
                  <w:shd w:val="clear" w:color="auto" w:fill="FFFFFF" w:themeFill="background1"/>
                  <w:vAlign w:val="center"/>
                </w:tcPr>
                <w:p w14:paraId="0AD9CC4F" w14:textId="0FB89FEA" w:rsidR="00257E26" w:rsidRPr="00642814" w:rsidRDefault="009335A4" w:rsidP="00F362CC">
                  <w:pPr>
                    <w:pStyle w:val="MK4Hint"/>
                    <w:spacing w:beforeLines="40" w:before="96" w:afterLines="40" w:after="96"/>
                    <w:jc w:val="center"/>
                    <w:rPr>
                      <w:rFonts w:ascii="Aptos" w:hAnsi="Aptos"/>
                      <w:color w:val="262626" w:themeColor="text1" w:themeTint="D9"/>
                      <w:lang w:val="de-DE"/>
                    </w:rPr>
                  </w:pPr>
                  <w:r w:rsidRPr="009335A4">
                    <w:rPr>
                      <w:rFonts w:ascii="Aptos" w:hAnsi="Aptos" w:cs="Segoe UI Symbol"/>
                      <w:i w:val="0"/>
                      <w:color w:val="4F81BD" w:themeColor="accent1"/>
                      <w:szCs w:val="20"/>
                      <w:lang w:val="de-DE"/>
                    </w:rPr>
                    <w:t>☑</w:t>
                  </w:r>
                  <w:r w:rsidR="00257E26" w:rsidRPr="00642814">
                    <w:rPr>
                      <w:rFonts w:ascii="Aptos" w:hAnsi="Aptos"/>
                      <w:i w:val="0"/>
                      <w:color w:val="262626" w:themeColor="text1" w:themeTint="D9"/>
                      <w:szCs w:val="20"/>
                      <w:lang w:val="de-DE"/>
                    </w:rPr>
                    <w:t xml:space="preserve">E      </w:t>
                  </w:r>
                  <w:r w:rsidR="00257E26" w:rsidRPr="00642814">
                    <w:rPr>
                      <w:rFonts w:ascii="Aptos" w:hAnsi="Aptos" w:cs="Segoe UI Symbol"/>
                      <w:i w:val="0"/>
                      <w:color w:val="262626" w:themeColor="text1" w:themeTint="D9"/>
                      <w:szCs w:val="20"/>
                      <w:lang w:val="de-DE"/>
                    </w:rPr>
                    <w:t>☐</w:t>
                  </w:r>
                  <w:r w:rsidR="00257E26" w:rsidRPr="00642814">
                    <w:rPr>
                      <w:rFonts w:ascii="Aptos" w:hAnsi="Aptos"/>
                      <w:i w:val="0"/>
                      <w:color w:val="262626" w:themeColor="text1" w:themeTint="D9"/>
                      <w:szCs w:val="20"/>
                      <w:lang w:val="de-DE"/>
                    </w:rPr>
                    <w:t>S</w:t>
                  </w:r>
                </w:p>
              </w:tc>
              <w:tc>
                <w:tcPr>
                  <w:tcW w:w="3670" w:type="dxa"/>
                  <w:shd w:val="clear" w:color="auto" w:fill="FFFFFF" w:themeFill="background1"/>
                </w:tcPr>
                <w:p w14:paraId="607FBC47" w14:textId="0DA40BC9" w:rsidR="00257E26" w:rsidRPr="009335A4" w:rsidRDefault="00C64585" w:rsidP="009335A4">
                  <w:pPr>
                    <w:pStyle w:val="MK4Hint"/>
                    <w:rPr>
                      <w:rFonts w:ascii="Comic Sans MS" w:hAnsi="Comic Sans MS"/>
                      <w:i w:val="0"/>
                      <w:iCs/>
                      <w:color w:val="262626" w:themeColor="text1" w:themeTint="D9"/>
                      <w:sz w:val="26"/>
                      <w:szCs w:val="26"/>
                      <w:lang w:val="de-DE"/>
                    </w:rPr>
                  </w:pPr>
                  <w:r w:rsidRPr="009335A4">
                    <w:rPr>
                      <w:rFonts w:ascii="Comic Sans MS" w:hAnsi="Comic Sans MS"/>
                      <w:i w:val="0"/>
                      <w:iCs/>
                      <w:color w:val="4F81BD" w:themeColor="accent1"/>
                      <w:sz w:val="26"/>
                      <w:szCs w:val="26"/>
                      <w:lang w:val="de-DE"/>
                    </w:rPr>
                    <w:t>Spannung, Handlung, Präteritum</w:t>
                  </w:r>
                </w:p>
              </w:tc>
            </w:tr>
            <w:tr w:rsidR="00257E26" w:rsidRPr="00642814" w14:paraId="3EFEF211" w14:textId="77777777" w:rsidTr="009335A4">
              <w:trPr>
                <w:trHeight w:val="737"/>
              </w:trPr>
              <w:tc>
                <w:tcPr>
                  <w:tcW w:w="4543" w:type="dxa"/>
                  <w:shd w:val="clear" w:color="auto" w:fill="FFFFFF" w:themeFill="background1"/>
                  <w:vAlign w:val="center"/>
                </w:tcPr>
                <w:p w14:paraId="477444F4" w14:textId="77777777" w:rsidR="00257E26" w:rsidRPr="00642814" w:rsidRDefault="00257E26" w:rsidP="00F362CC">
                  <w:pPr>
                    <w:pStyle w:val="MK4Hint"/>
                    <w:spacing w:beforeLines="40" w:before="96" w:afterLines="40" w:after="96"/>
                    <w:rPr>
                      <w:rFonts w:ascii="Aptos" w:hAnsi="Aptos" w:cs="Calibri"/>
                      <w:i w:val="0"/>
                      <w:iCs/>
                      <w:color w:val="262626" w:themeColor="text1" w:themeTint="D9"/>
                      <w:sz w:val="19"/>
                      <w:szCs w:val="19"/>
                      <w:lang w:val="de-DE"/>
                    </w:rPr>
                  </w:pPr>
                  <w:r w:rsidRPr="00642814">
                    <w:rPr>
                      <w:rFonts w:ascii="Aptos" w:hAnsi="Aptos" w:cs="Calibri"/>
                      <w:i w:val="0"/>
                      <w:iCs/>
                      <w:color w:val="262626" w:themeColor="text1" w:themeTint="D9"/>
                      <w:sz w:val="19"/>
                      <w:szCs w:val="19"/>
                      <w:lang w:val="de-DE"/>
                    </w:rPr>
                    <w:t>Die Sonne wärmt meine Haut, der Duft frisch gemähter Wiesen liegt in der Luft. Wie sehr habe ich dieses Gefühl vermisst! Hier könnte ich ewig liegen!</w:t>
                  </w:r>
                </w:p>
              </w:tc>
              <w:tc>
                <w:tcPr>
                  <w:tcW w:w="1260" w:type="dxa"/>
                  <w:shd w:val="clear" w:color="auto" w:fill="FFFFFF" w:themeFill="background1"/>
                  <w:vAlign w:val="center"/>
                </w:tcPr>
                <w:p w14:paraId="52860E4B" w14:textId="59D5271D" w:rsidR="00257E26" w:rsidRPr="00642814" w:rsidRDefault="00257E26" w:rsidP="00F362CC">
                  <w:pPr>
                    <w:pStyle w:val="MK4Hint"/>
                    <w:spacing w:beforeLines="40" w:before="96" w:afterLines="40" w:after="96"/>
                    <w:jc w:val="center"/>
                    <w:rPr>
                      <w:rFonts w:ascii="Aptos" w:hAnsi="Aptos"/>
                      <w:color w:val="262626" w:themeColor="text1" w:themeTint="D9"/>
                      <w:lang w:val="de-DE"/>
                    </w:rPr>
                  </w:pPr>
                  <w:r w:rsidRPr="00642814">
                    <w:rPr>
                      <w:rFonts w:ascii="Aptos" w:hAnsi="Aptos" w:cs="Segoe UI Symbol"/>
                      <w:i w:val="0"/>
                      <w:color w:val="262626" w:themeColor="text1" w:themeTint="D9"/>
                      <w:szCs w:val="20"/>
                      <w:lang w:val="de-DE"/>
                    </w:rPr>
                    <w:t>☐</w:t>
                  </w:r>
                  <w:r w:rsidRPr="00642814">
                    <w:rPr>
                      <w:rFonts w:ascii="Aptos" w:hAnsi="Aptos"/>
                      <w:i w:val="0"/>
                      <w:color w:val="262626" w:themeColor="text1" w:themeTint="D9"/>
                      <w:szCs w:val="20"/>
                      <w:lang w:val="de-DE"/>
                    </w:rPr>
                    <w:t xml:space="preserve">E     </w:t>
                  </w:r>
                  <w:r w:rsidRPr="009335A4">
                    <w:rPr>
                      <w:rFonts w:ascii="Aptos" w:hAnsi="Aptos"/>
                      <w:i w:val="0"/>
                      <w:color w:val="4F81BD" w:themeColor="accent1"/>
                      <w:szCs w:val="20"/>
                      <w:lang w:val="de-DE"/>
                    </w:rPr>
                    <w:t xml:space="preserve"> </w:t>
                  </w:r>
                  <w:r w:rsidR="009335A4" w:rsidRPr="009335A4">
                    <w:rPr>
                      <w:rFonts w:ascii="Aptos" w:hAnsi="Aptos"/>
                      <w:i w:val="0"/>
                      <w:color w:val="4F81BD" w:themeColor="accent1"/>
                      <w:szCs w:val="20"/>
                      <w:lang w:val="de-DE"/>
                    </w:rPr>
                    <w:t>☑</w:t>
                  </w:r>
                  <w:r w:rsidRPr="00642814">
                    <w:rPr>
                      <w:rFonts w:ascii="Aptos" w:hAnsi="Aptos"/>
                      <w:i w:val="0"/>
                      <w:color w:val="262626" w:themeColor="text1" w:themeTint="D9"/>
                      <w:szCs w:val="20"/>
                      <w:lang w:val="de-DE"/>
                    </w:rPr>
                    <w:t>S</w:t>
                  </w:r>
                </w:p>
              </w:tc>
              <w:tc>
                <w:tcPr>
                  <w:tcW w:w="3670" w:type="dxa"/>
                  <w:shd w:val="clear" w:color="auto" w:fill="FFFFFF" w:themeFill="background1"/>
                </w:tcPr>
                <w:p w14:paraId="7BDF4249" w14:textId="3ABFD790" w:rsidR="00257E26" w:rsidRPr="00642814" w:rsidRDefault="009335A4" w:rsidP="009335A4">
                  <w:pPr>
                    <w:pStyle w:val="MK4Hint"/>
                    <w:rPr>
                      <w:rFonts w:ascii="Aptos" w:hAnsi="Aptos"/>
                      <w:color w:val="262626" w:themeColor="text1" w:themeTint="D9"/>
                      <w:lang w:val="de-DE"/>
                    </w:rPr>
                  </w:pPr>
                  <w:r w:rsidRPr="009335A4">
                    <w:rPr>
                      <w:rFonts w:ascii="Comic Sans MS" w:hAnsi="Comic Sans MS"/>
                      <w:i w:val="0"/>
                      <w:iCs/>
                      <w:color w:val="4F81BD" w:themeColor="accent1"/>
                      <w:sz w:val="26"/>
                      <w:szCs w:val="26"/>
                      <w:lang w:val="de-DE"/>
                    </w:rPr>
                    <w:t>Stimmung, Gefühl, innerer Monolog</w:t>
                  </w:r>
                </w:p>
              </w:tc>
            </w:tr>
            <w:tr w:rsidR="009335A4" w:rsidRPr="00642814" w14:paraId="3761212C" w14:textId="77777777" w:rsidTr="009335A4">
              <w:trPr>
                <w:trHeight w:val="737"/>
              </w:trPr>
              <w:tc>
                <w:tcPr>
                  <w:tcW w:w="4543" w:type="dxa"/>
                  <w:shd w:val="clear" w:color="auto" w:fill="FFFFFF" w:themeFill="background1"/>
                  <w:vAlign w:val="center"/>
                </w:tcPr>
                <w:p w14:paraId="55994047" w14:textId="77777777" w:rsidR="009335A4" w:rsidRPr="00642814" w:rsidRDefault="009335A4" w:rsidP="009335A4">
                  <w:pPr>
                    <w:pStyle w:val="MK4Hint"/>
                    <w:spacing w:beforeLines="40" w:before="96" w:afterLines="40" w:after="96"/>
                    <w:rPr>
                      <w:rFonts w:ascii="Aptos" w:hAnsi="Aptos"/>
                      <w:color w:val="262626" w:themeColor="text1" w:themeTint="D9"/>
                      <w:sz w:val="19"/>
                      <w:szCs w:val="19"/>
                      <w:lang w:val="de-DE"/>
                    </w:rPr>
                  </w:pPr>
                  <w:r w:rsidRPr="00642814">
                    <w:rPr>
                      <w:rFonts w:ascii="Aptos" w:hAnsi="Aptos" w:cs="Calibri"/>
                      <w:i w:val="0"/>
                      <w:iCs/>
                      <w:color w:val="262626" w:themeColor="text1" w:themeTint="D9"/>
                      <w:sz w:val="19"/>
                      <w:szCs w:val="19"/>
                      <w:lang w:val="de-DE"/>
                    </w:rPr>
                    <w:t>Der Regen prasselt gegen die Fensterscheiben. Wie kleine Bäche rinnen die Tropfen hinunter. Helle Blitze erleuchten stroboskopartig die Umrisse der Bäume.</w:t>
                  </w:r>
                </w:p>
              </w:tc>
              <w:tc>
                <w:tcPr>
                  <w:tcW w:w="1260" w:type="dxa"/>
                  <w:shd w:val="clear" w:color="auto" w:fill="FFFFFF" w:themeFill="background1"/>
                  <w:vAlign w:val="center"/>
                </w:tcPr>
                <w:p w14:paraId="7343D648" w14:textId="7DF571A5" w:rsidR="009335A4" w:rsidRPr="00642814" w:rsidRDefault="009335A4" w:rsidP="009335A4">
                  <w:pPr>
                    <w:pStyle w:val="MK4Hint"/>
                    <w:spacing w:beforeLines="40" w:before="96" w:afterLines="40" w:after="96"/>
                    <w:jc w:val="center"/>
                    <w:rPr>
                      <w:rFonts w:ascii="Aptos" w:hAnsi="Aptos"/>
                      <w:color w:val="262626" w:themeColor="text1" w:themeTint="D9"/>
                      <w:lang w:val="de-DE"/>
                    </w:rPr>
                  </w:pPr>
                  <w:r w:rsidRPr="00642814">
                    <w:rPr>
                      <w:rFonts w:ascii="Aptos" w:hAnsi="Aptos" w:cs="Segoe UI Symbol"/>
                      <w:i w:val="0"/>
                      <w:color w:val="262626" w:themeColor="text1" w:themeTint="D9"/>
                      <w:szCs w:val="20"/>
                      <w:lang w:val="de-DE"/>
                    </w:rPr>
                    <w:t>☐</w:t>
                  </w:r>
                  <w:r w:rsidRPr="00642814">
                    <w:rPr>
                      <w:rFonts w:ascii="Aptos" w:hAnsi="Aptos"/>
                      <w:i w:val="0"/>
                      <w:color w:val="262626" w:themeColor="text1" w:themeTint="D9"/>
                      <w:szCs w:val="20"/>
                      <w:lang w:val="de-DE"/>
                    </w:rPr>
                    <w:t xml:space="preserve">E      </w:t>
                  </w:r>
                  <w:r w:rsidRPr="009335A4">
                    <w:rPr>
                      <w:rFonts w:ascii="Aptos" w:hAnsi="Aptos" w:cs="Segoe UI Symbol"/>
                      <w:i w:val="0"/>
                      <w:color w:val="4F81BD" w:themeColor="accent1"/>
                      <w:szCs w:val="20"/>
                      <w:lang w:val="de-DE"/>
                    </w:rPr>
                    <w:t>☑</w:t>
                  </w:r>
                  <w:r w:rsidRPr="00642814">
                    <w:rPr>
                      <w:rFonts w:ascii="Aptos" w:hAnsi="Aptos"/>
                      <w:i w:val="0"/>
                      <w:color w:val="262626" w:themeColor="text1" w:themeTint="D9"/>
                      <w:szCs w:val="20"/>
                      <w:lang w:val="de-DE"/>
                    </w:rPr>
                    <w:t>S</w:t>
                  </w:r>
                </w:p>
              </w:tc>
              <w:tc>
                <w:tcPr>
                  <w:tcW w:w="3670" w:type="dxa"/>
                  <w:shd w:val="clear" w:color="auto" w:fill="FFFFFF" w:themeFill="background1"/>
                </w:tcPr>
                <w:p w14:paraId="0C8076FB" w14:textId="505CB3B4" w:rsidR="009335A4" w:rsidRPr="00642814" w:rsidRDefault="009335A4" w:rsidP="009335A4">
                  <w:pPr>
                    <w:pStyle w:val="MK4Hint"/>
                    <w:spacing w:beforeLines="40" w:before="96" w:afterLines="40" w:after="96"/>
                    <w:rPr>
                      <w:rFonts w:ascii="Aptos" w:hAnsi="Aptos"/>
                      <w:color w:val="262626" w:themeColor="text1" w:themeTint="D9"/>
                      <w:lang w:val="de-DE"/>
                    </w:rPr>
                  </w:pPr>
                  <w:r>
                    <w:rPr>
                      <w:rFonts w:ascii="Comic Sans MS" w:hAnsi="Comic Sans MS"/>
                      <w:i w:val="0"/>
                      <w:iCs/>
                      <w:color w:val="4F81BD" w:themeColor="accent1"/>
                      <w:sz w:val="26"/>
                      <w:szCs w:val="26"/>
                      <w:lang w:val="de-DE"/>
                    </w:rPr>
                    <w:t xml:space="preserve">Genaue Beschreibung, Eindrücke, </w:t>
                  </w:r>
                  <w:r w:rsidRPr="009335A4">
                    <w:rPr>
                      <w:rFonts w:ascii="Comic Sans MS" w:hAnsi="Comic Sans MS"/>
                      <w:i w:val="0"/>
                      <w:iCs/>
                      <w:color w:val="4F81BD" w:themeColor="accent1"/>
                      <w:sz w:val="26"/>
                      <w:szCs w:val="26"/>
                      <w:lang w:val="de-DE"/>
                    </w:rPr>
                    <w:t>Stimmung</w:t>
                  </w:r>
                </w:p>
              </w:tc>
            </w:tr>
            <w:tr w:rsidR="009335A4" w:rsidRPr="00642814" w14:paraId="48F9F740" w14:textId="77777777" w:rsidTr="009335A4">
              <w:trPr>
                <w:trHeight w:val="737"/>
              </w:trPr>
              <w:tc>
                <w:tcPr>
                  <w:tcW w:w="4543" w:type="dxa"/>
                  <w:shd w:val="clear" w:color="auto" w:fill="FFFFFF" w:themeFill="background1"/>
                  <w:vAlign w:val="center"/>
                </w:tcPr>
                <w:p w14:paraId="24427259" w14:textId="77777777" w:rsidR="009335A4" w:rsidRPr="00642814" w:rsidRDefault="009335A4" w:rsidP="009335A4">
                  <w:pPr>
                    <w:pStyle w:val="MK4Hint"/>
                    <w:spacing w:beforeLines="40" w:before="96" w:afterLines="40" w:after="96"/>
                    <w:rPr>
                      <w:rFonts w:ascii="Aptos" w:hAnsi="Aptos"/>
                      <w:color w:val="262626" w:themeColor="text1" w:themeTint="D9"/>
                      <w:sz w:val="19"/>
                      <w:szCs w:val="19"/>
                      <w:lang w:val="de-DE"/>
                    </w:rPr>
                  </w:pPr>
                  <w:r w:rsidRPr="00642814">
                    <w:rPr>
                      <w:rFonts w:ascii="Aptos" w:hAnsi="Aptos" w:cs="Calibri"/>
                      <w:i w:val="0"/>
                      <w:iCs/>
                      <w:color w:val="262626" w:themeColor="text1" w:themeTint="D9"/>
                      <w:sz w:val="19"/>
                      <w:szCs w:val="19"/>
                      <w:lang w:val="de-DE"/>
                    </w:rPr>
                    <w:t>Ich rannte so schnell ich konnte, mein Herz klopfte wild. Keuchend und völlig erschöpft erreichte ich endlich den Eingang des Schulgebäudes</w:t>
                  </w:r>
                  <w:r>
                    <w:rPr>
                      <w:rFonts w:ascii="Aptos" w:hAnsi="Aptos" w:cs="Calibri"/>
                      <w:i w:val="0"/>
                      <w:iCs/>
                      <w:color w:val="262626" w:themeColor="text1" w:themeTint="D9"/>
                      <w:sz w:val="19"/>
                      <w:szCs w:val="19"/>
                      <w:lang w:val="de-DE"/>
                    </w:rPr>
                    <w:t>.</w:t>
                  </w:r>
                  <w:r w:rsidRPr="00642814">
                    <w:rPr>
                      <w:rFonts w:ascii="Aptos" w:hAnsi="Aptos" w:cs="Calibri"/>
                      <w:i w:val="0"/>
                      <w:iCs/>
                      <w:color w:val="262626" w:themeColor="text1" w:themeTint="D9"/>
                      <w:sz w:val="19"/>
                      <w:szCs w:val="19"/>
                      <w:lang w:val="de-DE"/>
                    </w:rPr>
                    <w:t xml:space="preserve"> </w:t>
                  </w:r>
                  <w:r>
                    <w:rPr>
                      <w:rFonts w:ascii="Aptos" w:hAnsi="Aptos" w:cs="Calibri"/>
                      <w:i w:val="0"/>
                      <w:iCs/>
                      <w:color w:val="262626" w:themeColor="text1" w:themeTint="D9"/>
                      <w:sz w:val="19"/>
                      <w:szCs w:val="19"/>
                      <w:lang w:val="de-DE"/>
                    </w:rPr>
                    <w:t>E</w:t>
                  </w:r>
                  <w:r w:rsidRPr="00642814">
                    <w:rPr>
                      <w:rFonts w:ascii="Aptos" w:hAnsi="Aptos" w:cs="Calibri"/>
                      <w:i w:val="0"/>
                      <w:iCs/>
                      <w:color w:val="262626" w:themeColor="text1" w:themeTint="D9"/>
                      <w:sz w:val="19"/>
                      <w:szCs w:val="19"/>
                      <w:lang w:val="de-DE"/>
                    </w:rPr>
                    <w:t xml:space="preserve">ilig lief </w:t>
                  </w:r>
                  <w:r>
                    <w:rPr>
                      <w:rFonts w:ascii="Aptos" w:hAnsi="Aptos" w:cs="Calibri"/>
                      <w:i w:val="0"/>
                      <w:iCs/>
                      <w:color w:val="262626" w:themeColor="text1" w:themeTint="D9"/>
                      <w:sz w:val="19"/>
                      <w:szCs w:val="19"/>
                      <w:lang w:val="de-DE"/>
                    </w:rPr>
                    <w:t xml:space="preserve">ich </w:t>
                  </w:r>
                  <w:r w:rsidRPr="00642814">
                    <w:rPr>
                      <w:rFonts w:ascii="Aptos" w:hAnsi="Aptos" w:cs="Calibri"/>
                      <w:i w:val="0"/>
                      <w:iCs/>
                      <w:color w:val="262626" w:themeColor="text1" w:themeTint="D9"/>
                      <w:sz w:val="19"/>
                      <w:szCs w:val="19"/>
                      <w:lang w:val="de-DE"/>
                    </w:rPr>
                    <w:t>die Treppe hinauf und stürmte ins Klassenzimmer.</w:t>
                  </w:r>
                </w:p>
              </w:tc>
              <w:tc>
                <w:tcPr>
                  <w:tcW w:w="1260" w:type="dxa"/>
                  <w:shd w:val="clear" w:color="auto" w:fill="FFFFFF" w:themeFill="background1"/>
                  <w:vAlign w:val="center"/>
                </w:tcPr>
                <w:p w14:paraId="2429803F" w14:textId="7B20E134" w:rsidR="009335A4" w:rsidRPr="00642814" w:rsidRDefault="009335A4" w:rsidP="009335A4">
                  <w:pPr>
                    <w:pStyle w:val="MK4Hint"/>
                    <w:spacing w:beforeLines="40" w:before="96" w:afterLines="40" w:after="96"/>
                    <w:jc w:val="center"/>
                    <w:rPr>
                      <w:rFonts w:ascii="Aptos" w:hAnsi="Aptos"/>
                      <w:color w:val="262626" w:themeColor="text1" w:themeTint="D9"/>
                      <w:lang w:val="de-DE"/>
                    </w:rPr>
                  </w:pPr>
                  <w:r w:rsidRPr="009335A4">
                    <w:rPr>
                      <w:rFonts w:ascii="Aptos" w:hAnsi="Aptos" w:cs="Segoe UI Symbol"/>
                      <w:i w:val="0"/>
                      <w:color w:val="4F81BD" w:themeColor="accent1"/>
                      <w:szCs w:val="20"/>
                      <w:lang w:val="de-DE"/>
                    </w:rPr>
                    <w:t>☑</w:t>
                  </w:r>
                  <w:r w:rsidRPr="00642814">
                    <w:rPr>
                      <w:rFonts w:ascii="Aptos" w:hAnsi="Aptos"/>
                      <w:i w:val="0"/>
                      <w:color w:val="262626" w:themeColor="text1" w:themeTint="D9"/>
                      <w:szCs w:val="20"/>
                      <w:lang w:val="de-DE"/>
                    </w:rPr>
                    <w:t xml:space="preserve">E      </w:t>
                  </w:r>
                  <w:r w:rsidRPr="00642814">
                    <w:rPr>
                      <w:rFonts w:ascii="Aptos" w:hAnsi="Aptos" w:cs="Segoe UI Symbol"/>
                      <w:i w:val="0"/>
                      <w:color w:val="262626" w:themeColor="text1" w:themeTint="D9"/>
                      <w:szCs w:val="20"/>
                      <w:lang w:val="de-DE"/>
                    </w:rPr>
                    <w:t>☐</w:t>
                  </w:r>
                  <w:r w:rsidRPr="00642814">
                    <w:rPr>
                      <w:rFonts w:ascii="Aptos" w:hAnsi="Aptos"/>
                      <w:i w:val="0"/>
                      <w:color w:val="262626" w:themeColor="text1" w:themeTint="D9"/>
                      <w:szCs w:val="20"/>
                      <w:lang w:val="de-DE"/>
                    </w:rPr>
                    <w:t>S</w:t>
                  </w:r>
                </w:p>
              </w:tc>
              <w:tc>
                <w:tcPr>
                  <w:tcW w:w="3670" w:type="dxa"/>
                  <w:shd w:val="clear" w:color="auto" w:fill="FFFFFF" w:themeFill="background1"/>
                </w:tcPr>
                <w:p w14:paraId="6729C867" w14:textId="39497AF2" w:rsidR="009335A4" w:rsidRPr="00642814" w:rsidRDefault="009335A4" w:rsidP="009335A4">
                  <w:pPr>
                    <w:pStyle w:val="MK4Hint"/>
                    <w:spacing w:beforeLines="40" w:before="96" w:afterLines="40" w:after="96"/>
                    <w:rPr>
                      <w:rFonts w:ascii="Aptos" w:hAnsi="Aptos"/>
                      <w:color w:val="262626" w:themeColor="text1" w:themeTint="D9"/>
                      <w:lang w:val="de-DE"/>
                    </w:rPr>
                  </w:pPr>
                  <w:r w:rsidRPr="009335A4">
                    <w:rPr>
                      <w:rFonts w:ascii="Comic Sans MS" w:hAnsi="Comic Sans MS"/>
                      <w:i w:val="0"/>
                      <w:iCs/>
                      <w:color w:val="4F81BD" w:themeColor="accent1"/>
                      <w:sz w:val="26"/>
                      <w:szCs w:val="26"/>
                      <w:lang w:val="de-DE"/>
                    </w:rPr>
                    <w:t xml:space="preserve">Mehrere Handlungsschritte </w:t>
                  </w:r>
                  <w:r>
                    <w:rPr>
                      <w:rFonts w:ascii="Comic Sans MS" w:hAnsi="Comic Sans MS"/>
                      <w:i w:val="0"/>
                      <w:iCs/>
                      <w:color w:val="4F81BD" w:themeColor="accent1"/>
                      <w:sz w:val="26"/>
                      <w:szCs w:val="26"/>
                      <w:lang w:val="de-DE"/>
                    </w:rPr>
                    <w:t xml:space="preserve">zeitlicher Ablauf, </w:t>
                  </w:r>
                  <w:r w:rsidRPr="009335A4">
                    <w:rPr>
                      <w:rFonts w:ascii="Comic Sans MS" w:hAnsi="Comic Sans MS"/>
                      <w:i w:val="0"/>
                      <w:iCs/>
                      <w:color w:val="4F81BD" w:themeColor="accent1"/>
                      <w:sz w:val="26"/>
                      <w:szCs w:val="26"/>
                      <w:lang w:val="de-DE"/>
                    </w:rPr>
                    <w:t>Veränderung</w:t>
                  </w:r>
                </w:p>
              </w:tc>
            </w:tr>
          </w:tbl>
          <w:p w14:paraId="388F384E" w14:textId="77777777" w:rsidR="00257E26" w:rsidRPr="00642814" w:rsidRDefault="00257E26" w:rsidP="00F362CC">
            <w:pPr>
              <w:pStyle w:val="MK4Hint"/>
              <w:rPr>
                <w:rFonts w:ascii="Aptos" w:hAnsi="Aptos"/>
                <w:lang w:val="de-DE"/>
              </w:rPr>
            </w:pPr>
          </w:p>
        </w:tc>
      </w:tr>
      <w:tr w:rsidR="00257E26" w:rsidRPr="008436D8" w14:paraId="56BDAF9F" w14:textId="77777777" w:rsidTr="00F362CC">
        <w:trPr>
          <w:trHeight w:val="113"/>
        </w:trPr>
        <w:tc>
          <w:tcPr>
            <w:tcW w:w="236" w:type="dxa"/>
            <w:tcBorders>
              <w:top w:val="nil"/>
              <w:left w:val="single" w:sz="12" w:space="0" w:color="860000"/>
              <w:bottom w:val="single" w:sz="4" w:space="0" w:color="BFBFBF" w:themeColor="background1" w:themeShade="BF"/>
              <w:right w:val="nil"/>
            </w:tcBorders>
            <w:shd w:val="clear" w:color="auto" w:fill="FFFFF5"/>
            <w:tcMar>
              <w:left w:w="0" w:type="dxa"/>
              <w:right w:w="0" w:type="dxa"/>
            </w:tcMar>
          </w:tcPr>
          <w:p w14:paraId="00C9921D" w14:textId="77777777" w:rsidR="00257E26" w:rsidRPr="005D500C" w:rsidRDefault="00257E26" w:rsidP="00F362CC">
            <w:pPr>
              <w:pStyle w:val="MK4Hint"/>
              <w:spacing w:after="0"/>
              <w:rPr>
                <w:i w:val="0"/>
                <w:color w:val="auto"/>
                <w:szCs w:val="20"/>
                <w:lang w:val="de-DE"/>
              </w:rPr>
            </w:pPr>
          </w:p>
        </w:tc>
        <w:tc>
          <w:tcPr>
            <w:tcW w:w="9814" w:type="dxa"/>
            <w:tcBorders>
              <w:top w:val="nil"/>
              <w:left w:val="nil"/>
              <w:bottom w:val="single" w:sz="4" w:space="0" w:color="BFBFBF" w:themeColor="background1" w:themeShade="BF"/>
              <w:right w:val="single" w:sz="4" w:space="0" w:color="BFBFBF" w:themeColor="background1" w:themeShade="BF"/>
            </w:tcBorders>
            <w:shd w:val="clear" w:color="auto" w:fill="FFFFF5"/>
          </w:tcPr>
          <w:p w14:paraId="4FF7211A" w14:textId="77777777" w:rsidR="00257E26" w:rsidRPr="00DA0F10" w:rsidRDefault="00257E26" w:rsidP="00F362CC">
            <w:pPr>
              <w:pStyle w:val="MK4Hint"/>
              <w:spacing w:before="40" w:after="80"/>
              <w:jc w:val="center"/>
              <w:rPr>
                <w:rFonts w:cs="Calibri"/>
                <w:i w:val="0"/>
                <w:iCs/>
                <w:sz w:val="16"/>
                <w:szCs w:val="16"/>
                <w:lang w:val="de-DE"/>
              </w:rPr>
            </w:pPr>
            <w:r w:rsidRPr="00DA0F10">
              <w:rPr>
                <w:rFonts w:ascii="Segoe UI Emoji" w:hAnsi="Segoe UI Emoji" w:cs="Segoe UI Emoji"/>
                <w:i w:val="0"/>
                <w:iCs/>
                <w:color w:val="E2AC00"/>
                <w:sz w:val="16"/>
                <w:szCs w:val="16"/>
                <w:lang w:val="de-DE"/>
              </w:rPr>
              <w:t>🟢</w:t>
            </w:r>
            <w:r w:rsidRPr="00DA0F10">
              <w:rPr>
                <w:rFonts w:cs="Calibri"/>
                <w:i w:val="0"/>
                <w:iCs/>
                <w:sz w:val="16"/>
                <w:szCs w:val="16"/>
                <w:lang w:val="de-DE"/>
              </w:rPr>
              <w:t xml:space="preserve"> </w:t>
            </w:r>
            <w:r w:rsidRPr="00E62786">
              <w:rPr>
                <w:rFonts w:ascii="Aptos" w:hAnsi="Aptos" w:cs="Calibri"/>
                <w:i w:val="0"/>
                <w:iCs/>
                <w:sz w:val="15"/>
                <w:szCs w:val="15"/>
                <w:lang w:val="de-DE"/>
              </w:rPr>
              <w:t>Tipp: Erzählung = Handlung, Ereignisse, Spannung, Veränderung | Schilderung = eine Situation, genaue Beschreibung, Stimmung, Eindrücke</w:t>
            </w:r>
          </w:p>
        </w:tc>
      </w:tr>
    </w:tbl>
    <w:p w14:paraId="46074F83" w14:textId="77777777" w:rsidR="00257E26" w:rsidRDefault="00257E26" w:rsidP="00257E26">
      <w:r>
        <w:br w:type="page"/>
      </w:r>
    </w:p>
    <w:p w14:paraId="21822BE2" w14:textId="767BF52D" w:rsidR="00257E26" w:rsidRDefault="00BA3355" w:rsidP="00257E26">
      <w:pPr>
        <w:spacing w:after="0"/>
      </w:pPr>
      <w:r w:rsidRPr="00ED4AF8">
        <w:rPr>
          <w:rFonts w:ascii="Abadi" w:hAnsi="Abadi"/>
          <w:noProof/>
          <w:sz w:val="26"/>
          <w:szCs w:val="26"/>
        </w:rPr>
        <w:lastRenderedPageBreak/>
        <w:drawing>
          <wp:anchor distT="0" distB="0" distL="114300" distR="114300" simplePos="0" relativeHeight="251702272" behindDoc="0" locked="0" layoutInCell="1" allowOverlap="1" wp14:anchorId="0C79B271" wp14:editId="0955B4FA">
            <wp:simplePos x="0" y="0"/>
            <wp:positionH relativeFrom="column">
              <wp:posOffset>5991879</wp:posOffset>
            </wp:positionH>
            <wp:positionV relativeFrom="paragraph">
              <wp:posOffset>93364</wp:posOffset>
            </wp:positionV>
            <wp:extent cx="378093" cy="395008"/>
            <wp:effectExtent l="0" t="0" r="3175" b="5080"/>
            <wp:wrapNone/>
            <wp:docPr id="37" name="Grafik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flipH="1">
                      <a:off x="0" y="0"/>
                      <a:ext cx="378093" cy="395008"/>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19DA4808" w14:textId="77777777" w:rsidR="00257E26" w:rsidRPr="006B0D67" w:rsidRDefault="00257E26" w:rsidP="00257E26">
      <w:pPr>
        <w:pStyle w:val="MK4Title"/>
        <w:spacing w:after="200"/>
        <w:rPr>
          <w:rFonts w:ascii="Abadi" w:hAnsi="Abadi"/>
          <w:sz w:val="26"/>
          <w:szCs w:val="26"/>
          <w:lang w:val="de-DE"/>
        </w:rPr>
      </w:pPr>
      <w:r w:rsidRPr="006B0D67">
        <w:rPr>
          <w:rFonts w:ascii="Abadi" w:hAnsi="Abadi"/>
          <w:noProof/>
          <w:sz w:val="26"/>
          <w:szCs w:val="26"/>
          <w:lang w:val="de-DE"/>
        </w:rPr>
        <mc:AlternateContent>
          <mc:Choice Requires="wps">
            <w:drawing>
              <wp:anchor distT="45720" distB="45720" distL="114300" distR="114300" simplePos="0" relativeHeight="251695104" behindDoc="0" locked="0" layoutInCell="1" allowOverlap="1" wp14:anchorId="34EAE2D8" wp14:editId="320D4845">
                <wp:simplePos x="0" y="0"/>
                <wp:positionH relativeFrom="margin">
                  <wp:posOffset>4609585</wp:posOffset>
                </wp:positionH>
                <wp:positionV relativeFrom="paragraph">
                  <wp:posOffset>87211</wp:posOffset>
                </wp:positionV>
                <wp:extent cx="1713925" cy="1242203"/>
                <wp:effectExtent l="38100" t="38100" r="114935" b="110490"/>
                <wp:wrapNone/>
                <wp:docPr id="30"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13925" cy="1242203"/>
                        </a:xfrm>
                        <a:prstGeom prst="rect">
                          <a:avLst/>
                        </a:prstGeom>
                        <a:solidFill>
                          <a:srgbClr val="FEF0F0"/>
                        </a:solidFill>
                        <a:ln w="9525">
                          <a:solidFill>
                            <a:srgbClr val="000000"/>
                          </a:solidFill>
                          <a:miter lim="800000"/>
                          <a:headEnd/>
                          <a:tailEnd/>
                        </a:ln>
                        <a:effectLst>
                          <a:outerShdw blurRad="50800" dist="38100" dir="2700000" algn="tl" rotWithShape="0">
                            <a:prstClr val="black">
                              <a:alpha val="40000"/>
                            </a:prstClr>
                          </a:outerShdw>
                        </a:effectLst>
                      </wps:spPr>
                      <wps:txbx>
                        <w:txbxContent>
                          <w:p w14:paraId="6EC76297" w14:textId="77777777" w:rsidR="00257E26" w:rsidRDefault="00257E26" w:rsidP="00257E26">
                            <w:pPr>
                              <w:spacing w:before="120" w:after="120"/>
                              <w:rPr>
                                <w:rFonts w:ascii="Calibri" w:hAnsi="Calibri" w:cs="Calibri"/>
                                <w:sz w:val="18"/>
                                <w:szCs w:val="18"/>
                              </w:rPr>
                            </w:pPr>
                            <w:r w:rsidRPr="00D336C4">
                              <w:rPr>
                                <w:rFonts w:ascii="Calibri" w:hAnsi="Calibri" w:cs="Calibri"/>
                                <w:b/>
                                <w:bCs/>
                                <w:sz w:val="18"/>
                                <w:szCs w:val="18"/>
                              </w:rPr>
                              <w:t>da</w:t>
                            </w:r>
                            <w:r w:rsidRPr="00D336C4">
                              <w:rPr>
                                <w:rFonts w:ascii="Calibri" w:hAnsi="Calibri" w:cs="Calibri"/>
                                <w:b/>
                                <w:bCs/>
                                <w:sz w:val="18"/>
                                <w:szCs w:val="18"/>
                                <w:u w:val="single" w:color="000000" w:themeColor="text1"/>
                              </w:rPr>
                              <w:t>s</w:t>
                            </w:r>
                            <w:r w:rsidRPr="00D336C4">
                              <w:rPr>
                                <w:rFonts w:ascii="Calibri" w:hAnsi="Calibri" w:cs="Calibri"/>
                                <w:sz w:val="18"/>
                                <w:szCs w:val="18"/>
                              </w:rPr>
                              <w:t xml:space="preserve"> = </w:t>
                            </w:r>
                            <w:r w:rsidRPr="00E8334E">
                              <w:rPr>
                                <w:rFonts w:ascii="Calibri" w:hAnsi="Calibri" w:cs="Calibri"/>
                                <w:b/>
                                <w:bCs/>
                                <w:color w:val="1C1C1C"/>
                                <w:sz w:val="18"/>
                                <w:szCs w:val="18"/>
                              </w:rPr>
                              <w:t xml:space="preserve">Artikel </w:t>
                            </w:r>
                            <w:r w:rsidRPr="00D336C4">
                              <w:rPr>
                                <w:rFonts w:ascii="Calibri" w:hAnsi="Calibri" w:cs="Calibri"/>
                                <w:sz w:val="18"/>
                                <w:szCs w:val="18"/>
                              </w:rPr>
                              <w:t xml:space="preserve">(vor einem Nomen) </w:t>
                            </w:r>
                            <w:r w:rsidRPr="00E8334E">
                              <w:rPr>
                                <w:rFonts w:ascii="Calibri" w:hAnsi="Calibri" w:cs="Calibri"/>
                                <w:b/>
                                <w:bCs/>
                                <w:sz w:val="18"/>
                                <w:szCs w:val="18"/>
                              </w:rPr>
                              <w:t>oder Pronomen</w:t>
                            </w:r>
                            <w:r w:rsidRPr="00D336C4">
                              <w:rPr>
                                <w:rFonts w:ascii="Calibri" w:hAnsi="Calibri" w:cs="Calibri"/>
                                <w:sz w:val="18"/>
                                <w:szCs w:val="18"/>
                              </w:rPr>
                              <w:t xml:space="preserve"> (kann man durch „welches“, „jenes“ oder „dieses“ ersetzen)  </w:t>
                            </w:r>
                          </w:p>
                          <w:p w14:paraId="721E3D4E" w14:textId="77777777" w:rsidR="00257E26" w:rsidRPr="00D336C4" w:rsidRDefault="00257E26" w:rsidP="00257E26">
                            <w:pPr>
                              <w:spacing w:before="120" w:after="120"/>
                              <w:rPr>
                                <w:rFonts w:ascii="Calibri" w:hAnsi="Calibri" w:cs="Calibri"/>
                                <w:sz w:val="18"/>
                                <w:szCs w:val="18"/>
                              </w:rPr>
                            </w:pPr>
                            <w:r w:rsidRPr="00D336C4">
                              <w:rPr>
                                <w:rFonts w:ascii="Calibri" w:hAnsi="Calibri" w:cs="Calibri"/>
                                <w:b/>
                                <w:bCs/>
                                <w:sz w:val="18"/>
                                <w:szCs w:val="18"/>
                              </w:rPr>
                              <w:t>da</w:t>
                            </w:r>
                            <w:r w:rsidRPr="00D336C4">
                              <w:rPr>
                                <w:rFonts w:ascii="Calibri" w:hAnsi="Calibri" w:cs="Calibri"/>
                                <w:b/>
                                <w:bCs/>
                                <w:sz w:val="18"/>
                                <w:szCs w:val="18"/>
                                <w:u w:val="single" w:color="000000" w:themeColor="text1"/>
                              </w:rPr>
                              <w:t>ss</w:t>
                            </w:r>
                            <w:r w:rsidRPr="00D336C4">
                              <w:rPr>
                                <w:rFonts w:ascii="Calibri" w:hAnsi="Calibri" w:cs="Calibri"/>
                                <w:sz w:val="18"/>
                                <w:szCs w:val="18"/>
                              </w:rPr>
                              <w:t xml:space="preserve"> = </w:t>
                            </w:r>
                            <w:r w:rsidRPr="00E8334E">
                              <w:rPr>
                                <w:rFonts w:ascii="Calibri" w:hAnsi="Calibri" w:cs="Calibri"/>
                                <w:b/>
                                <w:bCs/>
                                <w:sz w:val="18"/>
                                <w:szCs w:val="18"/>
                              </w:rPr>
                              <w:t>Konjunktion</w:t>
                            </w:r>
                            <w:r w:rsidRPr="00D336C4">
                              <w:rPr>
                                <w:rFonts w:ascii="Calibri" w:hAnsi="Calibri" w:cs="Calibri"/>
                                <w:sz w:val="18"/>
                                <w:szCs w:val="18"/>
                              </w:rPr>
                              <w:t xml:space="preserve"> (leitet einen Nebensatz ein)</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4EAE2D8" id="_x0000_s1037" type="#_x0000_t202" style="position:absolute;margin-left:362.95pt;margin-top:6.85pt;width:134.95pt;height:97.8pt;z-index:251695104;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" fillcolor="#fef0f0">
                <v:shadow on="t" color="black" opacity="26214f" origin="-.5,-.5" offset=".74836mm,.74836mm"/>
                <v:textbox>
                  <w:txbxContent>
                    <w:p w14:paraId="6EC76297" w14:textId="77777777" w:rsidR="00257E26" w:rsidRDefault="00257E26" w:rsidP="00257E26">
                      <w:pPr>
                        <w:spacing w:before="120" w:after="120"/>
                        <w:rPr>
                          <w:rFonts w:ascii="Calibri" w:hAnsi="Calibri" w:cs="Calibri"/>
                          <w:sz w:val="18"/>
                          <w:szCs w:val="18"/>
                        </w:rPr>
                      </w:pPr>
                      <w:r w:rsidRPr="00D336C4">
                        <w:rPr>
                          <w:rFonts w:ascii="Calibri" w:hAnsi="Calibri" w:cs="Calibri"/>
                          <w:b/>
                          <w:bCs/>
                          <w:sz w:val="18"/>
                          <w:szCs w:val="18"/>
                        </w:rPr>
                        <w:t>da</w:t>
                      </w:r>
                      <w:r w:rsidRPr="00D336C4">
                        <w:rPr>
                          <w:rFonts w:ascii="Calibri" w:hAnsi="Calibri" w:cs="Calibri"/>
                          <w:b/>
                          <w:bCs/>
                          <w:sz w:val="18"/>
                          <w:szCs w:val="18"/>
                          <w:u w:val="single" w:color="000000" w:themeColor="text1"/>
                        </w:rPr>
                        <w:t>s</w:t>
                      </w:r>
                      <w:r w:rsidRPr="00D336C4">
                        <w:rPr>
                          <w:rFonts w:ascii="Calibri" w:hAnsi="Calibri" w:cs="Calibri"/>
                          <w:sz w:val="18"/>
                          <w:szCs w:val="18"/>
                        </w:rPr>
                        <w:t xml:space="preserve"> = </w:t>
                      </w:r>
                      <w:r w:rsidRPr="00E8334E">
                        <w:rPr>
                          <w:rFonts w:ascii="Calibri" w:hAnsi="Calibri" w:cs="Calibri"/>
                          <w:b/>
                          <w:bCs/>
                          <w:color w:val="1C1C1C"/>
                          <w:sz w:val="18"/>
                          <w:szCs w:val="18"/>
                        </w:rPr>
                        <w:t xml:space="preserve">Artikel </w:t>
                      </w:r>
                      <w:r w:rsidRPr="00D336C4">
                        <w:rPr>
                          <w:rFonts w:ascii="Calibri" w:hAnsi="Calibri" w:cs="Calibri"/>
                          <w:sz w:val="18"/>
                          <w:szCs w:val="18"/>
                        </w:rPr>
                        <w:t xml:space="preserve">(vor einem Nomen) </w:t>
                      </w:r>
                      <w:r w:rsidRPr="00E8334E">
                        <w:rPr>
                          <w:rFonts w:ascii="Calibri" w:hAnsi="Calibri" w:cs="Calibri"/>
                          <w:b/>
                          <w:bCs/>
                          <w:sz w:val="18"/>
                          <w:szCs w:val="18"/>
                        </w:rPr>
                        <w:t>oder Pronomen</w:t>
                      </w:r>
                      <w:r w:rsidRPr="00D336C4">
                        <w:rPr>
                          <w:rFonts w:ascii="Calibri" w:hAnsi="Calibri" w:cs="Calibri"/>
                          <w:sz w:val="18"/>
                          <w:szCs w:val="18"/>
                        </w:rPr>
                        <w:t xml:space="preserve"> (kann man durch „welches“, „jenes“ oder „dieses“ ersetzen)  </w:t>
                      </w:r>
                    </w:p>
                    <w:p w14:paraId="721E3D4E" w14:textId="77777777" w:rsidR="00257E26" w:rsidRPr="00D336C4" w:rsidRDefault="00257E26" w:rsidP="00257E26">
                      <w:pPr>
                        <w:spacing w:before="120" w:after="120"/>
                        <w:rPr>
                          <w:rFonts w:ascii="Calibri" w:hAnsi="Calibri" w:cs="Calibri"/>
                          <w:sz w:val="18"/>
                          <w:szCs w:val="18"/>
                        </w:rPr>
                      </w:pPr>
                      <w:r w:rsidRPr="00D336C4">
                        <w:rPr>
                          <w:rFonts w:ascii="Calibri" w:hAnsi="Calibri" w:cs="Calibri"/>
                          <w:b/>
                          <w:bCs/>
                          <w:sz w:val="18"/>
                          <w:szCs w:val="18"/>
                        </w:rPr>
                        <w:t>da</w:t>
                      </w:r>
                      <w:r w:rsidRPr="00D336C4">
                        <w:rPr>
                          <w:rFonts w:ascii="Calibri" w:hAnsi="Calibri" w:cs="Calibri"/>
                          <w:b/>
                          <w:bCs/>
                          <w:sz w:val="18"/>
                          <w:szCs w:val="18"/>
                          <w:u w:val="single" w:color="000000" w:themeColor="text1"/>
                        </w:rPr>
                        <w:t>ss</w:t>
                      </w:r>
                      <w:r w:rsidRPr="00D336C4">
                        <w:rPr>
                          <w:rFonts w:ascii="Calibri" w:hAnsi="Calibri" w:cs="Calibri"/>
                          <w:sz w:val="18"/>
                          <w:szCs w:val="18"/>
                        </w:rPr>
                        <w:t xml:space="preserve"> = </w:t>
                      </w:r>
                      <w:r w:rsidRPr="00E8334E">
                        <w:rPr>
                          <w:rFonts w:ascii="Calibri" w:hAnsi="Calibri" w:cs="Calibri"/>
                          <w:b/>
                          <w:bCs/>
                          <w:sz w:val="18"/>
                          <w:szCs w:val="18"/>
                        </w:rPr>
                        <w:t>Konjunktion</w:t>
                      </w:r>
                      <w:r w:rsidRPr="00D336C4">
                        <w:rPr>
                          <w:rFonts w:ascii="Calibri" w:hAnsi="Calibri" w:cs="Calibri"/>
                          <w:sz w:val="18"/>
                          <w:szCs w:val="18"/>
                        </w:rPr>
                        <w:t xml:space="preserve"> (leitet einen Nebensatz ein)</w:t>
                      </w:r>
                    </w:p>
                  </w:txbxContent>
                </v:textbox>
                <w10:wrap anchorx="margin"/>
              </v:shape>
            </w:pict>
          </mc:Fallback>
        </mc:AlternateContent>
      </w:r>
      <w:r w:rsidRPr="006B0D67">
        <w:rPr>
          <w:rFonts w:ascii="Abadi" w:hAnsi="Abadi"/>
          <w:sz w:val="26"/>
          <w:szCs w:val="26"/>
          <w:lang w:val="de-DE"/>
        </w:rPr>
        <w:t>Teil B: Grammatik und Zeichensetzung</w:t>
      </w:r>
    </w:p>
    <w:tbl>
      <w:tblPr>
        <w:tblpPr w:leftFromText="141" w:rightFromText="141" w:vertAnchor="text" w:horzAnchor="margin" w:tblpY="64"/>
        <w:tblW w:w="0" w:type="auto"/>
        <w:tblBorders>
          <w:top w:val="single" w:sz="4" w:space="0" w:color="E0E0E0"/>
          <w:left w:val="single" w:sz="4" w:space="0" w:color="E0E0E0"/>
          <w:bottom w:val="single" w:sz="4" w:space="0" w:color="E0E0E0"/>
          <w:right w:val="single" w:sz="4" w:space="0" w:color="E0E0E0"/>
          <w:insideH w:val="nil"/>
          <w:insideV w:val="nil"/>
        </w:tblBorders>
        <w:shd w:val="clear" w:color="auto" w:fill="FFFFF0"/>
        <w:tblLayout w:type="fixed"/>
        <w:tblCellMar>
          <w:left w:w="340" w:type="dxa"/>
          <w:right w:w="227" w:type="dxa"/>
        </w:tblCellMar>
        <w:tblLook w:val="04A0" w:firstRow="1" w:lastRow="0" w:firstColumn="1" w:lastColumn="0" w:noHBand="0" w:noVBand="1"/>
      </w:tblPr>
      <w:tblGrid>
        <w:gridCol w:w="10055"/>
      </w:tblGrid>
      <w:tr w:rsidR="00257E26" w:rsidRPr="008436D8" w14:paraId="2E856CDB" w14:textId="77777777" w:rsidTr="00F362CC">
        <w:tc>
          <w:tcPr>
            <w:tcW w:w="10055" w:type="dxa"/>
            <w:tcBorders>
              <w:top w:val="single" w:sz="4" w:space="0" w:color="BFBFBF" w:themeColor="background1" w:themeShade="BF"/>
              <w:left w:val="single" w:sz="12" w:space="0" w:color="860000"/>
              <w:right w:val="single" w:sz="4" w:space="0" w:color="BFBFBF" w:themeColor="background1" w:themeShade="BF"/>
            </w:tcBorders>
            <w:shd w:val="clear" w:color="auto" w:fill="FFFFF0"/>
          </w:tcPr>
          <w:p w14:paraId="660A26F5" w14:textId="77777777" w:rsidR="00257E26" w:rsidRPr="00DA45BA" w:rsidRDefault="00257E26" w:rsidP="00F362CC">
            <w:pPr>
              <w:pStyle w:val="MK4TaskH"/>
              <w:spacing w:before="80" w:after="160"/>
              <w:rPr>
                <w:b w:val="0"/>
                <w:bCs/>
                <w:szCs w:val="24"/>
                <w:lang w:val="de-DE"/>
              </w:rPr>
            </w:pPr>
            <w:r w:rsidRPr="00DA1D2E">
              <w:rPr>
                <w:lang w:val="de-DE"/>
              </w:rPr>
              <w:t>Aufgabe 3 – Setze richtig ein: „das“ oder „dass“?</w:t>
            </w:r>
            <w:r w:rsidRPr="00DA45BA">
              <w:rPr>
                <w:bCs/>
                <w:szCs w:val="24"/>
                <w:lang w:val="de-DE"/>
              </w:rPr>
              <w:t xml:space="preserve"> </w:t>
            </w:r>
          </w:p>
        </w:tc>
      </w:tr>
      <w:tr w:rsidR="00257E26" w:rsidRPr="008436D8" w14:paraId="62492839" w14:textId="77777777" w:rsidTr="00F362CC">
        <w:tc>
          <w:tcPr>
            <w:tcW w:w="10055" w:type="dxa"/>
            <w:tcBorders>
              <w:left w:val="single" w:sz="12" w:space="0" w:color="860000"/>
              <w:bottom w:val="single" w:sz="4" w:space="0" w:color="BFBFBF" w:themeColor="background1" w:themeShade="BF"/>
              <w:right w:val="single" w:sz="4" w:space="0" w:color="BFBFBF" w:themeColor="background1" w:themeShade="BF"/>
            </w:tcBorders>
            <w:shd w:val="clear" w:color="auto" w:fill="FFFFF0"/>
          </w:tcPr>
          <w:p w14:paraId="4FADDDF5" w14:textId="77777777" w:rsidR="00257E26" w:rsidRPr="00C611AC" w:rsidRDefault="00257E26" w:rsidP="00F362CC">
            <w:pPr>
              <w:pStyle w:val="Listenabsatz"/>
              <w:numPr>
                <w:ilvl w:val="0"/>
                <w:numId w:val="15"/>
              </w:numPr>
              <w:spacing w:after="80"/>
              <w:ind w:left="584" w:hanging="357"/>
              <w:contextualSpacing w:val="0"/>
              <w:rPr>
                <w:rFonts w:ascii="Aptos" w:hAnsi="Aptos" w:cs="Calibri"/>
              </w:rPr>
            </w:pPr>
            <w:r w:rsidRPr="00C611AC">
              <w:rPr>
                <w:rFonts w:ascii="Aptos" w:hAnsi="Aptos" w:cs="Calibri"/>
              </w:rPr>
              <w:t>Ich hoffe,</w:t>
            </w:r>
            <w:r w:rsidRPr="00D336C4">
              <w:rPr>
                <w:rFonts w:ascii="Calibri" w:hAnsi="Calibri" w:cs="Calibri"/>
              </w:rPr>
              <w:t xml:space="preserve"> </w:t>
            </w:r>
            <w:r w:rsidRPr="00BB2B52">
              <w:rPr>
                <w:rFonts w:ascii="Comic Sans MS" w:hAnsi="Comic Sans MS"/>
                <w:color w:val="4F81BD" w:themeColor="accent1"/>
                <w:w w:val="120"/>
                <w:u w:val="single" w:color="000000" w:themeColor="text1"/>
              </w:rPr>
              <w:t>dass</w:t>
            </w:r>
            <w:r w:rsidRPr="007C4855">
              <w:t xml:space="preserve"> </w:t>
            </w:r>
            <w:r w:rsidRPr="00C611AC">
              <w:rPr>
                <w:rFonts w:ascii="Aptos" w:hAnsi="Aptos" w:cs="Calibri"/>
              </w:rPr>
              <w:t>es bald aufhört zu regnen.</w:t>
            </w:r>
          </w:p>
          <w:p w14:paraId="5C28D605" w14:textId="77777777" w:rsidR="00257E26" w:rsidRDefault="00257E26" w:rsidP="00F362CC">
            <w:pPr>
              <w:pStyle w:val="Listenabsatz"/>
              <w:numPr>
                <w:ilvl w:val="0"/>
                <w:numId w:val="15"/>
              </w:numPr>
              <w:spacing w:after="80"/>
              <w:ind w:left="584" w:hanging="357"/>
              <w:contextualSpacing w:val="0"/>
            </w:pPr>
            <w:r w:rsidRPr="00BB2B52">
              <w:rPr>
                <w:rFonts w:ascii="Comic Sans MS" w:hAnsi="Comic Sans MS"/>
                <w:color w:val="4F81BD" w:themeColor="accent1"/>
                <w:w w:val="120"/>
                <w:u w:val="single" w:color="000000" w:themeColor="text1"/>
              </w:rPr>
              <w:t>Das</w:t>
            </w:r>
            <w:r w:rsidRPr="00D802A8">
              <w:rPr>
                <w:rFonts w:ascii="Comic Sans MS" w:hAnsi="Comic Sans MS"/>
                <w:color w:val="0070C0"/>
                <w:u w:val="single" w:color="000000" w:themeColor="text1"/>
              </w:rPr>
              <w:t xml:space="preserve"> </w:t>
            </w:r>
            <w:r w:rsidRPr="00C611AC">
              <w:rPr>
                <w:rFonts w:ascii="Aptos" w:hAnsi="Aptos" w:cs="Calibri"/>
              </w:rPr>
              <w:t>Haus</w:t>
            </w:r>
            <w:r w:rsidRPr="00D336C4">
              <w:rPr>
                <w:rFonts w:ascii="Calibri" w:hAnsi="Calibri" w:cs="Calibri"/>
              </w:rPr>
              <w:t>,</w:t>
            </w:r>
            <w:r w:rsidRPr="007C4855">
              <w:t xml:space="preserve"> </w:t>
            </w:r>
            <w:r w:rsidRPr="00BB2B52">
              <w:rPr>
                <w:rFonts w:ascii="Comic Sans MS" w:hAnsi="Comic Sans MS"/>
                <w:color w:val="4F81BD" w:themeColor="accent1"/>
                <w:w w:val="120"/>
                <w:u w:val="single" w:color="000000" w:themeColor="text1"/>
              </w:rPr>
              <w:t>das</w:t>
            </w:r>
            <w:r w:rsidRPr="00D025BB">
              <w:rPr>
                <w:rFonts w:ascii="Calibri" w:hAnsi="Calibri" w:cs="Calibri"/>
              </w:rPr>
              <w:t xml:space="preserve"> </w:t>
            </w:r>
            <w:r w:rsidRPr="00C611AC">
              <w:rPr>
                <w:rFonts w:ascii="Aptos" w:hAnsi="Aptos" w:cs="Calibri"/>
              </w:rPr>
              <w:t>ganz am Ende der Straße emporragt, ist riesig</w:t>
            </w:r>
            <w:r w:rsidRPr="00C611AC">
              <w:rPr>
                <w:rFonts w:ascii="Aptos" w:hAnsi="Aptos" w:cstheme="majorHAnsi"/>
              </w:rPr>
              <w:t>.</w:t>
            </w:r>
          </w:p>
          <w:p w14:paraId="25A76BBD" w14:textId="77777777" w:rsidR="00257E26" w:rsidRDefault="00257E26" w:rsidP="00F362CC">
            <w:pPr>
              <w:pStyle w:val="Listenabsatz"/>
              <w:numPr>
                <w:ilvl w:val="0"/>
                <w:numId w:val="15"/>
              </w:numPr>
              <w:spacing w:after="80"/>
              <w:ind w:left="584" w:hanging="357"/>
              <w:contextualSpacing w:val="0"/>
              <w:rPr>
                <w:rFonts w:ascii="Calibri" w:hAnsi="Calibri" w:cs="Calibri"/>
              </w:rPr>
            </w:pPr>
            <w:r w:rsidRPr="00C611AC">
              <w:rPr>
                <w:rFonts w:ascii="Aptos" w:hAnsi="Aptos" w:cs="Calibri"/>
              </w:rPr>
              <w:t>Ich finde</w:t>
            </w:r>
            <w:r w:rsidRPr="007C4855">
              <w:t xml:space="preserve"> </w:t>
            </w:r>
            <w:r w:rsidRPr="00BB2B52">
              <w:rPr>
                <w:rFonts w:ascii="Comic Sans MS" w:hAnsi="Comic Sans MS"/>
                <w:color w:val="4F81BD" w:themeColor="accent1"/>
                <w:w w:val="120"/>
                <w:u w:val="single" w:color="000000" w:themeColor="text1"/>
              </w:rPr>
              <w:t>das</w:t>
            </w:r>
            <w:r w:rsidRPr="00D802A8">
              <w:rPr>
                <w:color w:val="0070C0"/>
              </w:rPr>
              <w:t xml:space="preserve"> </w:t>
            </w:r>
            <w:r w:rsidRPr="00C611AC">
              <w:rPr>
                <w:rFonts w:ascii="Aptos" w:hAnsi="Aptos" w:cs="Calibri"/>
              </w:rPr>
              <w:t>Kleid so schön,</w:t>
            </w:r>
            <w:r w:rsidRPr="00D336C4">
              <w:rPr>
                <w:rFonts w:ascii="Calibri" w:hAnsi="Calibri" w:cs="Calibri"/>
              </w:rPr>
              <w:t xml:space="preserve"> </w:t>
            </w:r>
            <w:r w:rsidRPr="00BB2B52">
              <w:rPr>
                <w:rFonts w:ascii="Comic Sans MS" w:hAnsi="Comic Sans MS"/>
                <w:color w:val="4F81BD" w:themeColor="accent1"/>
                <w:w w:val="120"/>
                <w:u w:val="single" w:color="000000" w:themeColor="text1"/>
              </w:rPr>
              <w:t>dass</w:t>
            </w:r>
            <w:r>
              <w:t xml:space="preserve"> </w:t>
            </w:r>
            <w:r w:rsidRPr="00C611AC">
              <w:rPr>
                <w:rFonts w:ascii="Aptos" w:hAnsi="Aptos" w:cs="Calibri"/>
              </w:rPr>
              <w:t xml:space="preserve">ich es </w:t>
            </w:r>
            <w:r>
              <w:rPr>
                <w:rFonts w:ascii="Aptos" w:hAnsi="Aptos" w:cs="Calibri"/>
              </w:rPr>
              <w:t xml:space="preserve">gleich </w:t>
            </w:r>
            <w:r w:rsidRPr="00C611AC">
              <w:rPr>
                <w:rFonts w:ascii="Aptos" w:hAnsi="Aptos" w:cs="Calibri"/>
              </w:rPr>
              <w:t>kaufen möchte.</w:t>
            </w:r>
          </w:p>
          <w:p w14:paraId="22DCF70C" w14:textId="77777777" w:rsidR="00257E26" w:rsidRPr="002B6D63" w:rsidRDefault="00257E26" w:rsidP="00F362CC">
            <w:pPr>
              <w:pStyle w:val="Listenabsatz"/>
              <w:numPr>
                <w:ilvl w:val="0"/>
                <w:numId w:val="15"/>
              </w:numPr>
              <w:spacing w:after="0"/>
              <w:ind w:left="584" w:hanging="357"/>
              <w:contextualSpacing w:val="0"/>
              <w:rPr>
                <w:rFonts w:ascii="Calibri" w:hAnsi="Calibri" w:cs="Calibri"/>
              </w:rPr>
            </w:pPr>
            <w:r w:rsidRPr="00C611AC">
              <w:rPr>
                <w:rFonts w:ascii="Aptos" w:hAnsi="Aptos" w:cs="Calibri"/>
              </w:rPr>
              <w:t>Während ich im warmen Licht der Nachmittagssonne sitze und</w:t>
            </w:r>
            <w:r w:rsidRPr="007C2284">
              <w:rPr>
                <w:rFonts w:asciiTheme="majorHAnsi" w:hAnsiTheme="majorHAnsi" w:cstheme="majorHAnsi"/>
              </w:rPr>
              <w:t xml:space="preserve"> </w:t>
            </w:r>
            <w:r w:rsidRPr="00BB2B52">
              <w:rPr>
                <w:rFonts w:ascii="Comic Sans MS" w:hAnsi="Comic Sans MS"/>
                <w:color w:val="4F81BD" w:themeColor="accent1"/>
                <w:w w:val="120"/>
                <w:u w:val="single" w:color="000000" w:themeColor="text1"/>
              </w:rPr>
              <w:t>das</w:t>
            </w:r>
            <w:r w:rsidRPr="007C2284">
              <w:rPr>
                <w:rFonts w:asciiTheme="majorHAnsi" w:hAnsiTheme="majorHAnsi" w:cstheme="majorHAnsi"/>
              </w:rPr>
              <w:t xml:space="preserve"> </w:t>
            </w:r>
            <w:r w:rsidRPr="00C611AC">
              <w:rPr>
                <w:rFonts w:ascii="Aptos" w:hAnsi="Aptos" w:cs="Calibri"/>
              </w:rPr>
              <w:t>leise Rascheln der Blätter höre, spüre ich,</w:t>
            </w:r>
            <w:r w:rsidRPr="007C2284">
              <w:rPr>
                <w:rFonts w:asciiTheme="majorHAnsi" w:hAnsiTheme="majorHAnsi" w:cstheme="majorHAnsi"/>
              </w:rPr>
              <w:t xml:space="preserve"> </w:t>
            </w:r>
            <w:r w:rsidRPr="00BB2B52">
              <w:rPr>
                <w:rFonts w:ascii="Comic Sans MS" w:hAnsi="Comic Sans MS"/>
                <w:color w:val="4F81BD" w:themeColor="accent1"/>
                <w:w w:val="120"/>
                <w:u w:val="single" w:color="000000" w:themeColor="text1"/>
              </w:rPr>
              <w:t>dass</w:t>
            </w:r>
            <w:r w:rsidRPr="007C2284">
              <w:rPr>
                <w:rFonts w:asciiTheme="majorHAnsi" w:hAnsiTheme="majorHAnsi" w:cstheme="majorHAnsi"/>
              </w:rPr>
              <w:t xml:space="preserve"> </w:t>
            </w:r>
            <w:r w:rsidRPr="00C611AC">
              <w:rPr>
                <w:rFonts w:ascii="Aptos" w:hAnsi="Aptos" w:cs="Calibri"/>
              </w:rPr>
              <w:t>die Luft schwer vom Duft der Blumen ist</w:t>
            </w:r>
            <w:r>
              <w:rPr>
                <w:rFonts w:ascii="Aptos" w:hAnsi="Aptos" w:cs="Calibri"/>
              </w:rPr>
              <w:t>.</w:t>
            </w:r>
          </w:p>
          <w:p w14:paraId="11FE427B" w14:textId="77777777" w:rsidR="00257E26" w:rsidRPr="00643014" w:rsidRDefault="00257E26" w:rsidP="00F362CC">
            <w:pPr>
              <w:pStyle w:val="Listenabsatz"/>
              <w:spacing w:before="300" w:after="80" w:line="312" w:lineRule="auto"/>
              <w:ind w:left="1021"/>
              <w:contextualSpacing w:val="0"/>
              <w:rPr>
                <w:rFonts w:asciiTheme="majorHAnsi" w:hAnsiTheme="majorHAnsi" w:cstheme="majorHAnsi"/>
              </w:rPr>
            </w:pPr>
            <w:r w:rsidRPr="00AF20EB">
              <w:rPr>
                <w:rFonts w:ascii="Aptos" w:hAnsi="Aptos" w:cs="Calibri"/>
                <w:b/>
                <w:bCs/>
                <w:noProof/>
                <w:highlight w:val="lightGray"/>
              </w:rPr>
              <w:drawing>
                <wp:anchor distT="0" distB="0" distL="114300" distR="114300" simplePos="0" relativeHeight="251694080" behindDoc="0" locked="0" layoutInCell="1" allowOverlap="1" wp14:anchorId="429A43B3" wp14:editId="52C57AF5">
                  <wp:simplePos x="0" y="0"/>
                  <wp:positionH relativeFrom="column">
                    <wp:posOffset>-24425</wp:posOffset>
                  </wp:positionH>
                  <wp:positionV relativeFrom="paragraph">
                    <wp:posOffset>182245</wp:posOffset>
                  </wp:positionV>
                  <wp:extent cx="504825" cy="534035"/>
                  <wp:effectExtent l="0" t="0" r="9525" b="0"/>
                  <wp:wrapSquare wrapText="bothSides"/>
                  <wp:docPr id="34" name="Bild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cstate="screen">
                            <a:extLst>
                              <a:ext uri="{28A0092B-C50C-407E-A947-70E740481C1C}">
                                <a14:useLocalDpi xmlns:a14="http://schemas.microsoft.com/office/drawing/2010/main"/>
                              </a:ext>
                            </a:extLst>
                          </a:blip>
                          <a:srcRect/>
                          <a:stretch>
                            <a:fillRect/>
                          </a:stretch>
                        </pic:blipFill>
                        <pic:spPr bwMode="auto">
                          <a:xfrm>
                            <a:off x="0" y="0"/>
                            <a:ext cx="504825" cy="534035"/>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AF20EB">
              <w:rPr>
                <w:rFonts w:ascii="Aptos" w:hAnsi="Aptos" w:cs="Calibri"/>
                <w:b/>
                <w:bCs/>
                <w:noProof/>
                <w:highlight w:val="lightGray"/>
              </w:rPr>
              <w:t>Checker-Challenge:</w:t>
            </w:r>
            <w:r>
              <w:rPr>
                <w:rFonts w:ascii="Segoe UI Emoji" w:hAnsi="Segoe UI Emoji" w:cs="Segoe UI Emoji"/>
              </w:rPr>
              <w:t xml:space="preserve"> </w:t>
            </w:r>
            <w:r w:rsidRPr="00BA79FF">
              <w:rPr>
                <w:rFonts w:asciiTheme="majorHAnsi" w:hAnsiTheme="majorHAnsi" w:cstheme="majorHAnsi"/>
                <w:b/>
                <w:bCs/>
              </w:rPr>
              <w:t xml:space="preserve"> </w:t>
            </w:r>
            <w:r>
              <w:rPr>
                <w:rFonts w:ascii="Comic Sans MS" w:hAnsi="Comic Sans MS"/>
                <w:color w:val="4F81BD" w:themeColor="accent1"/>
                <w:w w:val="120"/>
                <w:u w:val="single" w:color="000000" w:themeColor="text1"/>
              </w:rPr>
              <w:t>D</w:t>
            </w:r>
            <w:r w:rsidRPr="00BB2B52">
              <w:rPr>
                <w:rFonts w:ascii="Comic Sans MS" w:hAnsi="Comic Sans MS"/>
                <w:color w:val="4F81BD" w:themeColor="accent1"/>
                <w:w w:val="120"/>
                <w:u w:val="single" w:color="000000" w:themeColor="text1"/>
              </w:rPr>
              <w:t>ass</w:t>
            </w:r>
            <w:r w:rsidRPr="007C2284">
              <w:rPr>
                <w:rFonts w:asciiTheme="majorHAnsi" w:hAnsiTheme="majorHAnsi" w:cstheme="majorHAnsi"/>
              </w:rPr>
              <w:t xml:space="preserve"> </w:t>
            </w:r>
            <w:r w:rsidRPr="00BB2B52">
              <w:rPr>
                <w:rFonts w:ascii="Comic Sans MS" w:hAnsi="Comic Sans MS"/>
                <w:color w:val="4F81BD" w:themeColor="accent1"/>
                <w:w w:val="120"/>
                <w:u w:val="single" w:color="000000" w:themeColor="text1"/>
              </w:rPr>
              <w:t>das</w:t>
            </w:r>
            <w:r w:rsidRPr="007C2284">
              <w:rPr>
                <w:rFonts w:asciiTheme="majorHAnsi" w:hAnsiTheme="majorHAnsi" w:cstheme="majorHAnsi"/>
              </w:rPr>
              <w:t xml:space="preserve"> </w:t>
            </w:r>
            <w:r w:rsidRPr="00C611AC">
              <w:rPr>
                <w:rFonts w:ascii="Aptos" w:hAnsi="Aptos" w:cs="Calibri"/>
              </w:rPr>
              <w:t>Summen der Bienen,</w:t>
            </w:r>
            <w:r w:rsidRPr="007C2284">
              <w:rPr>
                <w:rFonts w:asciiTheme="majorHAnsi" w:hAnsiTheme="majorHAnsi" w:cstheme="majorHAnsi"/>
              </w:rPr>
              <w:t xml:space="preserve"> </w:t>
            </w:r>
            <w:r w:rsidRPr="00BB2B52">
              <w:rPr>
                <w:rFonts w:ascii="Comic Sans MS" w:hAnsi="Comic Sans MS"/>
                <w:color w:val="4F81BD" w:themeColor="accent1"/>
                <w:w w:val="120"/>
                <w:u w:val="single" w:color="000000" w:themeColor="text1"/>
              </w:rPr>
              <w:t>das</w:t>
            </w:r>
            <w:r w:rsidRPr="007C2284">
              <w:rPr>
                <w:rFonts w:asciiTheme="majorHAnsi" w:hAnsiTheme="majorHAnsi" w:cstheme="majorHAnsi"/>
              </w:rPr>
              <w:t xml:space="preserve"> </w:t>
            </w:r>
            <w:r w:rsidRPr="00C611AC">
              <w:rPr>
                <w:rFonts w:ascii="Aptos" w:hAnsi="Aptos" w:cs="Calibri"/>
              </w:rPr>
              <w:t>zwischen den Büschen erklingt,</w:t>
            </w:r>
            <w:r w:rsidRPr="00D336C4">
              <w:rPr>
                <w:rFonts w:ascii="Calibri" w:hAnsi="Calibri" w:cs="Calibri"/>
              </w:rPr>
              <w:t xml:space="preserve"> </w:t>
            </w:r>
            <w:r w:rsidRPr="00C611AC">
              <w:rPr>
                <w:rFonts w:ascii="Aptos" w:hAnsi="Aptos" w:cs="Calibri"/>
              </w:rPr>
              <w:t>mich schläfrig macht, führt dazu,</w:t>
            </w:r>
            <w:r w:rsidRPr="007C2284">
              <w:rPr>
                <w:rFonts w:asciiTheme="majorHAnsi" w:hAnsiTheme="majorHAnsi" w:cstheme="majorHAnsi"/>
              </w:rPr>
              <w:t xml:space="preserve"> </w:t>
            </w:r>
            <w:r w:rsidRPr="00BB2B52">
              <w:rPr>
                <w:rFonts w:ascii="Comic Sans MS" w:hAnsi="Comic Sans MS"/>
                <w:color w:val="4F81BD" w:themeColor="accent1"/>
                <w:w w:val="120"/>
                <w:u w:val="single" w:color="000000" w:themeColor="text1"/>
              </w:rPr>
              <w:t>dass</w:t>
            </w:r>
            <w:r w:rsidRPr="007C2284">
              <w:rPr>
                <w:rFonts w:asciiTheme="majorHAnsi" w:hAnsiTheme="majorHAnsi" w:cstheme="majorHAnsi"/>
              </w:rPr>
              <w:t xml:space="preserve"> </w:t>
            </w:r>
            <w:r w:rsidRPr="00C611AC">
              <w:rPr>
                <w:rFonts w:ascii="Aptos" w:hAnsi="Aptos" w:cs="Calibri"/>
              </w:rPr>
              <w:t>ich gar nicht merke, wie die Zeit vergeht und</w:t>
            </w:r>
            <w:r>
              <w:rPr>
                <w:rFonts w:ascii="Calibri" w:hAnsi="Calibri" w:cs="Calibri"/>
              </w:rPr>
              <w:t xml:space="preserve"> </w:t>
            </w:r>
            <w:r w:rsidRPr="00BB2B52">
              <w:rPr>
                <w:rFonts w:ascii="Comic Sans MS" w:hAnsi="Comic Sans MS"/>
                <w:color w:val="4F81BD" w:themeColor="accent1"/>
                <w:w w:val="120"/>
                <w:u w:val="single" w:color="000000" w:themeColor="text1"/>
              </w:rPr>
              <w:t>das</w:t>
            </w:r>
            <w:r w:rsidRPr="007C2284">
              <w:rPr>
                <w:rFonts w:asciiTheme="majorHAnsi" w:hAnsiTheme="majorHAnsi" w:cstheme="majorHAnsi"/>
              </w:rPr>
              <w:t xml:space="preserve"> </w:t>
            </w:r>
            <w:r w:rsidRPr="00C611AC">
              <w:rPr>
                <w:rFonts w:ascii="Aptos" w:hAnsi="Aptos" w:cs="Calibri"/>
              </w:rPr>
              <w:t>goldene Sonnenlicht langsam einem sanften Abendrot weicht.</w:t>
            </w:r>
          </w:p>
        </w:tc>
      </w:tr>
    </w:tbl>
    <w:p w14:paraId="2B98EDBF" w14:textId="77777777" w:rsidR="00257E26" w:rsidRDefault="00257E26" w:rsidP="00257E26"/>
    <w:tbl>
      <w:tblPr>
        <w:tblW w:w="0" w:type="auto"/>
        <w:tblBorders>
          <w:top w:val="single" w:sz="4" w:space="0" w:color="E0E0E0"/>
          <w:left w:val="single" w:sz="4" w:space="0" w:color="E0E0E0"/>
          <w:bottom w:val="single" w:sz="4" w:space="0" w:color="E0E0E0"/>
          <w:right w:val="single" w:sz="4" w:space="0" w:color="E0E0E0"/>
          <w:insideH w:val="nil"/>
          <w:insideV w:val="nil"/>
        </w:tblBorders>
        <w:shd w:val="clear" w:color="auto" w:fill="FFFFF0"/>
        <w:tblCellMar>
          <w:left w:w="340" w:type="dxa"/>
          <w:right w:w="227" w:type="dxa"/>
        </w:tblCellMar>
        <w:tblLook w:val="04A0" w:firstRow="1" w:lastRow="0" w:firstColumn="1" w:lastColumn="0" w:noHBand="0" w:noVBand="1"/>
      </w:tblPr>
      <w:tblGrid>
        <w:gridCol w:w="10055"/>
      </w:tblGrid>
      <w:tr w:rsidR="00257E26" w:rsidRPr="008436D8" w14:paraId="1464410D" w14:textId="77777777" w:rsidTr="00F362CC">
        <w:tc>
          <w:tcPr>
            <w:tcW w:w="10055" w:type="dxa"/>
            <w:tcBorders>
              <w:top w:val="single" w:sz="4" w:space="0" w:color="BFBFBF" w:themeColor="background1" w:themeShade="BF"/>
              <w:left w:val="single" w:sz="12" w:space="0" w:color="860000"/>
              <w:right w:val="single" w:sz="4" w:space="0" w:color="BFBFBF" w:themeColor="background1" w:themeShade="BF"/>
            </w:tcBorders>
            <w:shd w:val="clear" w:color="auto" w:fill="FFFFF0"/>
          </w:tcPr>
          <w:p w14:paraId="24E58677" w14:textId="77777777" w:rsidR="00257E26" w:rsidRPr="008436D8" w:rsidRDefault="00257E26" w:rsidP="00F362CC">
            <w:pPr>
              <w:pStyle w:val="MK4TaskH"/>
              <w:spacing w:before="80" w:after="160"/>
              <w:rPr>
                <w:lang w:val="de-DE"/>
              </w:rPr>
            </w:pPr>
            <w:r w:rsidRPr="00DA1D2E">
              <w:rPr>
                <w:lang w:val="de-DE"/>
              </w:rPr>
              <w:t xml:space="preserve">Aufgabe 4 – Setze passende </w:t>
            </w:r>
            <w:r w:rsidRPr="0005137C">
              <w:rPr>
                <w:u w:val="single" w:color="000000" w:themeColor="text1"/>
                <w:lang w:val="de-DE"/>
              </w:rPr>
              <w:t>Pronomen</w:t>
            </w:r>
            <w:r>
              <w:t xml:space="preserve"> </w:t>
            </w:r>
            <w:r w:rsidRPr="00DA1D2E">
              <w:rPr>
                <w:lang w:val="de-DE"/>
              </w:rPr>
              <w:t>ein.</w:t>
            </w:r>
          </w:p>
        </w:tc>
      </w:tr>
      <w:tr w:rsidR="00257E26" w:rsidRPr="008436D8" w14:paraId="017597AA" w14:textId="77777777" w:rsidTr="00F362CC">
        <w:tc>
          <w:tcPr>
            <w:tcW w:w="10055" w:type="dxa"/>
            <w:tcBorders>
              <w:left w:val="single" w:sz="12" w:space="0" w:color="860000"/>
              <w:bottom w:val="single" w:sz="4" w:space="0" w:color="BFBFBF" w:themeColor="background1" w:themeShade="BF"/>
              <w:right w:val="single" w:sz="4" w:space="0" w:color="BFBFBF" w:themeColor="background1" w:themeShade="BF"/>
            </w:tcBorders>
            <w:shd w:val="clear" w:color="auto" w:fill="FFFFF0"/>
          </w:tcPr>
          <w:p w14:paraId="65203D94" w14:textId="77777777" w:rsidR="00257E26" w:rsidRDefault="00257E26" w:rsidP="00F362CC">
            <w:pPr>
              <w:pStyle w:val="Listenabsatz"/>
              <w:numPr>
                <w:ilvl w:val="0"/>
                <w:numId w:val="16"/>
              </w:numPr>
              <w:spacing w:after="80"/>
              <w:ind w:left="584" w:hanging="357"/>
              <w:contextualSpacing w:val="0"/>
              <w:rPr>
                <w:rFonts w:asciiTheme="majorHAnsi" w:hAnsiTheme="majorHAnsi" w:cstheme="majorHAnsi"/>
              </w:rPr>
            </w:pPr>
            <w:r w:rsidRPr="00C611AC">
              <w:rPr>
                <w:rFonts w:ascii="Aptos" w:hAnsi="Aptos" w:cs="Calibri"/>
              </w:rPr>
              <w:t>Puh, wie das riecht. Fast hätte ich</w:t>
            </w:r>
            <w:r>
              <w:rPr>
                <w:rFonts w:asciiTheme="majorHAnsi" w:hAnsiTheme="majorHAnsi" w:cstheme="majorHAnsi"/>
              </w:rPr>
              <w:t xml:space="preserve"> </w:t>
            </w:r>
            <w:r w:rsidRPr="00427E34">
              <w:rPr>
                <w:rStyle w:val="Fett"/>
                <w:rFonts w:ascii="Comic Sans MS" w:hAnsi="Comic Sans MS" w:cstheme="majorHAnsi"/>
                <w:b w:val="0"/>
                <w:bCs w:val="0"/>
                <w:color w:val="4F81BD" w:themeColor="accent1"/>
                <w:w w:val="120"/>
                <w:u w:val="single" w:color="000000" w:themeColor="text1"/>
              </w:rPr>
              <w:t>mich</w:t>
            </w:r>
            <w:r>
              <w:rPr>
                <w:rFonts w:asciiTheme="majorHAnsi" w:hAnsiTheme="majorHAnsi" w:cstheme="majorHAnsi"/>
              </w:rPr>
              <w:t xml:space="preserve"> </w:t>
            </w:r>
            <w:r w:rsidRPr="00C611AC">
              <w:rPr>
                <w:rFonts w:ascii="Aptos" w:hAnsi="Aptos" w:cs="Calibri"/>
              </w:rPr>
              <w:t>übergeben</w:t>
            </w:r>
            <w:r w:rsidRPr="00D336C4">
              <w:rPr>
                <w:rFonts w:ascii="Calibri" w:hAnsi="Calibri" w:cs="Calibri"/>
              </w:rPr>
              <w:t>.</w:t>
            </w:r>
            <w:r>
              <w:rPr>
                <w:rFonts w:asciiTheme="majorHAnsi" w:hAnsiTheme="majorHAnsi" w:cstheme="majorHAnsi"/>
              </w:rPr>
              <w:t xml:space="preserve"> </w:t>
            </w:r>
          </w:p>
          <w:p w14:paraId="20E736E7" w14:textId="77777777" w:rsidR="00257E26" w:rsidRPr="00C611AC" w:rsidRDefault="00257E26" w:rsidP="00F362CC">
            <w:pPr>
              <w:pStyle w:val="Listenabsatz"/>
              <w:numPr>
                <w:ilvl w:val="0"/>
                <w:numId w:val="16"/>
              </w:numPr>
              <w:spacing w:after="80"/>
              <w:ind w:left="584" w:hanging="357"/>
              <w:contextualSpacing w:val="0"/>
              <w:rPr>
                <w:rFonts w:ascii="Aptos" w:hAnsi="Aptos" w:cs="Calibri"/>
              </w:rPr>
            </w:pPr>
            <w:r w:rsidRPr="00C611AC">
              <w:rPr>
                <w:rFonts w:ascii="Aptos" w:hAnsi="Aptos" w:cs="Calibri"/>
              </w:rPr>
              <w:t>Die Schwalben am Himmel beobachtend, staune</w:t>
            </w:r>
            <w:r>
              <w:rPr>
                <w:rFonts w:ascii="Calibri" w:hAnsi="Calibri" w:cs="Calibri"/>
              </w:rPr>
              <w:t xml:space="preserve"> </w:t>
            </w:r>
            <w:r w:rsidRPr="00E8334E">
              <w:rPr>
                <w:rStyle w:val="Fett"/>
                <w:rFonts w:ascii="Comic Sans MS" w:hAnsi="Comic Sans MS" w:cstheme="majorHAnsi"/>
                <w:b w:val="0"/>
                <w:bCs w:val="0"/>
                <w:color w:val="4F81BD" w:themeColor="accent1"/>
                <w:w w:val="120"/>
                <w:u w:val="single" w:color="000000" w:themeColor="text1"/>
              </w:rPr>
              <w:t>ich</w:t>
            </w:r>
            <w:r w:rsidRPr="00C611AC">
              <w:rPr>
                <w:rFonts w:ascii="Aptos" w:hAnsi="Aptos" w:cs="Calibri"/>
              </w:rPr>
              <w:t>, wie schnell</w:t>
            </w:r>
            <w:r w:rsidRPr="008F2AA8">
              <w:rPr>
                <w:rFonts w:asciiTheme="majorHAnsi" w:hAnsiTheme="majorHAnsi" w:cstheme="majorHAnsi"/>
              </w:rPr>
              <w:t xml:space="preserve"> </w:t>
            </w:r>
            <w:r w:rsidRPr="00BB2B52">
              <w:rPr>
                <w:rStyle w:val="Fett"/>
                <w:rFonts w:ascii="Comic Sans MS" w:hAnsi="Comic Sans MS" w:cstheme="majorHAnsi"/>
                <w:b w:val="0"/>
                <w:bCs w:val="0"/>
                <w:color w:val="4F81BD" w:themeColor="accent1"/>
                <w:w w:val="120"/>
                <w:u w:val="single" w:color="000000" w:themeColor="text1"/>
              </w:rPr>
              <w:t>sie</w:t>
            </w:r>
            <w:r>
              <w:rPr>
                <w:rStyle w:val="Fett"/>
                <w:rFonts w:ascii="Comic Sans MS" w:hAnsi="Comic Sans MS" w:cstheme="majorHAnsi"/>
                <w:b w:val="0"/>
                <w:bCs w:val="0"/>
                <w:color w:val="4F81BD" w:themeColor="accent1"/>
                <w:w w:val="120"/>
                <w:u w:val="single" w:color="000000" w:themeColor="text1"/>
              </w:rPr>
              <w:t xml:space="preserve"> </w:t>
            </w:r>
            <w:r>
              <w:rPr>
                <w:rStyle w:val="Fett"/>
                <w:rFonts w:ascii="Comic Sans MS" w:hAnsi="Comic Sans MS"/>
                <w:color w:val="4F81BD" w:themeColor="accent1"/>
                <w:w w:val="120"/>
                <w:u w:val="single" w:color="000000" w:themeColor="text1"/>
              </w:rPr>
              <w:t xml:space="preserve">  </w:t>
            </w:r>
            <w:r w:rsidRPr="008F2AA8">
              <w:rPr>
                <w:rFonts w:asciiTheme="majorHAnsi" w:hAnsiTheme="majorHAnsi" w:cstheme="majorHAnsi"/>
              </w:rPr>
              <w:t xml:space="preserve"> </w:t>
            </w:r>
            <w:r w:rsidRPr="00C611AC">
              <w:rPr>
                <w:rFonts w:ascii="Aptos" w:hAnsi="Aptos" w:cs="Calibri"/>
              </w:rPr>
              <w:t>fliegen können.</w:t>
            </w:r>
          </w:p>
          <w:p w14:paraId="6131F11E" w14:textId="77777777" w:rsidR="00257E26" w:rsidRPr="00D336C4" w:rsidRDefault="00257E26" w:rsidP="00F362CC">
            <w:pPr>
              <w:pStyle w:val="Listenabsatz"/>
              <w:numPr>
                <w:ilvl w:val="0"/>
                <w:numId w:val="16"/>
              </w:numPr>
              <w:spacing w:after="80"/>
              <w:ind w:left="584" w:hanging="357"/>
              <w:contextualSpacing w:val="0"/>
              <w:rPr>
                <w:rFonts w:ascii="Calibri" w:hAnsi="Calibri" w:cs="Calibri"/>
              </w:rPr>
            </w:pPr>
            <w:r w:rsidRPr="00C611AC">
              <w:rPr>
                <w:rFonts w:ascii="Aptos" w:hAnsi="Aptos" w:cs="Calibri"/>
              </w:rPr>
              <w:t>Die ältere Dame,</w:t>
            </w:r>
            <w:r>
              <w:rPr>
                <w:rFonts w:asciiTheme="majorHAnsi" w:hAnsiTheme="majorHAnsi" w:cstheme="majorHAnsi"/>
              </w:rPr>
              <w:t xml:space="preserve"> </w:t>
            </w:r>
            <w:r w:rsidRPr="008C18DE">
              <w:rPr>
                <w:rStyle w:val="Fett"/>
                <w:rFonts w:ascii="Comic Sans MS" w:hAnsi="Comic Sans MS" w:cstheme="majorHAnsi"/>
                <w:b w:val="0"/>
                <w:bCs w:val="0"/>
                <w:color w:val="4F81BD" w:themeColor="accent1"/>
                <w:w w:val="120"/>
                <w:u w:val="single" w:color="000000" w:themeColor="text1"/>
              </w:rPr>
              <w:t>deren</w:t>
            </w:r>
            <w:r w:rsidRPr="00DA45BA">
              <w:rPr>
                <w:rFonts w:asciiTheme="majorHAnsi" w:hAnsiTheme="majorHAnsi" w:cstheme="majorHAnsi"/>
                <w:b/>
                <w:bCs/>
                <w:color w:val="0070C0"/>
                <w:w w:val="120"/>
              </w:rPr>
              <w:t xml:space="preserve"> </w:t>
            </w:r>
            <w:r>
              <w:rPr>
                <w:rFonts w:ascii="Aptos" w:hAnsi="Aptos" w:cs="Calibri"/>
              </w:rPr>
              <w:t>Ta</w:t>
            </w:r>
            <w:r w:rsidRPr="00C611AC">
              <w:rPr>
                <w:rFonts w:ascii="Aptos" w:hAnsi="Aptos" w:cs="Calibri"/>
              </w:rPr>
              <w:t xml:space="preserve">sche auf den Boden gefallen ist, </w:t>
            </w:r>
            <w:r>
              <w:rPr>
                <w:rFonts w:ascii="Aptos" w:hAnsi="Aptos" w:cs="Calibri"/>
              </w:rPr>
              <w:t xml:space="preserve">freut </w:t>
            </w:r>
            <w:r w:rsidRPr="00C611AC">
              <w:rPr>
                <w:rStyle w:val="Fett"/>
                <w:rFonts w:ascii="Comic Sans MS" w:hAnsi="Comic Sans MS"/>
                <w:b w:val="0"/>
                <w:bCs w:val="0"/>
                <w:color w:val="4F81BD" w:themeColor="accent1"/>
                <w:w w:val="120"/>
                <w:u w:val="single" w:color="000000" w:themeColor="text1"/>
              </w:rPr>
              <w:t>sich</w:t>
            </w:r>
            <w:r w:rsidRPr="00C611AC">
              <w:rPr>
                <w:rFonts w:ascii="Aptos" w:hAnsi="Aptos" w:cs="Calibri"/>
              </w:rPr>
              <w:t>, dass Paul</w:t>
            </w:r>
            <w:r>
              <w:rPr>
                <w:rFonts w:asciiTheme="majorHAnsi" w:hAnsiTheme="majorHAnsi" w:cstheme="majorHAnsi"/>
              </w:rPr>
              <w:t xml:space="preserve"> </w:t>
            </w:r>
            <w:r w:rsidRPr="009870F0">
              <w:rPr>
                <w:rStyle w:val="Fett"/>
                <w:rFonts w:ascii="Comic Sans MS" w:hAnsi="Comic Sans MS"/>
                <w:b w:val="0"/>
                <w:bCs w:val="0"/>
                <w:color w:val="4F81BD" w:themeColor="accent1"/>
                <w:w w:val="120"/>
                <w:u w:val="single" w:color="000000" w:themeColor="text1"/>
              </w:rPr>
              <w:t>ihr</w:t>
            </w:r>
            <w:r w:rsidRPr="009870F0">
              <w:rPr>
                <w:rStyle w:val="Fett"/>
                <w:rFonts w:ascii="Comic Sans MS" w:hAnsi="Comic Sans MS"/>
                <w:b w:val="0"/>
                <w:bCs w:val="0"/>
                <w:color w:val="4F81BD" w:themeColor="accent1"/>
                <w:w w:val="120"/>
              </w:rPr>
              <w:t xml:space="preserve"> </w:t>
            </w:r>
            <w:r w:rsidRPr="00C611AC">
              <w:rPr>
                <w:rFonts w:ascii="Aptos" w:hAnsi="Aptos" w:cs="Calibri"/>
              </w:rPr>
              <w:t>hilft.</w:t>
            </w:r>
          </w:p>
          <w:p w14:paraId="53FBE463" w14:textId="4B316124" w:rsidR="00257E26" w:rsidRPr="00427E34" w:rsidRDefault="00257E26" w:rsidP="00F362CC">
            <w:pPr>
              <w:spacing w:before="300" w:after="80"/>
              <w:ind w:left="1021"/>
              <w:rPr>
                <w:rFonts w:asciiTheme="majorHAnsi" w:hAnsiTheme="majorHAnsi" w:cstheme="majorHAnsi"/>
              </w:rPr>
            </w:pPr>
            <w:r w:rsidRPr="00C611AC">
              <w:rPr>
                <w:rFonts w:ascii="Aptos" w:hAnsi="Aptos" w:cs="Calibri"/>
                <w:b/>
                <w:bCs/>
                <w:noProof/>
                <w:u w:val="thick"/>
              </w:rPr>
              <w:drawing>
                <wp:anchor distT="0" distB="0" distL="114300" distR="114300" simplePos="0" relativeHeight="251698176" behindDoc="0" locked="0" layoutInCell="1" allowOverlap="1" wp14:anchorId="09E893FA" wp14:editId="5D52F673">
                  <wp:simplePos x="0" y="0"/>
                  <wp:positionH relativeFrom="column">
                    <wp:posOffset>-24130</wp:posOffset>
                  </wp:positionH>
                  <wp:positionV relativeFrom="paragraph">
                    <wp:posOffset>144145</wp:posOffset>
                  </wp:positionV>
                  <wp:extent cx="504000" cy="532800"/>
                  <wp:effectExtent l="0" t="0" r="0" b="635"/>
                  <wp:wrapSquare wrapText="bothSides"/>
                  <wp:docPr id="35" name="Bild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2" cstate="screen">
                            <a:extLst>
                              <a:ext uri="{28A0092B-C50C-407E-A947-70E740481C1C}">
                                <a14:useLocalDpi xmlns:a14="http://schemas.microsoft.com/office/drawing/2010/main"/>
                              </a:ext>
                            </a:extLst>
                          </a:blip>
                          <a:srcRect/>
                          <a:stretch>
                            <a:fillRect/>
                          </a:stretch>
                        </pic:blipFill>
                        <pic:spPr bwMode="auto">
                          <a:xfrm>
                            <a:off x="0" y="0"/>
                            <a:ext cx="504000" cy="5328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AF20EB" w:rsidRPr="00AF20EB">
              <w:rPr>
                <w:rFonts w:ascii="Aptos" w:hAnsi="Aptos" w:cs="Calibri"/>
                <w:b/>
                <w:bCs/>
                <w:highlight w:val="lightGray"/>
              </w:rPr>
              <w:t>Checker-Challenge</w:t>
            </w:r>
            <w:r w:rsidR="00AF20EB" w:rsidRPr="00AF20EB">
              <w:rPr>
                <w:rFonts w:ascii="Calibri" w:hAnsi="Calibri" w:cs="Calibri"/>
                <w:b/>
                <w:bCs/>
                <w:highlight w:val="lightGray"/>
              </w:rPr>
              <w:t xml:space="preserve"> </w:t>
            </w:r>
            <w:r w:rsidR="00AF20EB" w:rsidRPr="00AF20EB">
              <w:rPr>
                <w:rFonts w:ascii="Calibri" w:hAnsi="Calibri" w:cs="Calibri"/>
                <w:b/>
                <w:bCs/>
                <w:sz w:val="16"/>
                <w:szCs w:val="16"/>
                <w:highlight w:val="lightGray"/>
              </w:rPr>
              <w:t>(sehr schwer!)</w:t>
            </w:r>
            <w:r w:rsidR="00AF20EB" w:rsidRPr="00AF20EB">
              <w:rPr>
                <w:rFonts w:ascii="Aptos" w:hAnsi="Aptos" w:cs="Calibri"/>
                <w:b/>
                <w:bCs/>
                <w:highlight w:val="lightGray"/>
              </w:rPr>
              <w:t>:</w:t>
            </w:r>
            <w:r w:rsidR="00AF20EB" w:rsidRPr="00AF20EB">
              <w:rPr>
                <w:rFonts w:ascii="Aptos" w:hAnsi="Aptos" w:cs="Calibri"/>
                <w:b/>
                <w:bCs/>
                <w:sz w:val="18"/>
                <w:szCs w:val="18"/>
              </w:rPr>
              <w:t xml:space="preserve"> </w:t>
            </w:r>
            <w:r w:rsidRPr="00C611AC">
              <w:rPr>
                <w:rFonts w:ascii="Aptos" w:hAnsi="Aptos" w:cs="Calibri"/>
              </w:rPr>
              <w:t xml:space="preserve">Als der Wind </w:t>
            </w:r>
            <w:r>
              <w:rPr>
                <w:rFonts w:ascii="Aptos" w:hAnsi="Aptos" w:cs="Calibri"/>
              </w:rPr>
              <w:t xml:space="preserve">sanft </w:t>
            </w:r>
            <w:r w:rsidRPr="00C611AC">
              <w:rPr>
                <w:rFonts w:ascii="Aptos" w:hAnsi="Aptos" w:cs="Calibri"/>
              </w:rPr>
              <w:t>durch die Bäume weht und</w:t>
            </w:r>
            <w:r w:rsidRPr="00427E34">
              <w:rPr>
                <w:rFonts w:asciiTheme="majorHAnsi" w:hAnsiTheme="majorHAnsi" w:cstheme="majorHAnsi"/>
                <w:b/>
                <w:bCs/>
              </w:rPr>
              <w:t xml:space="preserve"> </w:t>
            </w:r>
            <w:r w:rsidRPr="00427E34">
              <w:rPr>
                <w:rStyle w:val="Fett"/>
                <w:rFonts w:ascii="Comic Sans MS" w:hAnsi="Comic Sans MS" w:cstheme="majorHAnsi"/>
                <w:b w:val="0"/>
                <w:bCs w:val="0"/>
                <w:color w:val="4F81BD" w:themeColor="accent1"/>
                <w:w w:val="120"/>
                <w:u w:val="single" w:color="000000" w:themeColor="text1"/>
              </w:rPr>
              <w:t>ich</w:t>
            </w:r>
            <w:r w:rsidRPr="00427E34">
              <w:rPr>
                <w:rFonts w:asciiTheme="majorHAnsi" w:hAnsiTheme="majorHAnsi" w:cstheme="majorHAnsi"/>
                <w:b/>
                <w:bCs/>
              </w:rPr>
              <w:t xml:space="preserve"> </w:t>
            </w:r>
            <w:r>
              <w:rPr>
                <w:rFonts w:asciiTheme="majorHAnsi" w:hAnsiTheme="majorHAnsi" w:cstheme="majorHAnsi"/>
                <w:b/>
                <w:bCs/>
              </w:rPr>
              <w:t xml:space="preserve">  </w:t>
            </w:r>
            <w:r w:rsidRPr="00427E34">
              <w:rPr>
                <w:rStyle w:val="Fett"/>
                <w:rFonts w:ascii="Comic Sans MS" w:hAnsi="Comic Sans MS" w:cstheme="majorHAnsi"/>
                <w:b w:val="0"/>
                <w:bCs w:val="0"/>
                <w:color w:val="4F81BD" w:themeColor="accent1"/>
                <w:w w:val="120"/>
                <w:u w:val="single" w:color="000000" w:themeColor="text1"/>
              </w:rPr>
              <w:t>ihm</w:t>
            </w:r>
            <w:r w:rsidRPr="00427E34">
              <w:rPr>
                <w:rFonts w:asciiTheme="majorHAnsi" w:hAnsiTheme="majorHAnsi" w:cstheme="majorHAnsi"/>
              </w:rPr>
              <w:t xml:space="preserve"> </w:t>
            </w:r>
            <w:r w:rsidRPr="00C611AC">
              <w:rPr>
                <w:rFonts w:ascii="Aptos" w:hAnsi="Aptos" w:cs="Calibri"/>
              </w:rPr>
              <w:t xml:space="preserve">lausche, spüre </w:t>
            </w:r>
            <w:r w:rsidRPr="00C611AC">
              <w:rPr>
                <w:rFonts w:ascii="Aptos" w:hAnsi="Aptos" w:cs="Calibri"/>
                <w:b/>
                <w:bCs/>
              </w:rPr>
              <w:t>ich</w:t>
            </w:r>
            <w:r w:rsidRPr="00C611AC">
              <w:rPr>
                <w:rFonts w:ascii="Aptos" w:hAnsi="Aptos" w:cs="Calibri"/>
              </w:rPr>
              <w:t>,</w:t>
            </w:r>
            <w:r w:rsidRPr="00D336C4">
              <w:rPr>
                <w:rFonts w:ascii="Calibri" w:hAnsi="Calibri" w:cs="Calibri"/>
              </w:rPr>
              <w:t xml:space="preserve"> </w:t>
            </w:r>
            <w:r w:rsidRPr="00C611AC">
              <w:rPr>
                <w:rFonts w:ascii="Aptos" w:hAnsi="Aptos" w:cs="Calibri"/>
              </w:rPr>
              <w:t>dass</w:t>
            </w:r>
            <w:r w:rsidRPr="00427E34">
              <w:rPr>
                <w:rFonts w:asciiTheme="majorHAnsi" w:hAnsiTheme="majorHAnsi" w:cstheme="majorHAnsi"/>
              </w:rPr>
              <w:t xml:space="preserve"> </w:t>
            </w:r>
            <w:r w:rsidRPr="00427E34">
              <w:rPr>
                <w:rStyle w:val="Fett"/>
                <w:rFonts w:ascii="Comic Sans MS" w:hAnsi="Comic Sans MS" w:cstheme="majorHAnsi"/>
                <w:b w:val="0"/>
                <w:bCs w:val="0"/>
                <w:color w:val="4F81BD" w:themeColor="accent1"/>
                <w:w w:val="120"/>
                <w:u w:val="single" w:color="000000" w:themeColor="text1"/>
              </w:rPr>
              <w:t>mich</w:t>
            </w:r>
            <w:r w:rsidRPr="00427E34">
              <w:rPr>
                <w:rStyle w:val="Fett"/>
                <w:rFonts w:asciiTheme="majorHAnsi" w:hAnsiTheme="majorHAnsi" w:cstheme="majorHAnsi"/>
              </w:rPr>
              <w:t xml:space="preserve"> </w:t>
            </w:r>
            <w:r>
              <w:rPr>
                <w:rStyle w:val="Fett"/>
                <w:rFonts w:asciiTheme="majorHAnsi" w:hAnsiTheme="majorHAnsi" w:cstheme="majorHAnsi"/>
              </w:rPr>
              <w:t xml:space="preserve"> </w:t>
            </w:r>
            <w:r>
              <w:rPr>
                <w:rStyle w:val="Fett"/>
              </w:rPr>
              <w:t xml:space="preserve"> </w:t>
            </w:r>
            <w:r w:rsidRPr="00427E34">
              <w:rPr>
                <w:rStyle w:val="Fett"/>
                <w:rFonts w:ascii="Comic Sans MS" w:hAnsi="Comic Sans MS" w:cstheme="majorHAnsi"/>
                <w:b w:val="0"/>
                <w:bCs w:val="0"/>
                <w:color w:val="4F81BD" w:themeColor="accent1"/>
                <w:w w:val="120"/>
                <w:u w:val="single" w:color="000000" w:themeColor="text1"/>
              </w:rPr>
              <w:t>das</w:t>
            </w:r>
            <w:r w:rsidRPr="00C611AC">
              <w:rPr>
                <w:rFonts w:ascii="Aptos" w:hAnsi="Aptos" w:cs="Calibri"/>
              </w:rPr>
              <w:t>, was ich in diesem Moment fühle, stärker berührt, als</w:t>
            </w:r>
            <w:r w:rsidRPr="00427E34">
              <w:rPr>
                <w:rFonts w:asciiTheme="majorHAnsi" w:hAnsiTheme="majorHAnsi" w:cstheme="majorHAnsi"/>
              </w:rPr>
              <w:t xml:space="preserve"> </w:t>
            </w:r>
            <w:r w:rsidRPr="00427E34">
              <w:rPr>
                <w:rStyle w:val="Fett"/>
                <w:rFonts w:ascii="Comic Sans MS" w:hAnsi="Comic Sans MS" w:cstheme="majorHAnsi"/>
                <w:b w:val="0"/>
                <w:bCs w:val="0"/>
                <w:color w:val="4F81BD" w:themeColor="accent1"/>
                <w:w w:val="120"/>
                <w:u w:val="single" w:color="000000" w:themeColor="text1"/>
              </w:rPr>
              <w:t>ich</w:t>
            </w:r>
            <w:r w:rsidRPr="00D336C4">
              <w:rPr>
                <w:rFonts w:ascii="Calibri" w:hAnsi="Calibri" w:cs="Calibri"/>
              </w:rPr>
              <w:t xml:space="preserve"> </w:t>
            </w:r>
            <w:r w:rsidRPr="00C611AC">
              <w:rPr>
                <w:rFonts w:ascii="Aptos" w:hAnsi="Aptos" w:cs="Calibri"/>
              </w:rPr>
              <w:t>es</w:t>
            </w:r>
            <w:r w:rsidRPr="00427E34">
              <w:rPr>
                <w:rFonts w:asciiTheme="majorHAnsi" w:hAnsiTheme="majorHAnsi" w:cstheme="majorHAnsi"/>
                <w:b/>
                <w:bCs/>
              </w:rPr>
              <w:t xml:space="preserve"> </w:t>
            </w:r>
            <w:r w:rsidRPr="00427E34">
              <w:rPr>
                <w:rStyle w:val="Fett"/>
                <w:rFonts w:ascii="Comic Sans MS" w:hAnsi="Comic Sans MS" w:cstheme="majorHAnsi"/>
                <w:b w:val="0"/>
                <w:bCs w:val="0"/>
                <w:color w:val="4F81BD" w:themeColor="accent1"/>
                <w:w w:val="120"/>
                <w:u w:val="single" w:color="000000" w:themeColor="text1"/>
              </w:rPr>
              <w:t>mir</w:t>
            </w:r>
            <w:r w:rsidRPr="00427E34">
              <w:rPr>
                <w:rFonts w:asciiTheme="majorHAnsi" w:hAnsiTheme="majorHAnsi" w:cstheme="majorHAnsi"/>
              </w:rPr>
              <w:t xml:space="preserve"> </w:t>
            </w:r>
            <w:r w:rsidRPr="00C611AC">
              <w:rPr>
                <w:rFonts w:ascii="Aptos" w:hAnsi="Aptos" w:cs="Calibri"/>
              </w:rPr>
              <w:t>selbst</w:t>
            </w:r>
            <w:r w:rsidRPr="00D336C4">
              <w:rPr>
                <w:rFonts w:ascii="Calibri" w:hAnsi="Calibri" w:cs="Calibri"/>
              </w:rPr>
              <w:t xml:space="preserve"> </w:t>
            </w:r>
            <w:r w:rsidRPr="00C611AC">
              <w:rPr>
                <w:rFonts w:ascii="Aptos" w:hAnsi="Aptos" w:cs="Calibri"/>
              </w:rPr>
              <w:t>eingestehen will.</w:t>
            </w:r>
          </w:p>
        </w:tc>
      </w:tr>
    </w:tbl>
    <w:p w14:paraId="1748053D" w14:textId="77777777" w:rsidR="00257E26" w:rsidRDefault="00257E26" w:rsidP="00257E26">
      <w:pPr>
        <w:pStyle w:val="StandardWeb"/>
        <w:spacing w:before="0" w:beforeAutospacing="0" w:after="200" w:afterAutospacing="0"/>
      </w:pPr>
    </w:p>
    <w:tbl>
      <w:tblPr>
        <w:tblW w:w="0" w:type="auto"/>
        <w:tblBorders>
          <w:top w:val="single" w:sz="4" w:space="0" w:color="E0E0E0"/>
          <w:left w:val="single" w:sz="4" w:space="0" w:color="E0E0E0"/>
          <w:bottom w:val="single" w:sz="4" w:space="0" w:color="E0E0E0"/>
          <w:right w:val="single" w:sz="4" w:space="0" w:color="E0E0E0"/>
          <w:insideH w:val="nil"/>
          <w:insideV w:val="nil"/>
        </w:tblBorders>
        <w:shd w:val="clear" w:color="auto" w:fill="FFFFF0"/>
        <w:tblCellMar>
          <w:left w:w="340" w:type="dxa"/>
          <w:right w:w="227" w:type="dxa"/>
        </w:tblCellMar>
        <w:tblLook w:val="04A0" w:firstRow="1" w:lastRow="0" w:firstColumn="1" w:lastColumn="0" w:noHBand="0" w:noVBand="1"/>
      </w:tblPr>
      <w:tblGrid>
        <w:gridCol w:w="10055"/>
      </w:tblGrid>
      <w:tr w:rsidR="00257E26" w:rsidRPr="008436D8" w14:paraId="613ACFDB" w14:textId="77777777" w:rsidTr="00F362CC">
        <w:tc>
          <w:tcPr>
            <w:tcW w:w="10055" w:type="dxa"/>
            <w:tcBorders>
              <w:top w:val="single" w:sz="4" w:space="0" w:color="BFBFBF" w:themeColor="background1" w:themeShade="BF"/>
              <w:left w:val="single" w:sz="12" w:space="0" w:color="860000"/>
              <w:right w:val="single" w:sz="4" w:space="0" w:color="BFBFBF" w:themeColor="background1" w:themeShade="BF"/>
            </w:tcBorders>
            <w:shd w:val="clear" w:color="auto" w:fill="FFFFF0"/>
          </w:tcPr>
          <w:p w14:paraId="40FDBCA5" w14:textId="77777777" w:rsidR="00257E26" w:rsidRPr="00D336C4" w:rsidRDefault="00257E26" w:rsidP="00F362CC">
            <w:pPr>
              <w:pStyle w:val="MK4TaskH"/>
              <w:spacing w:before="80" w:after="160"/>
              <w:rPr>
                <w:rFonts w:cs="Calibri"/>
                <w:lang w:val="de-DE"/>
              </w:rPr>
            </w:pPr>
            <w:r w:rsidRPr="00DA1D2E">
              <w:rPr>
                <w:lang w:val="de-DE"/>
              </w:rPr>
              <w:t>Aufgabe 5 – Ergänze alle fehlenden Kommas:</w:t>
            </w:r>
          </w:p>
        </w:tc>
      </w:tr>
      <w:tr w:rsidR="00257E26" w:rsidRPr="008436D8" w14:paraId="474A7C5D" w14:textId="77777777" w:rsidTr="00F362CC">
        <w:tc>
          <w:tcPr>
            <w:tcW w:w="10055" w:type="dxa"/>
            <w:tcBorders>
              <w:left w:val="single" w:sz="12" w:space="0" w:color="860000"/>
              <w:bottom w:val="single" w:sz="4" w:space="0" w:color="BFBFBF" w:themeColor="background1" w:themeShade="BF"/>
              <w:right w:val="single" w:sz="4" w:space="0" w:color="BFBFBF" w:themeColor="background1" w:themeShade="BF"/>
            </w:tcBorders>
            <w:shd w:val="clear" w:color="auto" w:fill="FFFFF0"/>
          </w:tcPr>
          <w:p w14:paraId="2844F8D9" w14:textId="71724EA6" w:rsidR="00257E26" w:rsidRDefault="00257E26" w:rsidP="00F362CC">
            <w:pPr>
              <w:pStyle w:val="Listenabsatz"/>
              <w:numPr>
                <w:ilvl w:val="0"/>
                <w:numId w:val="17"/>
              </w:numPr>
              <w:spacing w:after="80"/>
              <w:ind w:left="584" w:hanging="357"/>
              <w:contextualSpacing w:val="0"/>
              <w:rPr>
                <w:rFonts w:ascii="Aptos" w:hAnsi="Aptos" w:cs="Calibri"/>
              </w:rPr>
            </w:pPr>
            <w:r w:rsidRPr="00C611AC">
              <w:rPr>
                <w:rFonts w:ascii="Aptos" w:hAnsi="Aptos" w:cs="Calibri"/>
              </w:rPr>
              <w:t>Bevor  ich  die  Straße  überquere</w:t>
            </w:r>
            <w:r w:rsidR="009335A4" w:rsidRPr="009335A4">
              <w:rPr>
                <w:rFonts w:ascii="Aptos" w:hAnsi="Aptos" w:cs="Calibri"/>
                <w:b/>
                <w:bCs/>
                <w:color w:val="4F81BD" w:themeColor="accent1"/>
                <w:highlight w:val="lightGray"/>
              </w:rPr>
              <w:t>,</w:t>
            </w:r>
            <w:r w:rsidRPr="00C611AC">
              <w:rPr>
                <w:rFonts w:ascii="Aptos" w:hAnsi="Aptos" w:cs="Calibri"/>
              </w:rPr>
              <w:t xml:space="preserve"> die  vom  Verkehr  fast  ununterbrochen  belebt  wird</w:t>
            </w:r>
            <w:r w:rsidR="009335A4" w:rsidRPr="009335A4">
              <w:rPr>
                <w:rFonts w:ascii="Aptos" w:hAnsi="Aptos" w:cs="Calibri"/>
                <w:b/>
                <w:bCs/>
                <w:color w:val="4F81BD" w:themeColor="accent1"/>
                <w:highlight w:val="lightGray"/>
              </w:rPr>
              <w:t>,</w:t>
            </w:r>
            <w:r w:rsidRPr="00C611AC">
              <w:rPr>
                <w:rFonts w:ascii="Aptos" w:hAnsi="Aptos" w:cs="Calibri"/>
              </w:rPr>
              <w:t xml:space="preserve"> nehme  ich  die  ersten  neugierigen  Blicke  der  Besucher  wahr.</w:t>
            </w:r>
          </w:p>
          <w:p w14:paraId="790B7312" w14:textId="24304FF8" w:rsidR="00257E26" w:rsidRPr="00C04929" w:rsidRDefault="00257E26" w:rsidP="00F362CC">
            <w:pPr>
              <w:pStyle w:val="Listenabsatz"/>
              <w:numPr>
                <w:ilvl w:val="0"/>
                <w:numId w:val="17"/>
              </w:numPr>
              <w:spacing w:after="80"/>
              <w:ind w:left="584" w:hanging="357"/>
              <w:contextualSpacing w:val="0"/>
              <w:rPr>
                <w:rFonts w:ascii="Aptos" w:hAnsi="Aptos" w:cs="Calibri"/>
              </w:rPr>
            </w:pPr>
            <w:r w:rsidRPr="00C04929">
              <w:rPr>
                <w:rFonts w:ascii="Aptos" w:hAnsi="Aptos" w:cs="Calibri"/>
              </w:rPr>
              <w:t>Ich  trete  auf  den  Platz  vor  dem  Gebäude</w:t>
            </w:r>
            <w:r w:rsidR="009335A4" w:rsidRPr="009335A4">
              <w:rPr>
                <w:rFonts w:ascii="Aptos" w:hAnsi="Aptos" w:cs="Calibri"/>
                <w:b/>
                <w:bCs/>
                <w:color w:val="4F81BD" w:themeColor="accent1"/>
                <w:highlight w:val="lightGray"/>
              </w:rPr>
              <w:t>,</w:t>
            </w:r>
            <w:r w:rsidRPr="00C04929">
              <w:rPr>
                <w:rFonts w:ascii="Aptos" w:hAnsi="Aptos" w:cs="Calibri"/>
              </w:rPr>
              <w:t xml:space="preserve">  der  von  alten  Linden  gesäumt  ist</w:t>
            </w:r>
            <w:r w:rsidR="009335A4" w:rsidRPr="009335A4">
              <w:rPr>
                <w:rFonts w:ascii="Aptos" w:hAnsi="Aptos" w:cs="Calibri"/>
                <w:b/>
                <w:bCs/>
                <w:color w:val="4F81BD" w:themeColor="accent1"/>
                <w:highlight w:val="lightGray"/>
              </w:rPr>
              <w:t>,</w:t>
            </w:r>
            <w:r w:rsidRPr="009335A4">
              <w:rPr>
                <w:rFonts w:ascii="Aptos" w:hAnsi="Aptos" w:cs="Calibri"/>
                <w:b/>
                <w:bCs/>
                <w:color w:val="4F81BD" w:themeColor="accent1"/>
              </w:rPr>
              <w:t xml:space="preserve"> </w:t>
            </w:r>
            <w:r w:rsidRPr="00C04929">
              <w:rPr>
                <w:rFonts w:ascii="Aptos" w:hAnsi="Aptos" w:cs="Calibri"/>
              </w:rPr>
              <w:t xml:space="preserve"> während  die  Fassade  des  Museums</w:t>
            </w:r>
            <w:r w:rsidR="009335A4" w:rsidRPr="009335A4">
              <w:rPr>
                <w:rFonts w:ascii="Aptos" w:hAnsi="Aptos" w:cs="Calibri"/>
                <w:b/>
                <w:bCs/>
                <w:color w:val="4F81BD" w:themeColor="accent1"/>
              </w:rPr>
              <w:t>,</w:t>
            </w:r>
            <w:r w:rsidRPr="009335A4">
              <w:rPr>
                <w:rFonts w:ascii="Aptos" w:hAnsi="Aptos" w:cs="Calibri"/>
                <w:b/>
                <w:bCs/>
                <w:color w:val="4F81BD" w:themeColor="accent1"/>
              </w:rPr>
              <w:t xml:space="preserve"> </w:t>
            </w:r>
            <w:r w:rsidRPr="00C04929">
              <w:rPr>
                <w:rFonts w:ascii="Aptos" w:hAnsi="Aptos" w:cs="Calibri"/>
              </w:rPr>
              <w:t>die  im  Sonnenlicht  schimmert</w:t>
            </w:r>
            <w:r w:rsidR="009335A4" w:rsidRPr="009335A4">
              <w:rPr>
                <w:rFonts w:ascii="Aptos" w:hAnsi="Aptos" w:cs="Calibri"/>
                <w:b/>
                <w:bCs/>
                <w:color w:val="4F81BD" w:themeColor="accent1"/>
              </w:rPr>
              <w:t>,</w:t>
            </w:r>
            <w:r w:rsidRPr="009335A4">
              <w:rPr>
                <w:rFonts w:ascii="Aptos" w:hAnsi="Aptos" w:cs="Calibri"/>
                <w:b/>
                <w:bCs/>
                <w:color w:val="4F81BD" w:themeColor="accent1"/>
              </w:rPr>
              <w:t xml:space="preserve"> </w:t>
            </w:r>
            <w:r w:rsidRPr="00C04929">
              <w:rPr>
                <w:rFonts w:ascii="Aptos" w:hAnsi="Aptos" w:cs="Calibri"/>
              </w:rPr>
              <w:t xml:space="preserve"> einen  ersten  Eindruck  von  der  Ausstellung  vermittelt.</w:t>
            </w:r>
          </w:p>
        </w:tc>
      </w:tr>
    </w:tbl>
    <w:p w14:paraId="0F91DB52" w14:textId="77777777" w:rsidR="00257E26" w:rsidRDefault="00257E26" w:rsidP="00257E26">
      <w:pPr>
        <w:pStyle w:val="StandardWeb"/>
        <w:spacing w:before="0" w:beforeAutospacing="0" w:after="200" w:afterAutospacing="0"/>
      </w:pPr>
    </w:p>
    <w:tbl>
      <w:tblPr>
        <w:tblW w:w="0" w:type="auto"/>
        <w:tblBorders>
          <w:top w:val="single" w:sz="4" w:space="0" w:color="E0E0E0"/>
          <w:left w:val="single" w:sz="4" w:space="0" w:color="E0E0E0"/>
          <w:bottom w:val="single" w:sz="4" w:space="0" w:color="E0E0E0"/>
          <w:right w:val="single" w:sz="4" w:space="0" w:color="E0E0E0"/>
          <w:insideH w:val="nil"/>
          <w:insideV w:val="nil"/>
        </w:tblBorders>
        <w:shd w:val="clear" w:color="auto" w:fill="FFFFF0"/>
        <w:tblCellMar>
          <w:left w:w="340" w:type="dxa"/>
          <w:right w:w="227" w:type="dxa"/>
        </w:tblCellMar>
        <w:tblLook w:val="04A0" w:firstRow="1" w:lastRow="0" w:firstColumn="1" w:lastColumn="0" w:noHBand="0" w:noVBand="1"/>
      </w:tblPr>
      <w:tblGrid>
        <w:gridCol w:w="10055"/>
      </w:tblGrid>
      <w:tr w:rsidR="00257E26" w:rsidRPr="008436D8" w14:paraId="7953D730" w14:textId="77777777" w:rsidTr="00F362CC">
        <w:tc>
          <w:tcPr>
            <w:tcW w:w="10055" w:type="dxa"/>
            <w:tcBorders>
              <w:top w:val="single" w:sz="4" w:space="0" w:color="BFBFBF" w:themeColor="background1" w:themeShade="BF"/>
              <w:left w:val="single" w:sz="12" w:space="0" w:color="860000"/>
              <w:right w:val="single" w:sz="4" w:space="0" w:color="BFBFBF" w:themeColor="background1" w:themeShade="BF"/>
            </w:tcBorders>
            <w:shd w:val="clear" w:color="auto" w:fill="FFFFF0"/>
          </w:tcPr>
          <w:p w14:paraId="6997A2F7" w14:textId="77777777" w:rsidR="00257E26" w:rsidRPr="00D336C4" w:rsidRDefault="00257E26" w:rsidP="00F362CC">
            <w:pPr>
              <w:pStyle w:val="MK4TaskH"/>
              <w:spacing w:before="80" w:after="160"/>
              <w:rPr>
                <w:rFonts w:cs="Calibri"/>
                <w:lang w:val="de-DE"/>
              </w:rPr>
            </w:pPr>
            <w:r>
              <w:rPr>
                <w:rFonts w:cs="Calibri"/>
                <w:noProof/>
              </w:rPr>
              <w:t>Aufgabe 6</w:t>
            </w:r>
            <w:r>
              <w:rPr>
                <w:lang w:val="de-DE"/>
              </w:rPr>
              <w:t xml:space="preserve"> – </w:t>
            </w:r>
            <w:r w:rsidRPr="00D336C4">
              <w:rPr>
                <w:rFonts w:cs="Calibri"/>
                <w:lang w:val="de-DE"/>
              </w:rPr>
              <w:t xml:space="preserve">Ergänze </w:t>
            </w:r>
            <w:r w:rsidRPr="00D336C4">
              <w:rPr>
                <w:rFonts w:cs="Calibri"/>
                <w:u w:val="single" w:color="000000" w:themeColor="text1"/>
                <w:lang w:val="de-DE"/>
              </w:rPr>
              <w:t>alle</w:t>
            </w:r>
            <w:r w:rsidRPr="00D336C4">
              <w:rPr>
                <w:rFonts w:cs="Calibri"/>
                <w:lang w:val="de-DE"/>
              </w:rPr>
              <w:t xml:space="preserve"> fehlenden Satzzeichen ( . / , / ! / ?) </w:t>
            </w:r>
          </w:p>
        </w:tc>
      </w:tr>
      <w:tr w:rsidR="00257E26" w:rsidRPr="008436D8" w14:paraId="7F17065D" w14:textId="77777777" w:rsidTr="00F362CC">
        <w:tc>
          <w:tcPr>
            <w:tcW w:w="10055" w:type="dxa"/>
            <w:tcBorders>
              <w:left w:val="single" w:sz="12" w:space="0" w:color="860000"/>
              <w:bottom w:val="single" w:sz="4" w:space="0" w:color="BFBFBF" w:themeColor="background1" w:themeShade="BF"/>
              <w:right w:val="single" w:sz="4" w:space="0" w:color="BFBFBF" w:themeColor="background1" w:themeShade="BF"/>
            </w:tcBorders>
            <w:shd w:val="clear" w:color="auto" w:fill="FFFFF0"/>
          </w:tcPr>
          <w:p w14:paraId="20733723" w14:textId="28B150B7" w:rsidR="00257E26" w:rsidRPr="00C611AC" w:rsidRDefault="00257E26" w:rsidP="00F362CC">
            <w:pPr>
              <w:pStyle w:val="Listenabsatz"/>
              <w:spacing w:after="120" w:line="312" w:lineRule="auto"/>
              <w:ind w:left="0"/>
              <w:jc w:val="both"/>
              <w:rPr>
                <w:rFonts w:ascii="Aptos" w:hAnsi="Aptos" w:cstheme="majorHAnsi"/>
              </w:rPr>
            </w:pPr>
            <w:r w:rsidRPr="00C611AC">
              <w:rPr>
                <w:rFonts w:ascii="Aptos" w:hAnsi="Aptos" w:cs="Calibri"/>
              </w:rPr>
              <w:t>Während  ich  in  der  Schlange  stehe</w:t>
            </w:r>
            <w:r w:rsidR="009335A4" w:rsidRPr="009335A4">
              <w:rPr>
                <w:rFonts w:ascii="Aptos" w:hAnsi="Aptos" w:cs="Calibri"/>
                <w:b/>
                <w:bCs/>
                <w:color w:val="4F81BD" w:themeColor="accent1"/>
                <w:highlight w:val="lightGray"/>
              </w:rPr>
              <w:t>,</w:t>
            </w:r>
            <w:r w:rsidRPr="009335A4">
              <w:rPr>
                <w:rFonts w:ascii="Aptos" w:hAnsi="Aptos" w:cs="Calibri"/>
                <w:b/>
                <w:bCs/>
                <w:color w:val="4F81BD" w:themeColor="accent1"/>
              </w:rPr>
              <w:t xml:space="preserve"> </w:t>
            </w:r>
            <w:r w:rsidRPr="00C611AC">
              <w:rPr>
                <w:rFonts w:ascii="Aptos" w:hAnsi="Aptos" w:cs="Calibri"/>
              </w:rPr>
              <w:t>die  sich  langsam  vor  dem  großen  steinernen  Eingang  des  Museums  windet</w:t>
            </w:r>
            <w:r w:rsidR="009335A4" w:rsidRPr="009335A4">
              <w:rPr>
                <w:rFonts w:ascii="Aptos" w:hAnsi="Aptos" w:cs="Calibri"/>
                <w:b/>
                <w:bCs/>
                <w:color w:val="4F81BD" w:themeColor="accent1"/>
                <w:highlight w:val="lightGray"/>
              </w:rPr>
              <w:t>,</w:t>
            </w:r>
            <w:r w:rsidRPr="009335A4">
              <w:rPr>
                <w:rFonts w:ascii="Aptos" w:hAnsi="Aptos" w:cs="Calibri"/>
                <w:b/>
                <w:bCs/>
                <w:color w:val="4F81BD" w:themeColor="accent1"/>
              </w:rPr>
              <w:t xml:space="preserve"> </w:t>
            </w:r>
            <w:r w:rsidRPr="00C611AC">
              <w:rPr>
                <w:rFonts w:ascii="Aptos" w:hAnsi="Aptos" w:cs="Calibri"/>
              </w:rPr>
              <w:t>unterhält  sich  ein  älteres  Paar</w:t>
            </w:r>
            <w:r w:rsidR="009335A4" w:rsidRPr="009335A4">
              <w:rPr>
                <w:rFonts w:ascii="Aptos" w:hAnsi="Aptos" w:cs="Calibri"/>
                <w:b/>
                <w:bCs/>
                <w:color w:val="4F81BD" w:themeColor="accent1"/>
                <w:highlight w:val="lightGray"/>
              </w:rPr>
              <w:t>,</w:t>
            </w:r>
            <w:r w:rsidRPr="009335A4">
              <w:rPr>
                <w:rFonts w:ascii="Aptos" w:hAnsi="Aptos" w:cs="Calibri"/>
                <w:b/>
                <w:bCs/>
                <w:color w:val="4F81BD" w:themeColor="accent1"/>
              </w:rPr>
              <w:t xml:space="preserve"> </w:t>
            </w:r>
            <w:r w:rsidRPr="00C611AC">
              <w:rPr>
                <w:rFonts w:ascii="Aptos" w:hAnsi="Aptos" w:cs="Calibri"/>
              </w:rPr>
              <w:t>das  vor  mir  wartet</w:t>
            </w:r>
            <w:r w:rsidR="009335A4" w:rsidRPr="009335A4">
              <w:rPr>
                <w:rFonts w:ascii="Aptos" w:hAnsi="Aptos" w:cs="Calibri"/>
                <w:b/>
                <w:bCs/>
                <w:color w:val="4F81BD" w:themeColor="accent1"/>
                <w:highlight w:val="lightGray"/>
              </w:rPr>
              <w:t>,</w:t>
            </w:r>
            <w:r w:rsidRPr="00C611AC">
              <w:rPr>
                <w:rFonts w:ascii="Aptos" w:hAnsi="Aptos" w:cs="Calibri"/>
              </w:rPr>
              <w:t xml:space="preserve"> leise  über  die  Ausstellung</w:t>
            </w:r>
            <w:r w:rsidR="009335A4" w:rsidRPr="009335A4">
              <w:rPr>
                <w:rFonts w:ascii="Aptos" w:hAnsi="Aptos" w:cs="Calibri"/>
                <w:b/>
                <w:bCs/>
                <w:color w:val="4F81BD" w:themeColor="accent1"/>
                <w:highlight w:val="lightGray"/>
              </w:rPr>
              <w:t>.</w:t>
            </w:r>
            <w:r w:rsidRPr="00C611AC">
              <w:rPr>
                <w:rFonts w:ascii="Aptos" w:hAnsi="Aptos" w:cs="Calibri"/>
              </w:rPr>
              <w:t xml:space="preserve">  Die  Kinder</w:t>
            </w:r>
            <w:r w:rsidR="009335A4" w:rsidRPr="009335A4">
              <w:rPr>
                <w:rFonts w:ascii="Aptos" w:hAnsi="Aptos" w:cs="Calibri"/>
                <w:b/>
                <w:bCs/>
                <w:color w:val="4F81BD" w:themeColor="accent1"/>
                <w:highlight w:val="lightGray"/>
              </w:rPr>
              <w:t>,</w:t>
            </w:r>
            <w:r w:rsidRPr="00C611AC">
              <w:rPr>
                <w:rFonts w:ascii="Aptos" w:hAnsi="Aptos" w:cs="Calibri"/>
              </w:rPr>
              <w:t xml:space="preserve"> die  neben  ihnen  stehen</w:t>
            </w:r>
            <w:r w:rsidR="009335A4" w:rsidRPr="009335A4">
              <w:rPr>
                <w:rFonts w:ascii="Aptos" w:hAnsi="Aptos" w:cs="Calibri"/>
                <w:b/>
                <w:bCs/>
                <w:color w:val="4F81BD" w:themeColor="accent1"/>
                <w:highlight w:val="lightGray"/>
              </w:rPr>
              <w:t>,</w:t>
            </w:r>
            <w:r w:rsidRPr="00C611AC">
              <w:rPr>
                <w:rFonts w:ascii="Aptos" w:hAnsi="Aptos" w:cs="Calibri"/>
              </w:rPr>
              <w:t xml:space="preserve"> zappeln  so  ungeduldig</w:t>
            </w:r>
            <w:r w:rsidR="009335A4" w:rsidRPr="009335A4">
              <w:rPr>
                <w:rFonts w:ascii="Aptos" w:hAnsi="Aptos" w:cs="Calibri"/>
                <w:b/>
                <w:bCs/>
                <w:color w:val="4F81BD" w:themeColor="accent1"/>
                <w:highlight w:val="lightGray"/>
              </w:rPr>
              <w:t>,</w:t>
            </w:r>
            <w:r w:rsidRPr="00C611AC">
              <w:rPr>
                <w:rFonts w:ascii="Aptos" w:hAnsi="Aptos" w:cs="Calibri"/>
              </w:rPr>
              <w:t xml:space="preserve"> dass  es  den  Eltern  schon  etwas  peinlich  wird</w:t>
            </w:r>
            <w:r w:rsidR="009335A4" w:rsidRPr="009335A4">
              <w:rPr>
                <w:rFonts w:ascii="Aptos" w:hAnsi="Aptos" w:cs="Calibri"/>
                <w:b/>
                <w:bCs/>
                <w:color w:val="4F81BD" w:themeColor="accent1"/>
                <w:highlight w:val="lightGray"/>
              </w:rPr>
              <w:t>,</w:t>
            </w:r>
            <w:r w:rsidRPr="009335A4">
              <w:rPr>
                <w:rFonts w:ascii="Aptos" w:hAnsi="Aptos" w:cs="Calibri"/>
                <w:b/>
                <w:bCs/>
                <w:color w:val="4F81BD" w:themeColor="accent1"/>
                <w:highlight w:val="lightGray"/>
              </w:rPr>
              <w:t xml:space="preserve"> </w:t>
            </w:r>
            <w:r w:rsidRPr="00C611AC">
              <w:rPr>
                <w:rFonts w:ascii="Aptos" w:hAnsi="Aptos" w:cs="Calibri"/>
              </w:rPr>
              <w:t>während  die  warme  Herbstsonne</w:t>
            </w:r>
            <w:r w:rsidR="009335A4" w:rsidRPr="009335A4">
              <w:rPr>
                <w:rFonts w:ascii="Aptos" w:hAnsi="Aptos" w:cs="Calibri"/>
                <w:b/>
                <w:bCs/>
                <w:color w:val="4F81BD" w:themeColor="accent1"/>
                <w:highlight w:val="lightGray"/>
              </w:rPr>
              <w:t>,</w:t>
            </w:r>
            <w:r w:rsidRPr="00C611AC">
              <w:rPr>
                <w:rFonts w:ascii="Aptos" w:hAnsi="Aptos" w:cs="Calibri"/>
              </w:rPr>
              <w:t xml:space="preserve"> die  zwischen  den  Bäumen  vor  dem  Gebäude  durchscheint</w:t>
            </w:r>
            <w:r w:rsidR="009335A4" w:rsidRPr="009335A4">
              <w:rPr>
                <w:rFonts w:ascii="Aptos" w:hAnsi="Aptos" w:cs="Calibri"/>
                <w:b/>
                <w:bCs/>
                <w:color w:val="4F81BD" w:themeColor="accent1"/>
                <w:highlight w:val="lightGray"/>
              </w:rPr>
              <w:t>,</w:t>
            </w:r>
            <w:r w:rsidRPr="00C611AC">
              <w:rPr>
                <w:rFonts w:ascii="Aptos" w:hAnsi="Aptos" w:cs="Calibri"/>
              </w:rPr>
              <w:t xml:space="preserve"> das  alte  Kopfsteinpflaster  in  goldene  Flecken  taucht</w:t>
            </w:r>
            <w:r w:rsidR="009335A4" w:rsidRPr="009335A4">
              <w:rPr>
                <w:rFonts w:ascii="Aptos" w:hAnsi="Aptos" w:cs="Calibri"/>
                <w:b/>
                <w:bCs/>
                <w:color w:val="4F81BD" w:themeColor="accent1"/>
                <w:highlight w:val="lightGray"/>
              </w:rPr>
              <w:t>.</w:t>
            </w:r>
            <w:r w:rsidRPr="00C611AC">
              <w:rPr>
                <w:rFonts w:ascii="Aptos" w:hAnsi="Aptos" w:cs="Calibri"/>
              </w:rPr>
              <w:t xml:space="preserve">  Ob  ich  wohl  noch  lange  in  der  Schlange  warten  muss</w:t>
            </w:r>
            <w:r w:rsidR="009335A4" w:rsidRPr="009335A4">
              <w:rPr>
                <w:rFonts w:ascii="Aptos" w:hAnsi="Aptos" w:cs="Calibri"/>
                <w:b/>
                <w:bCs/>
                <w:color w:val="4F81BD" w:themeColor="accent1"/>
                <w:highlight w:val="lightGray"/>
              </w:rPr>
              <w:t>?</w:t>
            </w:r>
          </w:p>
        </w:tc>
      </w:tr>
    </w:tbl>
    <w:p w14:paraId="51D8400B" w14:textId="744FF79F" w:rsidR="002B6D63" w:rsidRDefault="002B6D63" w:rsidP="00257E26"/>
    <w:sectPr w:rsidR="002B6D63" w:rsidSect="00C7022D">
      <w:footerReference w:type="default" r:id="rId13"/>
      <w:pgSz w:w="11906" w:h="16838"/>
      <w:pgMar w:top="454" w:right="680" w:bottom="249" w:left="851"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C88FF03" w14:textId="77777777" w:rsidR="003A07F0" w:rsidRDefault="003A07F0">
      <w:pPr>
        <w:spacing w:after="0" w:line="240" w:lineRule="auto"/>
      </w:pPr>
      <w:r>
        <w:separator/>
      </w:r>
    </w:p>
  </w:endnote>
  <w:endnote w:type="continuationSeparator" w:id="0">
    <w:p w14:paraId="413ADC02" w14:textId="77777777" w:rsidR="003A07F0" w:rsidRDefault="003A07F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409020205020404"/>
    <w:charset w:val="00"/>
    <w:family w:val="auto"/>
    <w:notTrueType/>
    <w:pitch w:val="variable"/>
    <w:sig w:usb0="00000003" w:usb1="00000000" w:usb2="00000000" w:usb3="00000000" w:csb0="00000001" w:csb1="00000000"/>
  </w:font>
  <w:font w:name="Abadi">
    <w:charset w:val="00"/>
    <w:family w:val="swiss"/>
    <w:pitch w:val="variable"/>
    <w:sig w:usb0="80000003" w:usb1="00000000" w:usb2="00000000" w:usb3="00000000" w:csb0="00000093" w:csb1="00000000"/>
  </w:font>
  <w:font w:name="Cambria Math">
    <w:panose1 w:val="02040503050406030204"/>
    <w:charset w:val="00"/>
    <w:family w:val="roman"/>
    <w:pitch w:val="variable"/>
    <w:sig w:usb0="E00006FF" w:usb1="420024FF" w:usb2="02000000" w:usb3="00000000" w:csb0="0000019F" w:csb1="00000000"/>
  </w:font>
  <w:font w:name="Segoe UI Symbol">
    <w:panose1 w:val="020B0502040204020203"/>
    <w:charset w:val="00"/>
    <w:family w:val="swiss"/>
    <w:pitch w:val="variable"/>
    <w:sig w:usb0="800001E3" w:usb1="1200FFEF" w:usb2="00040000" w:usb3="00000000" w:csb0="00000001" w:csb1="00000000"/>
  </w:font>
  <w:font w:name="Comic Sans MS">
    <w:panose1 w:val="030F0702030302020204"/>
    <w:charset w:val="00"/>
    <w:family w:val="script"/>
    <w:pitch w:val="variable"/>
    <w:sig w:usb0="00000687" w:usb1="00000013" w:usb2="00000000" w:usb3="00000000" w:csb0="0000009F" w:csb1="00000000"/>
  </w:font>
  <w:font w:name="Segoe UI Emoji">
    <w:panose1 w:val="020B0502040204020203"/>
    <w:charset w:val="00"/>
    <w:family w:val="swiss"/>
    <w:pitch w:val="variable"/>
    <w:sig w:usb0="00000003" w:usb1="02000000" w:usb2="08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Borders>
        <w:top w:val="nil"/>
        <w:left w:val="nil"/>
        <w:bottom w:val="nil"/>
        <w:right w:val="nil"/>
        <w:insideH w:val="nil"/>
        <w:insideV w:val="nil"/>
      </w:tblBorders>
      <w:tblLayout w:type="fixed"/>
      <w:tblLook w:val="04A0" w:firstRow="1" w:lastRow="0" w:firstColumn="1" w:lastColumn="0" w:noHBand="0" w:noVBand="1"/>
    </w:tblPr>
    <w:tblGrid>
      <w:gridCol w:w="3392"/>
      <w:gridCol w:w="3392"/>
      <w:gridCol w:w="3392"/>
    </w:tblGrid>
    <w:tr w:rsidR="00084891" w14:paraId="36B7549E" w14:textId="77777777" w:rsidTr="0076292F">
      <w:trPr>
        <w:cantSplit/>
        <w:trHeight w:hRule="exact" w:val="454"/>
        <w:tblHeader/>
      </w:trPr>
      <w:tc>
        <w:tcPr>
          <w:tcW w:w="3392" w:type="dxa"/>
        </w:tcPr>
        <w:p w14:paraId="536D0F08" w14:textId="6A5394C5" w:rsidR="00084891" w:rsidRDefault="0076292F">
          <w:pPr>
            <w:pStyle w:val="MK4Small"/>
          </w:pPr>
          <w:r w:rsidRPr="005A4E0F">
            <w:rPr>
              <w:noProof/>
            </w:rPr>
            <w:drawing>
              <wp:inline distT="0" distB="0" distL="0" distR="0" wp14:anchorId="55F9C876" wp14:editId="5A24A9CE">
                <wp:extent cx="1209675" cy="214350"/>
                <wp:effectExtent l="0" t="0" r="0" b="0"/>
                <wp:docPr id="3" name="Grafik 4">
                  <a:extLst xmlns:a="http://schemas.openxmlformats.org/drawingml/2006/main">
                    <a:ext uri="{FF2B5EF4-FFF2-40B4-BE49-F238E27FC236}">
                      <a16:creationId xmlns:a16="http://schemas.microsoft.com/office/drawing/2014/main" id="{2E710BED-9AAC-D7C8-D844-3647268DA6B8}"/>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Grafik 4">
                          <a:extLst>
                            <a:ext uri="{FF2B5EF4-FFF2-40B4-BE49-F238E27FC236}">
                              <a16:creationId xmlns:a16="http://schemas.microsoft.com/office/drawing/2014/main" id="{2E710BED-9AAC-D7C8-D844-3647268DA6B8}"/>
                            </a:ext>
                          </a:extLst>
                        </pic:cNvPr>
                        <pic:cNvPicPr>
                          <a:picLocks noChangeAspect="1"/>
                        </pic:cNvPicPr>
                      </pic:nvPicPr>
                      <pic:blipFill rotWithShape="1">
                        <a:blip r:embed="rId1">
                          <a:alphaModFix amt="65000"/>
                          <a:extLst>
                            <a:ext uri="{BEBA8EAE-BF5A-486C-A8C5-ECC9F3942E4B}">
                              <a14:imgProps xmlns:a14="http://schemas.microsoft.com/office/drawing/2010/main">
                                <a14:imgLayer r:embed="rId2">
                                  <a14:imgEffect>
                                    <a14:sharpenSoften amount="48000"/>
                                  </a14:imgEffect>
                                </a14:imgLayer>
                              </a14:imgProps>
                            </a:ext>
                          </a:extLst>
                        </a:blip>
                        <a:srcRect l="1295" t="5922" r="4747" b="19525"/>
                        <a:stretch/>
                      </pic:blipFill>
                      <pic:spPr bwMode="auto">
                        <a:xfrm>
                          <a:off x="0" y="0"/>
                          <a:ext cx="1323167" cy="234460"/>
                        </a:xfrm>
                        <a:prstGeom prst="rect">
                          <a:avLst/>
                        </a:prstGeom>
                        <a:ln>
                          <a:noFill/>
                        </a:ln>
                        <a:extLst>
                          <a:ext uri="{53640926-AAD7-44D8-BBD7-CCE9431645EC}">
                            <a14:shadowObscured xmlns:a14="http://schemas.microsoft.com/office/drawing/2010/main"/>
                          </a:ext>
                        </a:extLst>
                      </pic:spPr>
                    </pic:pic>
                  </a:graphicData>
                </a:graphic>
              </wp:inline>
            </w:drawing>
          </w:r>
        </w:p>
      </w:tc>
      <w:tc>
        <w:tcPr>
          <w:tcW w:w="3392" w:type="dxa"/>
        </w:tcPr>
        <w:p w14:paraId="19E69733" w14:textId="50509DFE" w:rsidR="00084891" w:rsidRPr="0070741B" w:rsidRDefault="0076292F">
          <w:pPr>
            <w:pStyle w:val="MK4Small"/>
            <w:jc w:val="center"/>
            <w:rPr>
              <w:rFonts w:ascii="Aptos" w:hAnsi="Aptos"/>
              <w:sz w:val="15"/>
              <w:szCs w:val="15"/>
            </w:rPr>
          </w:pPr>
          <w:r w:rsidRPr="0070741B">
            <w:rPr>
              <w:rFonts w:ascii="Aptos" w:hAnsi="Aptos"/>
              <w:sz w:val="15"/>
              <w:szCs w:val="15"/>
            </w:rPr>
            <w:t>www.meisterklasse.ai</w:t>
          </w:r>
          <w:r w:rsidR="002C118A">
            <w:rPr>
              <w:rFonts w:ascii="Aptos" w:hAnsi="Aptos"/>
              <w:sz w:val="15"/>
              <w:szCs w:val="15"/>
            </w:rPr>
            <w:br/>
          </w:r>
        </w:p>
      </w:tc>
      <w:tc>
        <w:tcPr>
          <w:tcW w:w="3392" w:type="dxa"/>
        </w:tcPr>
        <w:p w14:paraId="3E434B94" w14:textId="3FC9F5F6" w:rsidR="00084891" w:rsidRPr="0070741B" w:rsidRDefault="0070741B">
          <w:pPr>
            <w:pStyle w:val="MK4Small"/>
            <w:jc w:val="right"/>
            <w:rPr>
              <w:rFonts w:ascii="Aptos" w:hAnsi="Aptos"/>
              <w:sz w:val="15"/>
              <w:szCs w:val="15"/>
            </w:rPr>
          </w:pPr>
          <w:r w:rsidRPr="0070741B">
            <w:rPr>
              <w:rFonts w:ascii="Aptos" w:hAnsi="Aptos"/>
              <w:sz w:val="15"/>
              <w:szCs w:val="15"/>
            </w:rPr>
            <w:t>© CC BY-NC 4.0</w:t>
          </w:r>
          <w:r>
            <w:rPr>
              <w:rFonts w:ascii="Aptos" w:hAnsi="Aptos"/>
              <w:sz w:val="15"/>
              <w:szCs w:val="15"/>
            </w:rPr>
            <w:br/>
          </w:r>
          <w:r w:rsidRPr="0070741B">
            <w:rPr>
              <w:rFonts w:ascii="Aptos" w:hAnsi="Aptos"/>
              <w:sz w:val="15"/>
              <w:szCs w:val="15"/>
            </w:rPr>
            <w:br/>
          </w:r>
        </w:p>
      </w:tc>
    </w:tr>
  </w:tbl>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97D029F" w14:textId="77777777" w:rsidR="003A07F0" w:rsidRDefault="003A07F0">
      <w:pPr>
        <w:spacing w:after="0" w:line="240" w:lineRule="auto"/>
      </w:pPr>
      <w:r>
        <w:separator/>
      </w:r>
    </w:p>
  </w:footnote>
  <w:footnote w:type="continuationSeparator" w:id="0">
    <w:p w14:paraId="56661DDD" w14:textId="77777777" w:rsidR="003A07F0" w:rsidRDefault="003A07F0">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ennumm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ennumm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Aufzhlungszeichen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Aufzhlungszeichen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ennumm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Aufzhlungszeichen"/>
      <w:lvlText w:val=""/>
      <w:lvlJc w:val="left"/>
      <w:pPr>
        <w:tabs>
          <w:tab w:val="num" w:pos="360"/>
        </w:tabs>
        <w:ind w:left="360" w:hanging="360"/>
      </w:pPr>
      <w:rPr>
        <w:rFonts w:ascii="Symbol" w:hAnsi="Symbol" w:hint="default"/>
      </w:rPr>
    </w:lvl>
  </w:abstractNum>
  <w:abstractNum w:abstractNumId="9" w15:restartNumberingAfterBreak="0">
    <w:nsid w:val="0542584E"/>
    <w:multiLevelType w:val="hybridMultilevel"/>
    <w:tmpl w:val="ED1CF84C"/>
    <w:lvl w:ilvl="0" w:tplc="EE364828">
      <w:start w:val="1"/>
      <w:numFmt w:val="lowerLetter"/>
      <w:lvlText w:val="%1)"/>
      <w:lvlJc w:val="left"/>
      <w:pPr>
        <w:ind w:left="1080" w:hanging="360"/>
      </w:pPr>
      <w:rPr>
        <w:rFonts w:ascii="Aptos" w:hAnsi="Apto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0" w15:restartNumberingAfterBreak="0">
    <w:nsid w:val="2C6F5B5A"/>
    <w:multiLevelType w:val="hybridMultilevel"/>
    <w:tmpl w:val="F796DACC"/>
    <w:lvl w:ilvl="0" w:tplc="FFFFFFFF">
      <w:start w:val="1"/>
      <w:numFmt w:val="lowerLetter"/>
      <w:lvlText w:val="%1)"/>
      <w:lvlJc w:val="left"/>
      <w:pPr>
        <w:ind w:left="360" w:hanging="360"/>
      </w:pPr>
      <w:rPr>
        <w:rFonts w:ascii="Aptos" w:hAnsi="Aptos" w:cs="Calibri"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11" w15:restartNumberingAfterBreak="0">
    <w:nsid w:val="339819C2"/>
    <w:multiLevelType w:val="hybridMultilevel"/>
    <w:tmpl w:val="100044E2"/>
    <w:lvl w:ilvl="0" w:tplc="435A227A">
      <w:start w:val="1"/>
      <w:numFmt w:val="lowerLetter"/>
      <w:lvlText w:val="%1)"/>
      <w:lvlJc w:val="left"/>
      <w:pPr>
        <w:ind w:left="717" w:hanging="360"/>
      </w:pPr>
      <w:rPr>
        <w:rFonts w:hint="default"/>
      </w:rPr>
    </w:lvl>
    <w:lvl w:ilvl="1" w:tplc="04070019" w:tentative="1">
      <w:start w:val="1"/>
      <w:numFmt w:val="lowerLetter"/>
      <w:lvlText w:val="%2."/>
      <w:lvlJc w:val="left"/>
      <w:pPr>
        <w:ind w:left="1437" w:hanging="360"/>
      </w:pPr>
    </w:lvl>
    <w:lvl w:ilvl="2" w:tplc="0407001B" w:tentative="1">
      <w:start w:val="1"/>
      <w:numFmt w:val="lowerRoman"/>
      <w:lvlText w:val="%3."/>
      <w:lvlJc w:val="right"/>
      <w:pPr>
        <w:ind w:left="2157" w:hanging="180"/>
      </w:pPr>
    </w:lvl>
    <w:lvl w:ilvl="3" w:tplc="0407000F" w:tentative="1">
      <w:start w:val="1"/>
      <w:numFmt w:val="decimal"/>
      <w:lvlText w:val="%4."/>
      <w:lvlJc w:val="left"/>
      <w:pPr>
        <w:ind w:left="2877" w:hanging="360"/>
      </w:pPr>
    </w:lvl>
    <w:lvl w:ilvl="4" w:tplc="04070019" w:tentative="1">
      <w:start w:val="1"/>
      <w:numFmt w:val="lowerLetter"/>
      <w:lvlText w:val="%5."/>
      <w:lvlJc w:val="left"/>
      <w:pPr>
        <w:ind w:left="3597" w:hanging="360"/>
      </w:pPr>
    </w:lvl>
    <w:lvl w:ilvl="5" w:tplc="0407001B" w:tentative="1">
      <w:start w:val="1"/>
      <w:numFmt w:val="lowerRoman"/>
      <w:lvlText w:val="%6."/>
      <w:lvlJc w:val="right"/>
      <w:pPr>
        <w:ind w:left="4317" w:hanging="180"/>
      </w:pPr>
    </w:lvl>
    <w:lvl w:ilvl="6" w:tplc="0407000F" w:tentative="1">
      <w:start w:val="1"/>
      <w:numFmt w:val="decimal"/>
      <w:lvlText w:val="%7."/>
      <w:lvlJc w:val="left"/>
      <w:pPr>
        <w:ind w:left="5037" w:hanging="360"/>
      </w:pPr>
    </w:lvl>
    <w:lvl w:ilvl="7" w:tplc="04070019" w:tentative="1">
      <w:start w:val="1"/>
      <w:numFmt w:val="lowerLetter"/>
      <w:lvlText w:val="%8."/>
      <w:lvlJc w:val="left"/>
      <w:pPr>
        <w:ind w:left="5757" w:hanging="360"/>
      </w:pPr>
    </w:lvl>
    <w:lvl w:ilvl="8" w:tplc="0407001B" w:tentative="1">
      <w:start w:val="1"/>
      <w:numFmt w:val="lowerRoman"/>
      <w:lvlText w:val="%9."/>
      <w:lvlJc w:val="right"/>
      <w:pPr>
        <w:ind w:left="6477" w:hanging="180"/>
      </w:pPr>
    </w:lvl>
  </w:abstractNum>
  <w:abstractNum w:abstractNumId="12" w15:restartNumberingAfterBreak="0">
    <w:nsid w:val="538B3193"/>
    <w:multiLevelType w:val="hybridMultilevel"/>
    <w:tmpl w:val="BFC8CD2A"/>
    <w:lvl w:ilvl="0" w:tplc="FFFFFFFF">
      <w:start w:val="1"/>
      <w:numFmt w:val="lowerLetter"/>
      <w:lvlText w:val="%1)"/>
      <w:lvlJc w:val="left"/>
      <w:pPr>
        <w:ind w:left="720" w:hanging="360"/>
      </w:pPr>
      <w:rPr>
        <w:rFonts w:ascii="Aptos" w:hAnsi="Apto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3" w15:restartNumberingAfterBreak="0">
    <w:nsid w:val="53B929C1"/>
    <w:multiLevelType w:val="hybridMultilevel"/>
    <w:tmpl w:val="BFC8CD2A"/>
    <w:lvl w:ilvl="0" w:tplc="44F854B8">
      <w:start w:val="1"/>
      <w:numFmt w:val="lowerLetter"/>
      <w:lvlText w:val="%1)"/>
      <w:lvlJc w:val="left"/>
      <w:pPr>
        <w:ind w:left="720" w:hanging="360"/>
      </w:pPr>
      <w:rPr>
        <w:rFonts w:ascii="Aptos" w:hAnsi="Apto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4" w15:restartNumberingAfterBreak="0">
    <w:nsid w:val="6F8043B4"/>
    <w:multiLevelType w:val="hybridMultilevel"/>
    <w:tmpl w:val="F796DACC"/>
    <w:lvl w:ilvl="0" w:tplc="3FC86690">
      <w:start w:val="1"/>
      <w:numFmt w:val="lowerLetter"/>
      <w:lvlText w:val="%1)"/>
      <w:lvlJc w:val="left"/>
      <w:pPr>
        <w:ind w:left="360" w:hanging="360"/>
      </w:pPr>
      <w:rPr>
        <w:rFonts w:ascii="Aptos" w:hAnsi="Aptos" w:cs="Calibri" w:hint="default"/>
      </w:rPr>
    </w:lvl>
    <w:lvl w:ilvl="1" w:tplc="04070019" w:tentative="1">
      <w:start w:val="1"/>
      <w:numFmt w:val="lowerLetter"/>
      <w:lvlText w:val="%2."/>
      <w:lvlJc w:val="left"/>
      <w:pPr>
        <w:ind w:left="1080" w:hanging="360"/>
      </w:pPr>
    </w:lvl>
    <w:lvl w:ilvl="2" w:tplc="0407001B" w:tentative="1">
      <w:start w:val="1"/>
      <w:numFmt w:val="lowerRoman"/>
      <w:lvlText w:val="%3."/>
      <w:lvlJc w:val="right"/>
      <w:pPr>
        <w:ind w:left="1800" w:hanging="180"/>
      </w:pPr>
    </w:lvl>
    <w:lvl w:ilvl="3" w:tplc="0407000F" w:tentative="1">
      <w:start w:val="1"/>
      <w:numFmt w:val="decimal"/>
      <w:lvlText w:val="%4."/>
      <w:lvlJc w:val="left"/>
      <w:pPr>
        <w:ind w:left="2520" w:hanging="360"/>
      </w:pPr>
    </w:lvl>
    <w:lvl w:ilvl="4" w:tplc="04070019" w:tentative="1">
      <w:start w:val="1"/>
      <w:numFmt w:val="lowerLetter"/>
      <w:lvlText w:val="%5."/>
      <w:lvlJc w:val="left"/>
      <w:pPr>
        <w:ind w:left="3240" w:hanging="360"/>
      </w:pPr>
    </w:lvl>
    <w:lvl w:ilvl="5" w:tplc="0407001B" w:tentative="1">
      <w:start w:val="1"/>
      <w:numFmt w:val="lowerRoman"/>
      <w:lvlText w:val="%6."/>
      <w:lvlJc w:val="right"/>
      <w:pPr>
        <w:ind w:left="3960" w:hanging="180"/>
      </w:pPr>
    </w:lvl>
    <w:lvl w:ilvl="6" w:tplc="0407000F" w:tentative="1">
      <w:start w:val="1"/>
      <w:numFmt w:val="decimal"/>
      <w:lvlText w:val="%7."/>
      <w:lvlJc w:val="left"/>
      <w:pPr>
        <w:ind w:left="4680" w:hanging="360"/>
      </w:pPr>
    </w:lvl>
    <w:lvl w:ilvl="7" w:tplc="04070019" w:tentative="1">
      <w:start w:val="1"/>
      <w:numFmt w:val="lowerLetter"/>
      <w:lvlText w:val="%8."/>
      <w:lvlJc w:val="left"/>
      <w:pPr>
        <w:ind w:left="5400" w:hanging="360"/>
      </w:pPr>
    </w:lvl>
    <w:lvl w:ilvl="8" w:tplc="0407001B" w:tentative="1">
      <w:start w:val="1"/>
      <w:numFmt w:val="lowerRoman"/>
      <w:lvlText w:val="%9."/>
      <w:lvlJc w:val="right"/>
      <w:pPr>
        <w:ind w:left="6120" w:hanging="180"/>
      </w:pPr>
    </w:lvl>
  </w:abstractNum>
  <w:abstractNum w:abstractNumId="15" w15:restartNumberingAfterBreak="0">
    <w:nsid w:val="7CEB20A4"/>
    <w:multiLevelType w:val="hybridMultilevel"/>
    <w:tmpl w:val="0F603E3A"/>
    <w:lvl w:ilvl="0" w:tplc="AEFC70C0">
      <w:start w:val="1"/>
      <w:numFmt w:val="lowerLetter"/>
      <w:lvlText w:val="%1)"/>
      <w:lvlJc w:val="left"/>
      <w:pPr>
        <w:ind w:left="360" w:hanging="360"/>
      </w:pPr>
      <w:rPr>
        <w:rFonts w:hint="default"/>
        <w:i w:val="0"/>
        <w:sz w:val="22"/>
      </w:rPr>
    </w:lvl>
    <w:lvl w:ilvl="1" w:tplc="04070019" w:tentative="1">
      <w:start w:val="1"/>
      <w:numFmt w:val="lowerLetter"/>
      <w:lvlText w:val="%2."/>
      <w:lvlJc w:val="left"/>
      <w:pPr>
        <w:ind w:left="1080" w:hanging="360"/>
      </w:pPr>
    </w:lvl>
    <w:lvl w:ilvl="2" w:tplc="0407001B" w:tentative="1">
      <w:start w:val="1"/>
      <w:numFmt w:val="lowerRoman"/>
      <w:lvlText w:val="%3."/>
      <w:lvlJc w:val="right"/>
      <w:pPr>
        <w:ind w:left="1800" w:hanging="180"/>
      </w:pPr>
    </w:lvl>
    <w:lvl w:ilvl="3" w:tplc="0407000F" w:tentative="1">
      <w:start w:val="1"/>
      <w:numFmt w:val="decimal"/>
      <w:lvlText w:val="%4."/>
      <w:lvlJc w:val="left"/>
      <w:pPr>
        <w:ind w:left="2520" w:hanging="360"/>
      </w:pPr>
    </w:lvl>
    <w:lvl w:ilvl="4" w:tplc="04070019" w:tentative="1">
      <w:start w:val="1"/>
      <w:numFmt w:val="lowerLetter"/>
      <w:lvlText w:val="%5."/>
      <w:lvlJc w:val="left"/>
      <w:pPr>
        <w:ind w:left="3240" w:hanging="360"/>
      </w:pPr>
    </w:lvl>
    <w:lvl w:ilvl="5" w:tplc="0407001B" w:tentative="1">
      <w:start w:val="1"/>
      <w:numFmt w:val="lowerRoman"/>
      <w:lvlText w:val="%6."/>
      <w:lvlJc w:val="right"/>
      <w:pPr>
        <w:ind w:left="3960" w:hanging="180"/>
      </w:pPr>
    </w:lvl>
    <w:lvl w:ilvl="6" w:tplc="0407000F" w:tentative="1">
      <w:start w:val="1"/>
      <w:numFmt w:val="decimal"/>
      <w:lvlText w:val="%7."/>
      <w:lvlJc w:val="left"/>
      <w:pPr>
        <w:ind w:left="4680" w:hanging="360"/>
      </w:pPr>
    </w:lvl>
    <w:lvl w:ilvl="7" w:tplc="04070019" w:tentative="1">
      <w:start w:val="1"/>
      <w:numFmt w:val="lowerLetter"/>
      <w:lvlText w:val="%8."/>
      <w:lvlJc w:val="left"/>
      <w:pPr>
        <w:ind w:left="5400" w:hanging="360"/>
      </w:pPr>
    </w:lvl>
    <w:lvl w:ilvl="8" w:tplc="0407001B" w:tentative="1">
      <w:start w:val="1"/>
      <w:numFmt w:val="lowerRoman"/>
      <w:lvlText w:val="%9."/>
      <w:lvlJc w:val="right"/>
      <w:pPr>
        <w:ind w:left="6120" w:hanging="180"/>
      </w:pPr>
    </w:lvl>
  </w:abstractNum>
  <w:abstractNum w:abstractNumId="16" w15:restartNumberingAfterBreak="0">
    <w:nsid w:val="7DB73A47"/>
    <w:multiLevelType w:val="hybridMultilevel"/>
    <w:tmpl w:val="2BE8EB78"/>
    <w:lvl w:ilvl="0" w:tplc="D020F836">
      <w:start w:val="1"/>
      <w:numFmt w:val="decimal"/>
      <w:lvlText w:val="%1."/>
      <w:lvlJc w:val="left"/>
      <w:pPr>
        <w:ind w:left="360" w:hanging="360"/>
      </w:pPr>
      <w:rPr>
        <w:rFonts w:hint="default"/>
        <w:b/>
        <w:bCs/>
        <w:sz w:val="22"/>
        <w:szCs w:val="22"/>
      </w:rPr>
    </w:lvl>
    <w:lvl w:ilvl="1" w:tplc="EE364828">
      <w:start w:val="1"/>
      <w:numFmt w:val="lowerLetter"/>
      <w:lvlText w:val="%2)"/>
      <w:lvlJc w:val="left"/>
      <w:pPr>
        <w:ind w:left="1080" w:hanging="360"/>
      </w:pPr>
      <w:rPr>
        <w:rFonts w:ascii="Aptos" w:hAnsi="Aptos" w:hint="default"/>
      </w:rPr>
    </w:lvl>
    <w:lvl w:ilvl="2" w:tplc="0407001B" w:tentative="1">
      <w:start w:val="1"/>
      <w:numFmt w:val="lowerRoman"/>
      <w:lvlText w:val="%3."/>
      <w:lvlJc w:val="right"/>
      <w:pPr>
        <w:ind w:left="1800" w:hanging="180"/>
      </w:pPr>
    </w:lvl>
    <w:lvl w:ilvl="3" w:tplc="0407000F" w:tentative="1">
      <w:start w:val="1"/>
      <w:numFmt w:val="decimal"/>
      <w:lvlText w:val="%4."/>
      <w:lvlJc w:val="left"/>
      <w:pPr>
        <w:ind w:left="2520" w:hanging="360"/>
      </w:pPr>
    </w:lvl>
    <w:lvl w:ilvl="4" w:tplc="04070019" w:tentative="1">
      <w:start w:val="1"/>
      <w:numFmt w:val="lowerLetter"/>
      <w:lvlText w:val="%5."/>
      <w:lvlJc w:val="left"/>
      <w:pPr>
        <w:ind w:left="3240" w:hanging="360"/>
      </w:pPr>
    </w:lvl>
    <w:lvl w:ilvl="5" w:tplc="0407001B" w:tentative="1">
      <w:start w:val="1"/>
      <w:numFmt w:val="lowerRoman"/>
      <w:lvlText w:val="%6."/>
      <w:lvlJc w:val="right"/>
      <w:pPr>
        <w:ind w:left="3960" w:hanging="180"/>
      </w:pPr>
    </w:lvl>
    <w:lvl w:ilvl="6" w:tplc="0407000F" w:tentative="1">
      <w:start w:val="1"/>
      <w:numFmt w:val="decimal"/>
      <w:lvlText w:val="%7."/>
      <w:lvlJc w:val="left"/>
      <w:pPr>
        <w:ind w:left="4680" w:hanging="360"/>
      </w:pPr>
    </w:lvl>
    <w:lvl w:ilvl="7" w:tplc="04070019" w:tentative="1">
      <w:start w:val="1"/>
      <w:numFmt w:val="lowerLetter"/>
      <w:lvlText w:val="%8."/>
      <w:lvlJc w:val="left"/>
      <w:pPr>
        <w:ind w:left="5400" w:hanging="360"/>
      </w:pPr>
    </w:lvl>
    <w:lvl w:ilvl="8" w:tplc="0407001B" w:tentative="1">
      <w:start w:val="1"/>
      <w:numFmt w:val="lowerRoman"/>
      <w:lvlText w:val="%9."/>
      <w:lvlJc w:val="right"/>
      <w:pPr>
        <w:ind w:left="6120" w:hanging="180"/>
      </w:pPr>
    </w:lvl>
  </w:abstractNum>
  <w:num w:numId="1" w16cid:durableId="24062819">
    <w:abstractNumId w:val="8"/>
  </w:num>
  <w:num w:numId="2" w16cid:durableId="1089496841">
    <w:abstractNumId w:val="6"/>
  </w:num>
  <w:num w:numId="3" w16cid:durableId="855924691">
    <w:abstractNumId w:val="5"/>
  </w:num>
  <w:num w:numId="4" w16cid:durableId="1828394414">
    <w:abstractNumId w:val="4"/>
  </w:num>
  <w:num w:numId="5" w16cid:durableId="714935937">
    <w:abstractNumId w:val="7"/>
  </w:num>
  <w:num w:numId="6" w16cid:durableId="1633485112">
    <w:abstractNumId w:val="3"/>
  </w:num>
  <w:num w:numId="7" w16cid:durableId="891385668">
    <w:abstractNumId w:val="2"/>
  </w:num>
  <w:num w:numId="8" w16cid:durableId="2071417015">
    <w:abstractNumId w:val="1"/>
  </w:num>
  <w:num w:numId="9" w16cid:durableId="1745445229">
    <w:abstractNumId w:val="0"/>
  </w:num>
  <w:num w:numId="10" w16cid:durableId="1134520900">
    <w:abstractNumId w:val="16"/>
  </w:num>
  <w:num w:numId="11" w16cid:durableId="1297956311">
    <w:abstractNumId w:val="13"/>
  </w:num>
  <w:num w:numId="12" w16cid:durableId="218709718">
    <w:abstractNumId w:val="15"/>
  </w:num>
  <w:num w:numId="13" w16cid:durableId="188371699">
    <w:abstractNumId w:val="14"/>
  </w:num>
  <w:num w:numId="14" w16cid:durableId="1239291388">
    <w:abstractNumId w:val="11"/>
  </w:num>
  <w:num w:numId="15" w16cid:durableId="1479416702">
    <w:abstractNumId w:val="10"/>
  </w:num>
  <w:num w:numId="16" w16cid:durableId="2034643760">
    <w:abstractNumId w:val="9"/>
  </w:num>
  <w:num w:numId="17" w16cid:durableId="357006487">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0"/>
  <w:proofState w:spelling="clean"/>
  <w:defaultTabStop w:val="720"/>
  <w:hyphenationZone w:val="425"/>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47730"/>
    <w:rsid w:val="00004801"/>
    <w:rsid w:val="00012D32"/>
    <w:rsid w:val="00034616"/>
    <w:rsid w:val="0005137C"/>
    <w:rsid w:val="0006063C"/>
    <w:rsid w:val="00084891"/>
    <w:rsid w:val="00094EB2"/>
    <w:rsid w:val="000A29E1"/>
    <w:rsid w:val="000B09A5"/>
    <w:rsid w:val="00125D2E"/>
    <w:rsid w:val="00130D16"/>
    <w:rsid w:val="00143ED4"/>
    <w:rsid w:val="0015074B"/>
    <w:rsid w:val="0018383E"/>
    <w:rsid w:val="001B1B9F"/>
    <w:rsid w:val="001E2BC7"/>
    <w:rsid w:val="00246688"/>
    <w:rsid w:val="00257E26"/>
    <w:rsid w:val="00277F97"/>
    <w:rsid w:val="00295EA7"/>
    <w:rsid w:val="00296324"/>
    <w:rsid w:val="0029639D"/>
    <w:rsid w:val="002B6D63"/>
    <w:rsid w:val="002C118A"/>
    <w:rsid w:val="002D193A"/>
    <w:rsid w:val="002F1E57"/>
    <w:rsid w:val="002F2190"/>
    <w:rsid w:val="003158C5"/>
    <w:rsid w:val="003227BC"/>
    <w:rsid w:val="00326F90"/>
    <w:rsid w:val="003361DB"/>
    <w:rsid w:val="00337EF3"/>
    <w:rsid w:val="003A07F0"/>
    <w:rsid w:val="003B64D5"/>
    <w:rsid w:val="003F2D63"/>
    <w:rsid w:val="00401124"/>
    <w:rsid w:val="00405AB2"/>
    <w:rsid w:val="00412D86"/>
    <w:rsid w:val="00427E34"/>
    <w:rsid w:val="00445AC9"/>
    <w:rsid w:val="004543CF"/>
    <w:rsid w:val="004C0F92"/>
    <w:rsid w:val="004D3F70"/>
    <w:rsid w:val="004D5C50"/>
    <w:rsid w:val="004F28A5"/>
    <w:rsid w:val="00522BF1"/>
    <w:rsid w:val="005272D2"/>
    <w:rsid w:val="0053507F"/>
    <w:rsid w:val="005421C5"/>
    <w:rsid w:val="00552A65"/>
    <w:rsid w:val="005A4E0F"/>
    <w:rsid w:val="005D500C"/>
    <w:rsid w:val="005D7242"/>
    <w:rsid w:val="005E0440"/>
    <w:rsid w:val="00623C0A"/>
    <w:rsid w:val="00642814"/>
    <w:rsid w:val="00643014"/>
    <w:rsid w:val="0065408D"/>
    <w:rsid w:val="00682AEC"/>
    <w:rsid w:val="00692E01"/>
    <w:rsid w:val="006A47C3"/>
    <w:rsid w:val="006B0D67"/>
    <w:rsid w:val="006B51B3"/>
    <w:rsid w:val="006E1258"/>
    <w:rsid w:val="007007FA"/>
    <w:rsid w:val="00705254"/>
    <w:rsid w:val="0070741B"/>
    <w:rsid w:val="00727571"/>
    <w:rsid w:val="00731630"/>
    <w:rsid w:val="00741E0E"/>
    <w:rsid w:val="0076292F"/>
    <w:rsid w:val="0077557F"/>
    <w:rsid w:val="00776639"/>
    <w:rsid w:val="007A4E89"/>
    <w:rsid w:val="007B27B9"/>
    <w:rsid w:val="007E0378"/>
    <w:rsid w:val="007E52EC"/>
    <w:rsid w:val="00825947"/>
    <w:rsid w:val="00831CDE"/>
    <w:rsid w:val="008436D8"/>
    <w:rsid w:val="0086798E"/>
    <w:rsid w:val="00870A2B"/>
    <w:rsid w:val="008952AA"/>
    <w:rsid w:val="008C18DE"/>
    <w:rsid w:val="008C6632"/>
    <w:rsid w:val="008C78CF"/>
    <w:rsid w:val="0091276D"/>
    <w:rsid w:val="009335A4"/>
    <w:rsid w:val="0094612E"/>
    <w:rsid w:val="00957B7C"/>
    <w:rsid w:val="00973B32"/>
    <w:rsid w:val="009822E4"/>
    <w:rsid w:val="009870F0"/>
    <w:rsid w:val="009C08B6"/>
    <w:rsid w:val="009C3229"/>
    <w:rsid w:val="00A02C4F"/>
    <w:rsid w:val="00A14422"/>
    <w:rsid w:val="00A218AA"/>
    <w:rsid w:val="00A578DD"/>
    <w:rsid w:val="00A70BA7"/>
    <w:rsid w:val="00A83939"/>
    <w:rsid w:val="00AA176F"/>
    <w:rsid w:val="00AA1D8D"/>
    <w:rsid w:val="00AC34F4"/>
    <w:rsid w:val="00AD17AD"/>
    <w:rsid w:val="00AF20EB"/>
    <w:rsid w:val="00AF7491"/>
    <w:rsid w:val="00B07028"/>
    <w:rsid w:val="00B11C1B"/>
    <w:rsid w:val="00B37281"/>
    <w:rsid w:val="00B47730"/>
    <w:rsid w:val="00B54568"/>
    <w:rsid w:val="00B63EF9"/>
    <w:rsid w:val="00B840B1"/>
    <w:rsid w:val="00B97D1D"/>
    <w:rsid w:val="00BA2233"/>
    <w:rsid w:val="00BA3355"/>
    <w:rsid w:val="00BA6AED"/>
    <w:rsid w:val="00BA79FF"/>
    <w:rsid w:val="00BB13C5"/>
    <w:rsid w:val="00BC1044"/>
    <w:rsid w:val="00C04929"/>
    <w:rsid w:val="00C173C4"/>
    <w:rsid w:val="00C27B35"/>
    <w:rsid w:val="00C45067"/>
    <w:rsid w:val="00C611AC"/>
    <w:rsid w:val="00C64585"/>
    <w:rsid w:val="00C66EB4"/>
    <w:rsid w:val="00C6708B"/>
    <w:rsid w:val="00C7022D"/>
    <w:rsid w:val="00CB0664"/>
    <w:rsid w:val="00CB7335"/>
    <w:rsid w:val="00CC07E9"/>
    <w:rsid w:val="00CE0F2F"/>
    <w:rsid w:val="00CE5F82"/>
    <w:rsid w:val="00CE6F9B"/>
    <w:rsid w:val="00D025BB"/>
    <w:rsid w:val="00D11BEB"/>
    <w:rsid w:val="00D31881"/>
    <w:rsid w:val="00D336C4"/>
    <w:rsid w:val="00D3371B"/>
    <w:rsid w:val="00D60637"/>
    <w:rsid w:val="00D77A30"/>
    <w:rsid w:val="00D903A0"/>
    <w:rsid w:val="00D90981"/>
    <w:rsid w:val="00D93171"/>
    <w:rsid w:val="00DA0F10"/>
    <w:rsid w:val="00DA1D2E"/>
    <w:rsid w:val="00DA45BA"/>
    <w:rsid w:val="00DB58EF"/>
    <w:rsid w:val="00DD7B68"/>
    <w:rsid w:val="00DE64F0"/>
    <w:rsid w:val="00DF5218"/>
    <w:rsid w:val="00E00B93"/>
    <w:rsid w:val="00E04C91"/>
    <w:rsid w:val="00E213DE"/>
    <w:rsid w:val="00E34031"/>
    <w:rsid w:val="00E3443E"/>
    <w:rsid w:val="00E4299E"/>
    <w:rsid w:val="00E62786"/>
    <w:rsid w:val="00E67473"/>
    <w:rsid w:val="00E72B6D"/>
    <w:rsid w:val="00E8334E"/>
    <w:rsid w:val="00EA2C51"/>
    <w:rsid w:val="00ED4AF8"/>
    <w:rsid w:val="00EF4D1A"/>
    <w:rsid w:val="00F25813"/>
    <w:rsid w:val="00F37099"/>
    <w:rsid w:val="00F45647"/>
    <w:rsid w:val="00F71ACC"/>
    <w:rsid w:val="00FB4032"/>
    <w:rsid w:val="00FC693F"/>
    <w:rsid w:val="00FF20C4"/>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09BAA23F"/>
  <w14:defaultImageDpi w14:val="330"/>
  <w15:docId w15:val="{3A76FA56-8823-4121-AB01-7CFC6D2B85A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2F2190"/>
    <w:rPr>
      <w:lang w:val="de-DE"/>
    </w:rPr>
  </w:style>
  <w:style w:type="paragraph" w:styleId="berschrift1">
    <w:name w:val="heading 1"/>
    <w:basedOn w:val="Standard"/>
    <w:next w:val="Standard"/>
    <w:link w:val="berschrift1Zchn"/>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berschrift2">
    <w:name w:val="heading 2"/>
    <w:basedOn w:val="Standard"/>
    <w:next w:val="Standard"/>
    <w:link w:val="berschrift2Zchn"/>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berschrift3">
    <w:name w:val="heading 3"/>
    <w:basedOn w:val="Standard"/>
    <w:next w:val="Standard"/>
    <w:link w:val="berschrift3Zchn"/>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berschrift4">
    <w:name w:val="heading 4"/>
    <w:basedOn w:val="Standard"/>
    <w:next w:val="Standard"/>
    <w:link w:val="berschrift4Zchn"/>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berschrift5">
    <w:name w:val="heading 5"/>
    <w:basedOn w:val="Standard"/>
    <w:next w:val="Standard"/>
    <w:link w:val="berschrift5Zchn"/>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berschrift6">
    <w:name w:val="heading 6"/>
    <w:basedOn w:val="Standard"/>
    <w:next w:val="Standard"/>
    <w:link w:val="berschrift6Zchn"/>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berschrift7">
    <w:name w:val="heading 7"/>
    <w:basedOn w:val="Standard"/>
    <w:next w:val="Standard"/>
    <w:link w:val="berschrift7Zchn"/>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berschrift8">
    <w:name w:val="heading 8"/>
    <w:basedOn w:val="Standard"/>
    <w:next w:val="Standard"/>
    <w:link w:val="berschrift8Zchn"/>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berschrift9">
    <w:name w:val="heading 9"/>
    <w:basedOn w:val="Standard"/>
    <w:next w:val="Standard"/>
    <w:link w:val="berschrift9Zchn"/>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iPriority w:val="99"/>
    <w:unhideWhenUsed/>
    <w:rsid w:val="00E618BF"/>
    <w:pPr>
      <w:tabs>
        <w:tab w:val="center" w:pos="4680"/>
        <w:tab w:val="right" w:pos="9360"/>
      </w:tabs>
      <w:spacing w:after="0" w:line="240" w:lineRule="auto"/>
    </w:pPr>
  </w:style>
  <w:style w:type="character" w:customStyle="1" w:styleId="KopfzeileZchn">
    <w:name w:val="Kopfzeile Zchn"/>
    <w:basedOn w:val="Absatz-Standardschriftart"/>
    <w:link w:val="Kopfzeile"/>
    <w:uiPriority w:val="99"/>
    <w:rsid w:val="00E618BF"/>
  </w:style>
  <w:style w:type="paragraph" w:styleId="Fuzeile">
    <w:name w:val="footer"/>
    <w:basedOn w:val="Standard"/>
    <w:link w:val="FuzeileZchn"/>
    <w:uiPriority w:val="99"/>
    <w:unhideWhenUsed/>
    <w:rsid w:val="00E618BF"/>
    <w:pPr>
      <w:tabs>
        <w:tab w:val="center" w:pos="4680"/>
        <w:tab w:val="right" w:pos="9360"/>
      </w:tabs>
      <w:spacing w:after="0" w:line="240" w:lineRule="auto"/>
    </w:pPr>
  </w:style>
  <w:style w:type="character" w:customStyle="1" w:styleId="FuzeileZchn">
    <w:name w:val="Fußzeile Zchn"/>
    <w:basedOn w:val="Absatz-Standardschriftart"/>
    <w:link w:val="Fuzeile"/>
    <w:uiPriority w:val="99"/>
    <w:rsid w:val="00E618BF"/>
  </w:style>
  <w:style w:type="paragraph" w:styleId="KeinLeerraum">
    <w:name w:val="No Spacing"/>
    <w:uiPriority w:val="1"/>
    <w:qFormat/>
    <w:rsid w:val="00FC693F"/>
    <w:pPr>
      <w:spacing w:after="0" w:line="240" w:lineRule="auto"/>
    </w:pPr>
  </w:style>
  <w:style w:type="character" w:customStyle="1" w:styleId="berschrift1Zchn">
    <w:name w:val="Überschrift 1 Zchn"/>
    <w:basedOn w:val="Absatz-Standardschriftart"/>
    <w:link w:val="berschrift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berschrift2Zchn">
    <w:name w:val="Überschrift 2 Zchn"/>
    <w:basedOn w:val="Absatz-Standardschriftart"/>
    <w:link w:val="berschrift2"/>
    <w:uiPriority w:val="9"/>
    <w:rsid w:val="00FC693F"/>
    <w:rPr>
      <w:rFonts w:asciiTheme="majorHAnsi" w:eastAsiaTheme="majorEastAsia" w:hAnsiTheme="majorHAnsi" w:cstheme="majorBidi"/>
      <w:b/>
      <w:bCs/>
      <w:color w:val="4F81BD" w:themeColor="accent1"/>
      <w:sz w:val="26"/>
      <w:szCs w:val="26"/>
    </w:rPr>
  </w:style>
  <w:style w:type="character" w:customStyle="1" w:styleId="berschrift3Zchn">
    <w:name w:val="Überschrift 3 Zchn"/>
    <w:basedOn w:val="Absatz-Standardschriftart"/>
    <w:link w:val="berschrift3"/>
    <w:uiPriority w:val="9"/>
    <w:rsid w:val="00FC693F"/>
    <w:rPr>
      <w:rFonts w:asciiTheme="majorHAnsi" w:eastAsiaTheme="majorEastAsia" w:hAnsiTheme="majorHAnsi" w:cstheme="majorBidi"/>
      <w:b/>
      <w:bCs/>
      <w:color w:val="4F81BD" w:themeColor="accent1"/>
    </w:rPr>
  </w:style>
  <w:style w:type="paragraph" w:styleId="Titel">
    <w:name w:val="Title"/>
    <w:basedOn w:val="Standard"/>
    <w:next w:val="Standard"/>
    <w:link w:val="TitelZchn"/>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elZchn">
    <w:name w:val="Titel Zchn"/>
    <w:basedOn w:val="Absatz-Standardschriftart"/>
    <w:link w:val="Titel"/>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Untertitel">
    <w:name w:val="Subtitle"/>
    <w:basedOn w:val="Standard"/>
    <w:next w:val="Standard"/>
    <w:link w:val="UntertitelZchn"/>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UntertitelZchn">
    <w:name w:val="Untertitel Zchn"/>
    <w:basedOn w:val="Absatz-Standardschriftart"/>
    <w:link w:val="Untertitel"/>
    <w:uiPriority w:val="11"/>
    <w:rsid w:val="00FC693F"/>
    <w:rPr>
      <w:rFonts w:asciiTheme="majorHAnsi" w:eastAsiaTheme="majorEastAsia" w:hAnsiTheme="majorHAnsi" w:cstheme="majorBidi"/>
      <w:i/>
      <w:iCs/>
      <w:color w:val="4F81BD" w:themeColor="accent1"/>
      <w:spacing w:val="15"/>
      <w:sz w:val="24"/>
      <w:szCs w:val="24"/>
    </w:rPr>
  </w:style>
  <w:style w:type="paragraph" w:styleId="Listenabsatz">
    <w:name w:val="List Paragraph"/>
    <w:basedOn w:val="Standard"/>
    <w:uiPriority w:val="34"/>
    <w:qFormat/>
    <w:rsid w:val="00FC693F"/>
    <w:pPr>
      <w:ind w:left="720"/>
      <w:contextualSpacing/>
    </w:pPr>
  </w:style>
  <w:style w:type="paragraph" w:styleId="Textkrper">
    <w:name w:val="Body Text"/>
    <w:basedOn w:val="Standard"/>
    <w:link w:val="TextkrperZchn"/>
    <w:uiPriority w:val="99"/>
    <w:unhideWhenUsed/>
    <w:rsid w:val="00AA1D8D"/>
    <w:pPr>
      <w:spacing w:after="120"/>
    </w:pPr>
  </w:style>
  <w:style w:type="character" w:customStyle="1" w:styleId="TextkrperZchn">
    <w:name w:val="Textkörper Zchn"/>
    <w:basedOn w:val="Absatz-Standardschriftart"/>
    <w:link w:val="Textkrper"/>
    <w:uiPriority w:val="99"/>
    <w:rsid w:val="00AA1D8D"/>
  </w:style>
  <w:style w:type="paragraph" w:styleId="Textkrper2">
    <w:name w:val="Body Text 2"/>
    <w:basedOn w:val="Standard"/>
    <w:link w:val="Textkrper2Zchn"/>
    <w:uiPriority w:val="99"/>
    <w:unhideWhenUsed/>
    <w:rsid w:val="00AA1D8D"/>
    <w:pPr>
      <w:spacing w:after="120" w:line="480" w:lineRule="auto"/>
    </w:pPr>
  </w:style>
  <w:style w:type="character" w:customStyle="1" w:styleId="Textkrper2Zchn">
    <w:name w:val="Textkörper 2 Zchn"/>
    <w:basedOn w:val="Absatz-Standardschriftart"/>
    <w:link w:val="Textkrper2"/>
    <w:uiPriority w:val="99"/>
    <w:rsid w:val="00AA1D8D"/>
  </w:style>
  <w:style w:type="paragraph" w:styleId="Textkrper3">
    <w:name w:val="Body Text 3"/>
    <w:basedOn w:val="Standard"/>
    <w:link w:val="Textkrper3Zchn"/>
    <w:uiPriority w:val="99"/>
    <w:unhideWhenUsed/>
    <w:rsid w:val="00AA1D8D"/>
    <w:pPr>
      <w:spacing w:after="120"/>
    </w:pPr>
    <w:rPr>
      <w:sz w:val="16"/>
      <w:szCs w:val="16"/>
    </w:rPr>
  </w:style>
  <w:style w:type="character" w:customStyle="1" w:styleId="Textkrper3Zchn">
    <w:name w:val="Textkörper 3 Zchn"/>
    <w:basedOn w:val="Absatz-Standardschriftart"/>
    <w:link w:val="Textkrper3"/>
    <w:uiPriority w:val="99"/>
    <w:rsid w:val="00AA1D8D"/>
    <w:rPr>
      <w:sz w:val="16"/>
      <w:szCs w:val="16"/>
    </w:rPr>
  </w:style>
  <w:style w:type="paragraph" w:styleId="Liste">
    <w:name w:val="List"/>
    <w:basedOn w:val="Standard"/>
    <w:uiPriority w:val="99"/>
    <w:unhideWhenUsed/>
    <w:rsid w:val="00AA1D8D"/>
    <w:pPr>
      <w:ind w:left="360" w:hanging="360"/>
      <w:contextualSpacing/>
    </w:pPr>
  </w:style>
  <w:style w:type="paragraph" w:styleId="Liste2">
    <w:name w:val="List 2"/>
    <w:basedOn w:val="Standard"/>
    <w:uiPriority w:val="99"/>
    <w:unhideWhenUsed/>
    <w:rsid w:val="00326F90"/>
    <w:pPr>
      <w:ind w:left="720" w:hanging="360"/>
      <w:contextualSpacing/>
    </w:pPr>
  </w:style>
  <w:style w:type="paragraph" w:styleId="Liste3">
    <w:name w:val="List 3"/>
    <w:basedOn w:val="Standard"/>
    <w:uiPriority w:val="99"/>
    <w:unhideWhenUsed/>
    <w:rsid w:val="00326F90"/>
    <w:pPr>
      <w:ind w:left="1080" w:hanging="360"/>
      <w:contextualSpacing/>
    </w:pPr>
  </w:style>
  <w:style w:type="paragraph" w:styleId="Aufzhlungszeichen">
    <w:name w:val="List Bullet"/>
    <w:basedOn w:val="Standard"/>
    <w:uiPriority w:val="99"/>
    <w:unhideWhenUsed/>
    <w:rsid w:val="00326F90"/>
    <w:pPr>
      <w:numPr>
        <w:numId w:val="1"/>
      </w:numPr>
      <w:contextualSpacing/>
    </w:pPr>
  </w:style>
  <w:style w:type="paragraph" w:styleId="Aufzhlungszeichen2">
    <w:name w:val="List Bullet 2"/>
    <w:basedOn w:val="Standard"/>
    <w:uiPriority w:val="99"/>
    <w:unhideWhenUsed/>
    <w:rsid w:val="00326F90"/>
    <w:pPr>
      <w:numPr>
        <w:numId w:val="2"/>
      </w:numPr>
      <w:contextualSpacing/>
    </w:pPr>
  </w:style>
  <w:style w:type="paragraph" w:styleId="Aufzhlungszeichen3">
    <w:name w:val="List Bullet 3"/>
    <w:basedOn w:val="Standard"/>
    <w:uiPriority w:val="99"/>
    <w:unhideWhenUsed/>
    <w:rsid w:val="00326F90"/>
    <w:pPr>
      <w:numPr>
        <w:numId w:val="3"/>
      </w:numPr>
      <w:contextualSpacing/>
    </w:pPr>
  </w:style>
  <w:style w:type="paragraph" w:styleId="Listennummer">
    <w:name w:val="List Number"/>
    <w:basedOn w:val="Standard"/>
    <w:uiPriority w:val="99"/>
    <w:unhideWhenUsed/>
    <w:rsid w:val="00326F90"/>
    <w:pPr>
      <w:numPr>
        <w:numId w:val="5"/>
      </w:numPr>
      <w:contextualSpacing/>
    </w:pPr>
  </w:style>
  <w:style w:type="paragraph" w:styleId="Listennummer2">
    <w:name w:val="List Number 2"/>
    <w:basedOn w:val="Standard"/>
    <w:uiPriority w:val="99"/>
    <w:unhideWhenUsed/>
    <w:rsid w:val="0029639D"/>
    <w:pPr>
      <w:numPr>
        <w:numId w:val="6"/>
      </w:numPr>
      <w:contextualSpacing/>
    </w:pPr>
  </w:style>
  <w:style w:type="paragraph" w:styleId="Listennummer3">
    <w:name w:val="List Number 3"/>
    <w:basedOn w:val="Standard"/>
    <w:uiPriority w:val="99"/>
    <w:unhideWhenUsed/>
    <w:rsid w:val="0029639D"/>
    <w:pPr>
      <w:numPr>
        <w:numId w:val="7"/>
      </w:numPr>
      <w:contextualSpacing/>
    </w:pPr>
  </w:style>
  <w:style w:type="paragraph" w:styleId="Listenfortsetzung">
    <w:name w:val="List Continue"/>
    <w:basedOn w:val="Standard"/>
    <w:uiPriority w:val="99"/>
    <w:unhideWhenUsed/>
    <w:rsid w:val="0029639D"/>
    <w:pPr>
      <w:spacing w:after="120"/>
      <w:ind w:left="360"/>
      <w:contextualSpacing/>
    </w:pPr>
  </w:style>
  <w:style w:type="paragraph" w:styleId="Listenfortsetzung2">
    <w:name w:val="List Continue 2"/>
    <w:basedOn w:val="Standard"/>
    <w:uiPriority w:val="99"/>
    <w:unhideWhenUsed/>
    <w:rsid w:val="0029639D"/>
    <w:pPr>
      <w:spacing w:after="120"/>
      <w:ind w:left="720"/>
      <w:contextualSpacing/>
    </w:pPr>
  </w:style>
  <w:style w:type="paragraph" w:styleId="Listenfortsetzung3">
    <w:name w:val="List Continue 3"/>
    <w:basedOn w:val="Standard"/>
    <w:uiPriority w:val="99"/>
    <w:unhideWhenUsed/>
    <w:rsid w:val="0029639D"/>
    <w:pPr>
      <w:spacing w:after="120"/>
      <w:ind w:left="1080"/>
      <w:contextualSpacing/>
    </w:pPr>
  </w:style>
  <w:style w:type="paragraph" w:styleId="Makrotext">
    <w:name w:val="macro"/>
    <w:link w:val="MakrotextZchn"/>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krotextZchn">
    <w:name w:val="Makrotext Zchn"/>
    <w:basedOn w:val="Absatz-Standardschriftart"/>
    <w:link w:val="Makrotext"/>
    <w:uiPriority w:val="99"/>
    <w:rsid w:val="0029639D"/>
    <w:rPr>
      <w:rFonts w:ascii="Courier" w:hAnsi="Courier"/>
      <w:sz w:val="20"/>
      <w:szCs w:val="20"/>
    </w:rPr>
  </w:style>
  <w:style w:type="paragraph" w:styleId="Zitat">
    <w:name w:val="Quote"/>
    <w:basedOn w:val="Standard"/>
    <w:next w:val="Standard"/>
    <w:link w:val="ZitatZchn"/>
    <w:uiPriority w:val="29"/>
    <w:qFormat/>
    <w:rsid w:val="00FC693F"/>
    <w:rPr>
      <w:i/>
      <w:iCs/>
      <w:color w:val="000000" w:themeColor="text1"/>
    </w:rPr>
  </w:style>
  <w:style w:type="character" w:customStyle="1" w:styleId="ZitatZchn">
    <w:name w:val="Zitat Zchn"/>
    <w:basedOn w:val="Absatz-Standardschriftart"/>
    <w:link w:val="Zitat"/>
    <w:uiPriority w:val="29"/>
    <w:rsid w:val="00FC693F"/>
    <w:rPr>
      <w:i/>
      <w:iCs/>
      <w:color w:val="000000" w:themeColor="text1"/>
    </w:rPr>
  </w:style>
  <w:style w:type="character" w:customStyle="1" w:styleId="berschrift4Zchn">
    <w:name w:val="Überschrift 4 Zchn"/>
    <w:basedOn w:val="Absatz-Standardschriftart"/>
    <w:link w:val="berschrift4"/>
    <w:uiPriority w:val="9"/>
    <w:semiHidden/>
    <w:rsid w:val="00FC693F"/>
    <w:rPr>
      <w:rFonts w:asciiTheme="majorHAnsi" w:eastAsiaTheme="majorEastAsia" w:hAnsiTheme="majorHAnsi" w:cstheme="majorBidi"/>
      <w:b/>
      <w:bCs/>
      <w:i/>
      <w:iCs/>
      <w:color w:val="4F81BD" w:themeColor="accent1"/>
    </w:rPr>
  </w:style>
  <w:style w:type="character" w:customStyle="1" w:styleId="berschrift5Zchn">
    <w:name w:val="Überschrift 5 Zchn"/>
    <w:basedOn w:val="Absatz-Standardschriftart"/>
    <w:link w:val="berschrift5"/>
    <w:uiPriority w:val="9"/>
    <w:semiHidden/>
    <w:rsid w:val="00FC693F"/>
    <w:rPr>
      <w:rFonts w:asciiTheme="majorHAnsi" w:eastAsiaTheme="majorEastAsia" w:hAnsiTheme="majorHAnsi" w:cstheme="majorBidi"/>
      <w:color w:val="243F60" w:themeColor="accent1" w:themeShade="7F"/>
    </w:rPr>
  </w:style>
  <w:style w:type="character" w:customStyle="1" w:styleId="berschrift6Zchn">
    <w:name w:val="Überschrift 6 Zchn"/>
    <w:basedOn w:val="Absatz-Standardschriftart"/>
    <w:link w:val="berschrift6"/>
    <w:uiPriority w:val="9"/>
    <w:semiHidden/>
    <w:rsid w:val="00FC693F"/>
    <w:rPr>
      <w:rFonts w:asciiTheme="majorHAnsi" w:eastAsiaTheme="majorEastAsia" w:hAnsiTheme="majorHAnsi" w:cstheme="majorBidi"/>
      <w:i/>
      <w:iCs/>
      <w:color w:val="243F60" w:themeColor="accent1" w:themeShade="7F"/>
    </w:rPr>
  </w:style>
  <w:style w:type="character" w:customStyle="1" w:styleId="berschrift7Zchn">
    <w:name w:val="Überschrift 7 Zchn"/>
    <w:basedOn w:val="Absatz-Standardschriftart"/>
    <w:link w:val="berschrift7"/>
    <w:uiPriority w:val="9"/>
    <w:semiHidden/>
    <w:rsid w:val="00FC693F"/>
    <w:rPr>
      <w:rFonts w:asciiTheme="majorHAnsi" w:eastAsiaTheme="majorEastAsia" w:hAnsiTheme="majorHAnsi" w:cstheme="majorBidi"/>
      <w:i/>
      <w:iCs/>
      <w:color w:val="404040" w:themeColor="text1" w:themeTint="BF"/>
    </w:rPr>
  </w:style>
  <w:style w:type="character" w:customStyle="1" w:styleId="berschrift8Zchn">
    <w:name w:val="Überschrift 8 Zchn"/>
    <w:basedOn w:val="Absatz-Standardschriftart"/>
    <w:link w:val="berschrift8"/>
    <w:uiPriority w:val="9"/>
    <w:semiHidden/>
    <w:rsid w:val="00FC693F"/>
    <w:rPr>
      <w:rFonts w:asciiTheme="majorHAnsi" w:eastAsiaTheme="majorEastAsia" w:hAnsiTheme="majorHAnsi" w:cstheme="majorBidi"/>
      <w:color w:val="4F81BD" w:themeColor="accent1"/>
      <w:sz w:val="20"/>
      <w:szCs w:val="20"/>
    </w:rPr>
  </w:style>
  <w:style w:type="character" w:customStyle="1" w:styleId="berschrift9Zchn">
    <w:name w:val="Überschrift 9 Zchn"/>
    <w:basedOn w:val="Absatz-Standardschriftart"/>
    <w:link w:val="berschrift9"/>
    <w:uiPriority w:val="9"/>
    <w:semiHidden/>
    <w:rsid w:val="00FC693F"/>
    <w:rPr>
      <w:rFonts w:asciiTheme="majorHAnsi" w:eastAsiaTheme="majorEastAsia" w:hAnsiTheme="majorHAnsi" w:cstheme="majorBidi"/>
      <w:i/>
      <w:iCs/>
      <w:color w:val="404040" w:themeColor="text1" w:themeTint="BF"/>
      <w:sz w:val="20"/>
      <w:szCs w:val="20"/>
    </w:rPr>
  </w:style>
  <w:style w:type="paragraph" w:styleId="Beschriftung">
    <w:name w:val="caption"/>
    <w:basedOn w:val="Standard"/>
    <w:next w:val="Standard"/>
    <w:uiPriority w:val="35"/>
    <w:semiHidden/>
    <w:unhideWhenUsed/>
    <w:qFormat/>
    <w:rsid w:val="00FC693F"/>
    <w:pPr>
      <w:spacing w:line="240" w:lineRule="auto"/>
    </w:pPr>
    <w:rPr>
      <w:b/>
      <w:bCs/>
      <w:color w:val="4F81BD" w:themeColor="accent1"/>
      <w:sz w:val="18"/>
      <w:szCs w:val="18"/>
    </w:rPr>
  </w:style>
  <w:style w:type="character" w:styleId="Fett">
    <w:name w:val="Strong"/>
    <w:basedOn w:val="Absatz-Standardschriftart"/>
    <w:uiPriority w:val="22"/>
    <w:qFormat/>
    <w:rsid w:val="00FC693F"/>
    <w:rPr>
      <w:b/>
      <w:bCs/>
    </w:rPr>
  </w:style>
  <w:style w:type="character" w:styleId="Hervorhebung">
    <w:name w:val="Emphasis"/>
    <w:basedOn w:val="Absatz-Standardschriftart"/>
    <w:uiPriority w:val="20"/>
    <w:qFormat/>
    <w:rsid w:val="00FC693F"/>
    <w:rPr>
      <w:i/>
      <w:iCs/>
    </w:rPr>
  </w:style>
  <w:style w:type="paragraph" w:styleId="IntensivesZitat">
    <w:name w:val="Intense Quote"/>
    <w:basedOn w:val="Standard"/>
    <w:next w:val="Standard"/>
    <w:link w:val="IntensivesZitatZchn"/>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ivesZitatZchn">
    <w:name w:val="Intensives Zitat Zchn"/>
    <w:basedOn w:val="Absatz-Standardschriftart"/>
    <w:link w:val="IntensivesZitat"/>
    <w:uiPriority w:val="30"/>
    <w:rsid w:val="00FC693F"/>
    <w:rPr>
      <w:b/>
      <w:bCs/>
      <w:i/>
      <w:iCs/>
      <w:color w:val="4F81BD" w:themeColor="accent1"/>
    </w:rPr>
  </w:style>
  <w:style w:type="character" w:styleId="SchwacheHervorhebung">
    <w:name w:val="Subtle Emphasis"/>
    <w:basedOn w:val="Absatz-Standardschriftart"/>
    <w:uiPriority w:val="19"/>
    <w:qFormat/>
    <w:rsid w:val="00FC693F"/>
    <w:rPr>
      <w:i/>
      <w:iCs/>
      <w:color w:val="808080" w:themeColor="text1" w:themeTint="7F"/>
    </w:rPr>
  </w:style>
  <w:style w:type="character" w:styleId="IntensiveHervorhebung">
    <w:name w:val="Intense Emphasis"/>
    <w:basedOn w:val="Absatz-Standardschriftart"/>
    <w:uiPriority w:val="21"/>
    <w:qFormat/>
    <w:rsid w:val="00FC693F"/>
    <w:rPr>
      <w:b/>
      <w:bCs/>
      <w:i/>
      <w:iCs/>
      <w:color w:val="4F81BD" w:themeColor="accent1"/>
    </w:rPr>
  </w:style>
  <w:style w:type="character" w:styleId="SchwacherVerweis">
    <w:name w:val="Subtle Reference"/>
    <w:basedOn w:val="Absatz-Standardschriftart"/>
    <w:uiPriority w:val="31"/>
    <w:qFormat/>
    <w:rsid w:val="00FC693F"/>
    <w:rPr>
      <w:smallCaps/>
      <w:color w:val="C0504D" w:themeColor="accent2"/>
      <w:u w:val="single"/>
    </w:rPr>
  </w:style>
  <w:style w:type="character" w:styleId="IntensiverVerweis">
    <w:name w:val="Intense Reference"/>
    <w:basedOn w:val="Absatz-Standardschriftart"/>
    <w:uiPriority w:val="32"/>
    <w:qFormat/>
    <w:rsid w:val="00FC693F"/>
    <w:rPr>
      <w:b/>
      <w:bCs/>
      <w:smallCaps/>
      <w:color w:val="C0504D" w:themeColor="accent2"/>
      <w:spacing w:val="5"/>
      <w:u w:val="single"/>
    </w:rPr>
  </w:style>
  <w:style w:type="character" w:styleId="Buchtitel">
    <w:name w:val="Book Title"/>
    <w:basedOn w:val="Absatz-Standardschriftart"/>
    <w:uiPriority w:val="33"/>
    <w:qFormat/>
    <w:rsid w:val="00FC693F"/>
    <w:rPr>
      <w:b/>
      <w:bCs/>
      <w:smallCaps/>
      <w:spacing w:val="5"/>
    </w:rPr>
  </w:style>
  <w:style w:type="paragraph" w:styleId="Inhaltsverzeichnisberschrift">
    <w:name w:val="TOC Heading"/>
    <w:basedOn w:val="berschrift1"/>
    <w:next w:val="Standard"/>
    <w:uiPriority w:val="39"/>
    <w:semiHidden/>
    <w:unhideWhenUsed/>
    <w:qFormat/>
    <w:rsid w:val="00FC693F"/>
    <w:pPr>
      <w:outlineLvl w:val="9"/>
    </w:pPr>
  </w:style>
  <w:style w:type="table" w:styleId="Tabellenraster">
    <w:name w:val="Table Grid"/>
    <w:basedOn w:val="NormaleTabelle"/>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HelleSchattierung">
    <w:name w:val="Light Shading"/>
    <w:basedOn w:val="NormaleTabelle"/>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HelleSchattierung-Akzent1">
    <w:name w:val="Light Shading Accent 1"/>
    <w:basedOn w:val="NormaleTabelle"/>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HelleSchattierung-Akzent2">
    <w:name w:val="Light Shading Accent 2"/>
    <w:basedOn w:val="NormaleTabelle"/>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HelleSchattierung-Akzent3">
    <w:name w:val="Light Shading Accent 3"/>
    <w:basedOn w:val="NormaleTabelle"/>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HelleSchattierung-Akzent4">
    <w:name w:val="Light Shading Accent 4"/>
    <w:basedOn w:val="NormaleTabelle"/>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HelleSchattierung-Akzent5">
    <w:name w:val="Light Shading Accent 5"/>
    <w:basedOn w:val="NormaleTabelle"/>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HelleSchattierung-Akzent6">
    <w:name w:val="Light Shading Accent 6"/>
    <w:basedOn w:val="NormaleTabelle"/>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HelleListe">
    <w:name w:val="Light List"/>
    <w:basedOn w:val="NormaleTabelle"/>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HelleListe-Akzent1">
    <w:name w:val="Light List Accent 1"/>
    <w:basedOn w:val="NormaleTabelle"/>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HelleListe-Akzent2">
    <w:name w:val="Light List Accent 2"/>
    <w:basedOn w:val="NormaleTabelle"/>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HelleListe-Akzent3">
    <w:name w:val="Light List Accent 3"/>
    <w:basedOn w:val="NormaleTabelle"/>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HelleListe-Akzent4">
    <w:name w:val="Light List Accent 4"/>
    <w:basedOn w:val="NormaleTabelle"/>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HelleListe-Akzent5">
    <w:name w:val="Light List Accent 5"/>
    <w:basedOn w:val="NormaleTabelle"/>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HelleListe-Akzent6">
    <w:name w:val="Light List Accent 6"/>
    <w:basedOn w:val="NormaleTabelle"/>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HellesRaster">
    <w:name w:val="Light Grid"/>
    <w:basedOn w:val="NormaleTabelle"/>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HellesRaster-Akzent1">
    <w:name w:val="Light Grid Accent 1"/>
    <w:basedOn w:val="NormaleTabelle"/>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HellesRaster-Akzent2">
    <w:name w:val="Light Grid Accent 2"/>
    <w:basedOn w:val="NormaleTabelle"/>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HellesRaster-Akzent3">
    <w:name w:val="Light Grid Accent 3"/>
    <w:basedOn w:val="NormaleTabelle"/>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HellesRaster-Akzent4">
    <w:name w:val="Light Grid Accent 4"/>
    <w:basedOn w:val="NormaleTabelle"/>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HellesRaster-Akzent5">
    <w:name w:val="Light Grid Accent 5"/>
    <w:basedOn w:val="NormaleTabelle"/>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HellesRaster-Akzent6">
    <w:name w:val="Light Grid Accent 6"/>
    <w:basedOn w:val="NormaleTabelle"/>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ittlereSchattierung1">
    <w:name w:val="Medium Shading 1"/>
    <w:basedOn w:val="NormaleTabelle"/>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ittlereSchattierung1-Akzent1">
    <w:name w:val="Medium Shading 1 Accent 1"/>
    <w:basedOn w:val="NormaleTabelle"/>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ittlereSchattierung1-Akzent2">
    <w:name w:val="Medium Shading 1 Accent 2"/>
    <w:basedOn w:val="NormaleTabelle"/>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ittlereSchattierung1-Akzent3">
    <w:name w:val="Medium Shading 1 Accent 3"/>
    <w:basedOn w:val="NormaleTabelle"/>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ittlereSchattierung1-Akzent4">
    <w:name w:val="Medium Shading 1 Accent 4"/>
    <w:basedOn w:val="NormaleTabelle"/>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ittlereSchattierung1-Akzent5">
    <w:name w:val="Medium Shading 1 Accent 5"/>
    <w:basedOn w:val="NormaleTabelle"/>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ittlereSchattierung1-Akzent6">
    <w:name w:val="Medium Shading 1 Accent 6"/>
    <w:basedOn w:val="NormaleTabelle"/>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ittlereSchattierung2">
    <w:name w:val="Medium Shading 2"/>
    <w:basedOn w:val="NormaleTabelle"/>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ittlereSchattierung2-Akzent1">
    <w:name w:val="Medium Shading 2 Accent 1"/>
    <w:basedOn w:val="NormaleTabelle"/>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ittlereSchattierung2-Akzent2">
    <w:name w:val="Medium Shading 2 Accent 2"/>
    <w:basedOn w:val="NormaleTabelle"/>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ittlereSchattierung2-Akzent3">
    <w:name w:val="Medium Shading 2 Accent 3"/>
    <w:basedOn w:val="NormaleTabelle"/>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ittlereSchattierung2-Akzent4">
    <w:name w:val="Medium Shading 2 Accent 4"/>
    <w:basedOn w:val="NormaleTabelle"/>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ittlereSchattierung2-Akzent5">
    <w:name w:val="Medium Shading 2 Accent 5"/>
    <w:basedOn w:val="NormaleTabelle"/>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ittlereSchattierung2-Akzent6">
    <w:name w:val="Medium Shading 2 Accent 6"/>
    <w:basedOn w:val="NormaleTabelle"/>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ittlereListe1">
    <w:name w:val="Medium List 1"/>
    <w:basedOn w:val="NormaleTabelle"/>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ittlereListe1-Akzent1">
    <w:name w:val="Medium List 1 Accent 1"/>
    <w:basedOn w:val="NormaleTabelle"/>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ittlereListe1-Akzent2">
    <w:name w:val="Medium List 1 Accent 2"/>
    <w:basedOn w:val="NormaleTabelle"/>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ittlereListe1-Akzent3">
    <w:name w:val="Medium List 1 Accent 3"/>
    <w:basedOn w:val="NormaleTabelle"/>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ittlereListe1-Akzent4">
    <w:name w:val="Medium List 1 Accent 4"/>
    <w:basedOn w:val="NormaleTabelle"/>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ittlereListe1-Akzent5">
    <w:name w:val="Medium List 1 Accent 5"/>
    <w:basedOn w:val="NormaleTabelle"/>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ittlereListe1-Akzent6">
    <w:name w:val="Medium List 1 Accent 6"/>
    <w:basedOn w:val="NormaleTabelle"/>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ittlereListe2">
    <w:name w:val="Medium List 2"/>
    <w:basedOn w:val="NormaleTabelle"/>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ittlereListe2-Akzent1">
    <w:name w:val="Medium List 2 Accent 1"/>
    <w:basedOn w:val="NormaleTabelle"/>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ittlereListe2-Akzent2">
    <w:name w:val="Medium List 2 Accent 2"/>
    <w:basedOn w:val="NormaleTabelle"/>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ittlereListe2-Akzent3">
    <w:name w:val="Medium List 2 Accent 3"/>
    <w:basedOn w:val="NormaleTabelle"/>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ittlereListe2-Akzent4">
    <w:name w:val="Medium List 2 Accent 4"/>
    <w:basedOn w:val="NormaleTabelle"/>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ittlereListe2-Akzent5">
    <w:name w:val="Medium List 2 Accent 5"/>
    <w:basedOn w:val="NormaleTabelle"/>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ittlereListe2-Akzent6">
    <w:name w:val="Medium List 2 Accent 6"/>
    <w:basedOn w:val="NormaleTabelle"/>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ittleresRaster1">
    <w:name w:val="Medium Grid 1"/>
    <w:basedOn w:val="NormaleTabelle"/>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ittleresRaster1-Akzent1">
    <w:name w:val="Medium Grid 1 Accent 1"/>
    <w:basedOn w:val="NormaleTabelle"/>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ittleresRaster1-Akzent2">
    <w:name w:val="Medium Grid 1 Accent 2"/>
    <w:basedOn w:val="NormaleTabelle"/>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ittleresRaster1-Akzent3">
    <w:name w:val="Medium Grid 1 Accent 3"/>
    <w:basedOn w:val="NormaleTabelle"/>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ittleresRaster1-Akzent4">
    <w:name w:val="Medium Grid 1 Accent 4"/>
    <w:basedOn w:val="NormaleTabelle"/>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ittleresRaster1-Akzent5">
    <w:name w:val="Medium Grid 1 Accent 5"/>
    <w:basedOn w:val="NormaleTabelle"/>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ittleresRaster1-Akzent6">
    <w:name w:val="Medium Grid 1 Accent 6"/>
    <w:basedOn w:val="NormaleTabelle"/>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ittleresRaster2">
    <w:name w:val="Medium Grid 2"/>
    <w:basedOn w:val="NormaleTabelle"/>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ittleresRaster2-Akzent1">
    <w:name w:val="Medium Grid 2 Accent 1"/>
    <w:basedOn w:val="NormaleTabelle"/>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ittleresRaster2-Akzent2">
    <w:name w:val="Medium Grid 2 Accent 2"/>
    <w:basedOn w:val="NormaleTabelle"/>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ittleresRaster2-Akzent3">
    <w:name w:val="Medium Grid 2 Accent 3"/>
    <w:basedOn w:val="NormaleTabelle"/>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ittleresRaster2-Akzent4">
    <w:name w:val="Medium Grid 2 Accent 4"/>
    <w:basedOn w:val="NormaleTabelle"/>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ittleresRaster2-Akzent5">
    <w:name w:val="Medium Grid 2 Accent 5"/>
    <w:basedOn w:val="NormaleTabelle"/>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ittleresRaster2-Akzent6">
    <w:name w:val="Medium Grid 2 Accent 6"/>
    <w:basedOn w:val="NormaleTabelle"/>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ittleresRaster3">
    <w:name w:val="Medium Grid 3"/>
    <w:basedOn w:val="NormaleTabelle"/>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ittleresRaster3-Akzent1">
    <w:name w:val="Medium Grid 3 Accent 1"/>
    <w:basedOn w:val="NormaleTabelle"/>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ittleresRaster3-Akzent2">
    <w:name w:val="Medium Grid 3 Accent 2"/>
    <w:basedOn w:val="NormaleTabelle"/>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ittleresRaster3-Akzent3">
    <w:name w:val="Medium Grid 3 Accent 3"/>
    <w:basedOn w:val="NormaleTabelle"/>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ittleresRaster3-Akzent4">
    <w:name w:val="Medium Grid 3 Accent 4"/>
    <w:basedOn w:val="NormaleTabelle"/>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ittleresRaster3-Akzent5">
    <w:name w:val="Medium Grid 3 Accent 5"/>
    <w:basedOn w:val="NormaleTabelle"/>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ittleresRaster3-Akzent6">
    <w:name w:val="Medium Grid 3 Accent 6"/>
    <w:basedOn w:val="NormaleTabelle"/>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unkleListe">
    <w:name w:val="Dark List"/>
    <w:basedOn w:val="NormaleTabelle"/>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unkleListe-Akzent1">
    <w:name w:val="Dark List Accent 1"/>
    <w:basedOn w:val="NormaleTabelle"/>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unkleListe-Akzent2">
    <w:name w:val="Dark List Accent 2"/>
    <w:basedOn w:val="NormaleTabelle"/>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unkleListe-Akzent3">
    <w:name w:val="Dark List Accent 3"/>
    <w:basedOn w:val="NormaleTabelle"/>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unkleListe-Akzent4">
    <w:name w:val="Dark List Accent 4"/>
    <w:basedOn w:val="NormaleTabelle"/>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unkleListe-Akzent5">
    <w:name w:val="Dark List Accent 5"/>
    <w:basedOn w:val="NormaleTabelle"/>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unkleListe-Akzent6">
    <w:name w:val="Dark List Accent 6"/>
    <w:basedOn w:val="NormaleTabelle"/>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FarbigeSchattierung">
    <w:name w:val="Colorful Shading"/>
    <w:basedOn w:val="NormaleTabelle"/>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FarbigeSchattierung-Akzent1">
    <w:name w:val="Colorful Shading Accent 1"/>
    <w:basedOn w:val="NormaleTabelle"/>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FarbigeSchattierung-Akzent2">
    <w:name w:val="Colorful Shading Accent 2"/>
    <w:basedOn w:val="NormaleTabelle"/>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FarbigeSchattierung-Akzent3">
    <w:name w:val="Colorful Shading Accent 3"/>
    <w:basedOn w:val="NormaleTabelle"/>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FarbigeSchattierung-Akzent4">
    <w:name w:val="Colorful Shading Accent 4"/>
    <w:basedOn w:val="NormaleTabelle"/>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FarbigeSchattierung-Akzent5">
    <w:name w:val="Colorful Shading Accent 5"/>
    <w:basedOn w:val="NormaleTabelle"/>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FarbigeSchattierung-Akzent6">
    <w:name w:val="Colorful Shading Accent 6"/>
    <w:basedOn w:val="NormaleTabelle"/>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FarbigeListe">
    <w:name w:val="Colorful List"/>
    <w:basedOn w:val="NormaleTabelle"/>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FarbigeListe-Akzent1">
    <w:name w:val="Colorful List Accent 1"/>
    <w:basedOn w:val="NormaleTabelle"/>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FarbigeListe-Akzent2">
    <w:name w:val="Colorful List Accent 2"/>
    <w:basedOn w:val="NormaleTabelle"/>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FarbigeListe-Akzent3">
    <w:name w:val="Colorful List Accent 3"/>
    <w:basedOn w:val="NormaleTabelle"/>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FarbigeListe-Akzent4">
    <w:name w:val="Colorful List Accent 4"/>
    <w:basedOn w:val="NormaleTabelle"/>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FarbigeListe-Akzent5">
    <w:name w:val="Colorful List Accent 5"/>
    <w:basedOn w:val="NormaleTabelle"/>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FarbigeListe-Akzent6">
    <w:name w:val="Colorful List Accent 6"/>
    <w:basedOn w:val="NormaleTabelle"/>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FarbigesRaster">
    <w:name w:val="Colorful Grid"/>
    <w:basedOn w:val="NormaleTabelle"/>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FarbigesRaster-Akzent1">
    <w:name w:val="Colorful Grid Accent 1"/>
    <w:basedOn w:val="NormaleTabelle"/>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FarbigesRaster-Akzent2">
    <w:name w:val="Colorful Grid Accent 2"/>
    <w:basedOn w:val="NormaleTabelle"/>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FarbigesRaster-Akzent3">
    <w:name w:val="Colorful Grid Accent 3"/>
    <w:basedOn w:val="NormaleTabelle"/>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FarbigesRaster-Akzent4">
    <w:name w:val="Colorful Grid Accent 4"/>
    <w:basedOn w:val="NormaleTabelle"/>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FarbigesRaster-Akzent5">
    <w:name w:val="Colorful Grid Accent 5"/>
    <w:basedOn w:val="NormaleTabelle"/>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FarbigesRaster-Akzent6">
    <w:name w:val="Colorful Grid Accent 6"/>
    <w:basedOn w:val="NormaleTabelle"/>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MK4Brand">
    <w:name w:val="MK4 Brand"/>
    <w:rPr>
      <w:rFonts w:ascii="Calibri" w:eastAsia="Calibri" w:hAnsi="Calibri"/>
      <w:b/>
      <w:color w:val="282828"/>
      <w:sz w:val="18"/>
    </w:rPr>
  </w:style>
  <w:style w:type="paragraph" w:customStyle="1" w:styleId="MK4Title">
    <w:name w:val="MK4 Title"/>
    <w:pPr>
      <w:spacing w:after="40"/>
    </w:pPr>
    <w:rPr>
      <w:rFonts w:ascii="Calibri" w:eastAsia="Calibri" w:hAnsi="Calibri"/>
      <w:b/>
      <w:color w:val="141414"/>
      <w:sz w:val="32"/>
    </w:rPr>
  </w:style>
  <w:style w:type="paragraph" w:customStyle="1" w:styleId="MK4Topic">
    <w:name w:val="MK4 Topic"/>
    <w:rPr>
      <w:rFonts w:ascii="Calibri" w:eastAsia="Calibri" w:hAnsi="Calibri"/>
      <w:color w:val="505050"/>
      <w:sz w:val="20"/>
    </w:rPr>
  </w:style>
  <w:style w:type="paragraph" w:customStyle="1" w:styleId="MK4Meta">
    <w:name w:val="MK4 Meta"/>
    <w:rPr>
      <w:rFonts w:ascii="Calibri" w:eastAsia="Calibri" w:hAnsi="Calibri"/>
      <w:color w:val="3C3C3C"/>
      <w:sz w:val="20"/>
    </w:rPr>
  </w:style>
  <w:style w:type="paragraph" w:customStyle="1" w:styleId="MK4TaskH">
    <w:name w:val="MK4 TaskH"/>
    <w:rPr>
      <w:rFonts w:ascii="Calibri" w:eastAsia="Calibri" w:hAnsi="Calibri"/>
      <w:b/>
      <w:color w:val="141414"/>
      <w:sz w:val="24"/>
    </w:rPr>
  </w:style>
  <w:style w:type="paragraph" w:customStyle="1" w:styleId="MK4Task">
    <w:name w:val="MK4 Task"/>
    <w:rPr>
      <w:rFonts w:ascii="Calibri" w:eastAsia="Calibri" w:hAnsi="Calibri"/>
    </w:rPr>
  </w:style>
  <w:style w:type="paragraph" w:customStyle="1" w:styleId="MK4Hint">
    <w:name w:val="MK4 Hint"/>
    <w:rPr>
      <w:rFonts w:ascii="Calibri" w:eastAsia="Calibri" w:hAnsi="Calibri"/>
      <w:i/>
      <w:color w:val="5A5A5A"/>
      <w:sz w:val="20"/>
    </w:rPr>
  </w:style>
  <w:style w:type="paragraph" w:customStyle="1" w:styleId="MK4Small">
    <w:name w:val="MK4 Small"/>
    <w:rPr>
      <w:rFonts w:ascii="Calibri" w:eastAsia="Calibri" w:hAnsi="Calibri"/>
      <w:color w:val="646464"/>
      <w:sz w:val="18"/>
    </w:rPr>
  </w:style>
  <w:style w:type="paragraph" w:customStyle="1" w:styleId="MK2Klein">
    <w:name w:val="MK2 Klein"/>
    <w:basedOn w:val="Standard"/>
    <w:rsid w:val="009C3229"/>
    <w:rPr>
      <w:rFonts w:ascii="Calibri" w:eastAsia="Calibri" w:hAnsi="Calibri"/>
      <w:color w:val="5A5A5A"/>
      <w:sz w:val="18"/>
    </w:rPr>
  </w:style>
  <w:style w:type="paragraph" w:customStyle="1" w:styleId="MK2Aufgabenberschrift">
    <w:name w:val="MK2 Aufgabenüberschrift"/>
    <w:basedOn w:val="Standard"/>
    <w:rsid w:val="009C3229"/>
    <w:pPr>
      <w:spacing w:before="200" w:after="60"/>
    </w:pPr>
    <w:rPr>
      <w:rFonts w:ascii="Calibri" w:eastAsia="Calibri" w:hAnsi="Calibri"/>
      <w:b/>
      <w:color w:val="141414"/>
      <w:sz w:val="24"/>
    </w:rPr>
  </w:style>
  <w:style w:type="paragraph" w:customStyle="1" w:styleId="MK2Aufgabentext">
    <w:name w:val="MK2 Aufgabentext"/>
    <w:basedOn w:val="Standard"/>
    <w:rsid w:val="009C3229"/>
    <w:pPr>
      <w:spacing w:after="80" w:line="288" w:lineRule="auto"/>
    </w:pPr>
    <w:rPr>
      <w:rFonts w:ascii="Calibri" w:eastAsia="Calibri" w:hAnsi="Calibri"/>
    </w:rPr>
  </w:style>
  <w:style w:type="paragraph" w:customStyle="1" w:styleId="MK2Hint">
    <w:name w:val="MK2 Hint"/>
    <w:basedOn w:val="Standard"/>
    <w:rsid w:val="009C3229"/>
    <w:pPr>
      <w:spacing w:after="120"/>
    </w:pPr>
    <w:rPr>
      <w:rFonts w:ascii="Calibri" w:eastAsia="Calibri" w:hAnsi="Calibri"/>
      <w:i/>
      <w:color w:val="5A5A5A"/>
      <w:sz w:val="20"/>
    </w:rPr>
  </w:style>
  <w:style w:type="paragraph" w:customStyle="1" w:styleId="MK2Bildunterschrift">
    <w:name w:val="MK2 Bildunterschrift"/>
    <w:basedOn w:val="Standard"/>
    <w:rsid w:val="009C3229"/>
    <w:pPr>
      <w:spacing w:after="120"/>
    </w:pPr>
    <w:rPr>
      <w:rFonts w:ascii="Calibri" w:eastAsia="Calibri" w:hAnsi="Calibri"/>
      <w:i/>
      <w:color w:val="6E6E6E"/>
      <w:sz w:val="18"/>
    </w:rPr>
  </w:style>
  <w:style w:type="paragraph" w:styleId="StandardWeb">
    <w:name w:val="Normal (Web)"/>
    <w:basedOn w:val="Standard"/>
    <w:uiPriority w:val="99"/>
    <w:semiHidden/>
    <w:unhideWhenUsed/>
    <w:rsid w:val="007E52EC"/>
    <w:pPr>
      <w:spacing w:before="100" w:beforeAutospacing="1" w:after="100" w:afterAutospacing="1" w:line="240" w:lineRule="auto"/>
    </w:pPr>
    <w:rPr>
      <w:rFonts w:ascii="Times New Roman" w:eastAsia="Times New Roman" w:hAnsi="Times New Roman" w:cs="Times New Roman"/>
      <w:sz w:val="24"/>
      <w:szCs w:val="24"/>
      <w:lang w:eastAsia="de-DE"/>
    </w:rPr>
  </w:style>
  <w:style w:type="character" w:styleId="Hyperlink">
    <w:name w:val="Hyperlink"/>
    <w:basedOn w:val="Absatz-Standardschriftart"/>
    <w:uiPriority w:val="99"/>
    <w:unhideWhenUsed/>
    <w:rsid w:val="00C7022D"/>
    <w:rPr>
      <w:color w:val="0000FF" w:themeColor="hyperlink"/>
      <w:u w:val="single"/>
    </w:rPr>
  </w:style>
  <w:style w:type="character" w:styleId="NichtaufgelsteErwhnung">
    <w:name w:val="Unresolved Mention"/>
    <w:basedOn w:val="Absatz-Standardschriftart"/>
    <w:uiPriority w:val="99"/>
    <w:semiHidden/>
    <w:unhideWhenUsed/>
    <w:rsid w:val="00C7022D"/>
    <w:rPr>
      <w:color w:val="605E5C"/>
      <w:shd w:val="clear" w:color="auto" w:fill="E1DFDD"/>
    </w:rPr>
  </w:style>
  <w:style w:type="character" w:styleId="BesuchterLink">
    <w:name w:val="FollowedHyperlink"/>
    <w:basedOn w:val="Absatz-Standardschriftart"/>
    <w:uiPriority w:val="99"/>
    <w:semiHidden/>
    <w:unhideWhenUsed/>
    <w:rsid w:val="002C118A"/>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57062631">
      <w:bodyDiv w:val="1"/>
      <w:marLeft w:val="0"/>
      <w:marRight w:val="0"/>
      <w:marTop w:val="0"/>
      <w:marBottom w:val="0"/>
      <w:divBdr>
        <w:top w:val="none" w:sz="0" w:space="0" w:color="auto"/>
        <w:left w:val="none" w:sz="0" w:space="0" w:color="auto"/>
        <w:bottom w:val="none" w:sz="0" w:space="0" w:color="auto"/>
        <w:right w:val="none" w:sz="0" w:space="0" w:color="auto"/>
      </w:divBdr>
    </w:div>
    <w:div w:id="790124618">
      <w:bodyDiv w:val="1"/>
      <w:marLeft w:val="0"/>
      <w:marRight w:val="0"/>
      <w:marTop w:val="0"/>
      <w:marBottom w:val="0"/>
      <w:divBdr>
        <w:top w:val="none" w:sz="0" w:space="0" w:color="auto"/>
        <w:left w:val="none" w:sz="0" w:space="0" w:color="auto"/>
        <w:bottom w:val="none" w:sz="0" w:space="0" w:color="auto"/>
        <w:right w:val="none" w:sz="0" w:space="0" w:color="auto"/>
      </w:divBdr>
    </w:div>
    <w:div w:id="1118066081">
      <w:bodyDiv w:val="1"/>
      <w:marLeft w:val="0"/>
      <w:marRight w:val="0"/>
      <w:marTop w:val="0"/>
      <w:marBottom w:val="0"/>
      <w:divBdr>
        <w:top w:val="none" w:sz="0" w:space="0" w:color="auto"/>
        <w:left w:val="none" w:sz="0" w:space="0" w:color="auto"/>
        <w:bottom w:val="none" w:sz="0" w:space="0" w:color="auto"/>
        <w:right w:val="none" w:sz="0" w:space="0" w:color="auto"/>
      </w:divBdr>
    </w:div>
    <w:div w:id="1476221974">
      <w:bodyDiv w:val="1"/>
      <w:marLeft w:val="0"/>
      <w:marRight w:val="0"/>
      <w:marTop w:val="0"/>
      <w:marBottom w:val="0"/>
      <w:divBdr>
        <w:top w:val="none" w:sz="0" w:space="0" w:color="auto"/>
        <w:left w:val="none" w:sz="0" w:space="0" w:color="auto"/>
        <w:bottom w:val="none" w:sz="0" w:space="0" w:color="auto"/>
        <w:right w:val="none" w:sz="0" w:space="0" w:color="auto"/>
      </w:divBdr>
    </w:div>
    <w:div w:id="1904214638">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4.pn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png"/><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image" Target="media/image2.png"/><Relationship Id="rId4" Type="http://schemas.openxmlformats.org/officeDocument/2006/relationships/settings" Target="settings.xml"/><Relationship Id="rId9" Type="http://schemas.microsoft.com/office/2007/relationships/hdphoto" Target="media/hdphoto1.wdp"/><Relationship Id="rId14" Type="http://schemas.openxmlformats.org/officeDocument/2006/relationships/fontTable" Target="fontTable.xml"/></Relationships>
</file>

<file path=word/_rels/footer1.xml.rels><?xml version="1.0" encoding="UTF-8" standalone="yes"?>
<Relationships xmlns="http://schemas.openxmlformats.org/package/2006/relationships"><Relationship Id="rId2" Type="http://schemas.microsoft.com/office/2007/relationships/hdphoto" Target="media/hdphoto2.wdp"/><Relationship Id="rId1" Type="http://schemas.openxmlformats.org/officeDocument/2006/relationships/image" Target="media/image5.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1206</Words>
  <Characters>7604</Characters>
  <Application>Microsoft Office Word</Application>
  <DocSecurity>0</DocSecurity>
  <Lines>63</Lines>
  <Paragraphs>17</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
      <vt:lpstr/>
    </vt:vector>
  </TitlesOfParts>
  <Manager/>
  <Company/>
  <LinksUpToDate>false</LinksUpToDate>
  <CharactersWithSpaces>8793</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Dr. Jens Zickgraf</dc:creator>
  <cp:keywords/>
  <cp:lastModifiedBy>zickgraf@bayern-mail.de</cp:lastModifiedBy>
  <cp:revision>6</cp:revision>
  <cp:lastPrinted>2026-02-20T14:47:00Z</cp:lastPrinted>
  <dcterms:created xsi:type="dcterms:W3CDTF">2026-02-20T14:32:00Z</dcterms:created>
  <dcterms:modified xsi:type="dcterms:W3CDTF">2026-02-20T14:49:00Z</dcterms:modified>
  <cp:category/>
</cp:coreProperties>
</file>